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E228A" w14:textId="77777777" w:rsidR="0025461E" w:rsidRPr="005E5CC4" w:rsidRDefault="00A1697B">
      <w:pPr>
        <w:spacing w:after="100"/>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EXPRESIE DE INTERES / PROPUNERE DE COLABORARE</w:t>
      </w:r>
    </w:p>
    <w:p w14:paraId="7DA00EED" w14:textId="77777777" w:rsidR="0025461E" w:rsidRPr="005E5CC4" w:rsidRDefault="00A1697B">
      <w:pPr>
        <w:spacing w:after="160"/>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pentru selecția unui partener privat (IMM)</w:t>
      </w:r>
    </w:p>
    <w:p w14:paraId="0069919D" w14:textId="77777777" w:rsidR="0025461E" w:rsidRPr="005E5CC4" w:rsidRDefault="00A1697B">
      <w:pPr>
        <w:spacing w:after="240"/>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„Dezvoltarea unei platforme inteligente de propulsie hibridă pneumatică</w:t>
      </w:r>
      <w:r w:rsidRPr="005E5CC4">
        <w:rPr>
          <w:rFonts w:ascii="Times New Roman" w:eastAsia="Calibri" w:hAnsi="Times New Roman" w:cs="Times New Roman"/>
          <w:b/>
          <w:color w:val="000000" w:themeColor="text1"/>
          <w:sz w:val="24"/>
          <w:szCs w:val="24"/>
          <w:lang w:val="ro-RO"/>
        </w:rPr>
        <w:br/>
        <w:t>pentru vehicule ușoare cu emisii locale zero”</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0"/>
        <w:gridCol w:w="7138"/>
      </w:tblGrid>
      <w:tr w:rsidR="0025461E" w:rsidRPr="005E5CC4" w14:paraId="2052E322" w14:textId="77777777" w:rsidTr="004071C9">
        <w:trPr>
          <w:cantSplit/>
        </w:trPr>
        <w:tc>
          <w:tcPr>
            <w:tcW w:w="2500" w:type="dxa"/>
            <w:shd w:val="clear" w:color="auto" w:fill="F2F4F7"/>
            <w:tcMar>
              <w:top w:w="90" w:type="dxa"/>
              <w:left w:w="120" w:type="dxa"/>
              <w:bottom w:w="90" w:type="dxa"/>
              <w:right w:w="120" w:type="dxa"/>
            </w:tcMar>
            <w:vAlign w:val="center"/>
          </w:tcPr>
          <w:p w14:paraId="483770E3"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Program / măsură</w:t>
            </w:r>
          </w:p>
        </w:tc>
        <w:tc>
          <w:tcPr>
            <w:tcW w:w="7138" w:type="dxa"/>
            <w:tcMar>
              <w:top w:w="90" w:type="dxa"/>
              <w:left w:w="120" w:type="dxa"/>
              <w:bottom w:w="90" w:type="dxa"/>
              <w:right w:w="120" w:type="dxa"/>
            </w:tcMar>
            <w:vAlign w:val="center"/>
          </w:tcPr>
          <w:p w14:paraId="11F287DD"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proofErr w:type="spellStart"/>
            <w:r w:rsidRPr="005E5CC4">
              <w:rPr>
                <w:rFonts w:ascii="Times New Roman" w:eastAsia="Calibri" w:hAnsi="Times New Roman" w:cs="Times New Roman"/>
                <w:color w:val="000000" w:themeColor="text1"/>
                <w:sz w:val="24"/>
                <w:szCs w:val="24"/>
                <w:lang w:val="ro-RO"/>
              </w:rPr>
              <w:t>PoCIDIF</w:t>
            </w:r>
            <w:proofErr w:type="spellEnd"/>
            <w:r w:rsidRPr="005E5CC4">
              <w:rPr>
                <w:rFonts w:ascii="Times New Roman" w:eastAsia="Calibri" w:hAnsi="Times New Roman" w:cs="Times New Roman"/>
                <w:color w:val="000000" w:themeColor="text1"/>
                <w:sz w:val="24"/>
                <w:szCs w:val="24"/>
                <w:lang w:val="ro-RO"/>
              </w:rPr>
              <w:t xml:space="preserve"> 2021-2027, Prioritatea 1, Acțiunea 1.1, Măsura 1.1.2</w:t>
            </w:r>
          </w:p>
        </w:tc>
      </w:tr>
      <w:tr w:rsidR="0025461E" w:rsidRPr="005E5CC4" w14:paraId="655384A4" w14:textId="77777777" w:rsidTr="004071C9">
        <w:trPr>
          <w:cantSplit/>
        </w:trPr>
        <w:tc>
          <w:tcPr>
            <w:tcW w:w="2500" w:type="dxa"/>
            <w:shd w:val="clear" w:color="auto" w:fill="F2F4F7"/>
            <w:tcMar>
              <w:top w:w="90" w:type="dxa"/>
              <w:left w:w="120" w:type="dxa"/>
              <w:bottom w:w="90" w:type="dxa"/>
              <w:right w:w="120" w:type="dxa"/>
            </w:tcMar>
            <w:vAlign w:val="center"/>
          </w:tcPr>
          <w:p w14:paraId="26E04B85"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Apel</w:t>
            </w:r>
          </w:p>
        </w:tc>
        <w:tc>
          <w:tcPr>
            <w:tcW w:w="7138" w:type="dxa"/>
            <w:tcMar>
              <w:top w:w="90" w:type="dxa"/>
              <w:left w:w="120" w:type="dxa"/>
              <w:bottom w:w="90" w:type="dxa"/>
              <w:right w:w="120" w:type="dxa"/>
            </w:tcMar>
            <w:vAlign w:val="center"/>
          </w:tcPr>
          <w:p w14:paraId="05BE01B1"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PCIDIF/947/PCIDIF_P1/OP1/RSO1.1/PCIDIF_A1 - LDR</w:t>
            </w:r>
          </w:p>
        </w:tc>
      </w:tr>
      <w:tr w:rsidR="0025461E" w:rsidRPr="005E5CC4" w14:paraId="1A7BD46C" w14:textId="77777777" w:rsidTr="004071C9">
        <w:trPr>
          <w:cantSplit/>
        </w:trPr>
        <w:tc>
          <w:tcPr>
            <w:tcW w:w="2500" w:type="dxa"/>
            <w:shd w:val="clear" w:color="auto" w:fill="F2F4F7"/>
            <w:tcMar>
              <w:top w:w="90" w:type="dxa"/>
              <w:left w:w="120" w:type="dxa"/>
              <w:bottom w:w="90" w:type="dxa"/>
              <w:right w:w="120" w:type="dxa"/>
            </w:tcMar>
            <w:vAlign w:val="center"/>
          </w:tcPr>
          <w:p w14:paraId="50148143"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Organizație de cercetare / lider</w:t>
            </w:r>
          </w:p>
        </w:tc>
        <w:tc>
          <w:tcPr>
            <w:tcW w:w="7138" w:type="dxa"/>
            <w:tcMar>
              <w:top w:w="90" w:type="dxa"/>
              <w:left w:w="120" w:type="dxa"/>
              <w:bottom w:w="90" w:type="dxa"/>
              <w:right w:w="120" w:type="dxa"/>
            </w:tcMar>
            <w:vAlign w:val="center"/>
          </w:tcPr>
          <w:p w14:paraId="3DAFC094"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Universitatea Națională de Știință și Tehnologie POLITEHNICA București</w:t>
            </w:r>
          </w:p>
        </w:tc>
      </w:tr>
      <w:tr w:rsidR="00C27639" w:rsidRPr="005E5CC4" w14:paraId="0184E7B3" w14:textId="77777777" w:rsidTr="004071C9">
        <w:trPr>
          <w:cantSplit/>
        </w:trPr>
        <w:tc>
          <w:tcPr>
            <w:tcW w:w="2500" w:type="dxa"/>
            <w:shd w:val="clear" w:color="auto" w:fill="F2F4F7"/>
            <w:tcMar>
              <w:top w:w="90" w:type="dxa"/>
              <w:left w:w="120" w:type="dxa"/>
              <w:bottom w:w="90" w:type="dxa"/>
              <w:right w:w="120" w:type="dxa"/>
            </w:tcMar>
            <w:vAlign w:val="center"/>
          </w:tcPr>
          <w:p w14:paraId="683DDCDF" w14:textId="2416274D" w:rsidR="00C27639" w:rsidRPr="005E5CC4" w:rsidRDefault="00C27639">
            <w:pPr>
              <w:spacing w:after="0" w:line="259" w:lineRule="auto"/>
              <w:jc w:val="left"/>
              <w:rPr>
                <w:rFonts w:ascii="Times New Roman" w:eastAsia="Calibri" w:hAnsi="Times New Roman" w:cs="Times New Roman"/>
                <w:b/>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Locația de implementare a liderului</w:t>
            </w:r>
          </w:p>
        </w:tc>
        <w:tc>
          <w:tcPr>
            <w:tcW w:w="7138" w:type="dxa"/>
            <w:tcMar>
              <w:top w:w="90" w:type="dxa"/>
              <w:left w:w="120" w:type="dxa"/>
              <w:bottom w:w="90" w:type="dxa"/>
              <w:right w:w="120" w:type="dxa"/>
            </w:tcMar>
            <w:vAlign w:val="center"/>
          </w:tcPr>
          <w:p w14:paraId="284F33DA" w14:textId="2325D447" w:rsidR="00C27639" w:rsidRPr="005E5CC4" w:rsidRDefault="00D471B4">
            <w:pPr>
              <w:spacing w:after="0" w:line="259" w:lineRule="auto"/>
              <w:jc w:val="left"/>
              <w:rPr>
                <w:rFonts w:ascii="Times New Roman" w:eastAsia="Calibri"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Punct de lucru Pitești, județul Argeș</w:t>
            </w:r>
          </w:p>
        </w:tc>
      </w:tr>
      <w:tr w:rsidR="00D471B4" w:rsidRPr="005E5CC4" w14:paraId="71D0285C" w14:textId="77777777" w:rsidTr="004071C9">
        <w:trPr>
          <w:cantSplit/>
        </w:trPr>
        <w:tc>
          <w:tcPr>
            <w:tcW w:w="2500" w:type="dxa"/>
            <w:shd w:val="clear" w:color="auto" w:fill="F2F4F7"/>
            <w:tcMar>
              <w:top w:w="90" w:type="dxa"/>
              <w:left w:w="120" w:type="dxa"/>
              <w:bottom w:w="90" w:type="dxa"/>
              <w:right w:w="120" w:type="dxa"/>
            </w:tcMar>
            <w:vAlign w:val="center"/>
          </w:tcPr>
          <w:p w14:paraId="6766FB5E" w14:textId="324188CE" w:rsidR="00D471B4" w:rsidRPr="005E5CC4" w:rsidRDefault="00D471B4">
            <w:pPr>
              <w:spacing w:after="0" w:line="259" w:lineRule="auto"/>
              <w:jc w:val="left"/>
              <w:rPr>
                <w:rFonts w:ascii="Times New Roman" w:eastAsia="Calibri" w:hAnsi="Times New Roman" w:cs="Times New Roman"/>
                <w:b/>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Durata proiectului</w:t>
            </w:r>
          </w:p>
        </w:tc>
        <w:tc>
          <w:tcPr>
            <w:tcW w:w="7138" w:type="dxa"/>
            <w:tcMar>
              <w:top w:w="90" w:type="dxa"/>
              <w:left w:w="120" w:type="dxa"/>
              <w:bottom w:w="90" w:type="dxa"/>
              <w:right w:w="120" w:type="dxa"/>
            </w:tcMar>
            <w:vAlign w:val="center"/>
          </w:tcPr>
          <w:p w14:paraId="74C62D98" w14:textId="76982087" w:rsidR="00D471B4" w:rsidRPr="005E5CC4" w:rsidRDefault="00F020EE">
            <w:pPr>
              <w:spacing w:after="0" w:line="259" w:lineRule="auto"/>
              <w:jc w:val="left"/>
              <w:rPr>
                <w:rFonts w:ascii="Times New Roman" w:eastAsia="Calibri"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Maximum 36 de luni, fără depășirea datei de 31.12.2029</w:t>
            </w:r>
          </w:p>
        </w:tc>
      </w:tr>
      <w:tr w:rsidR="0025461E" w:rsidRPr="005E5CC4" w14:paraId="0B43CC4E" w14:textId="77777777" w:rsidTr="004071C9">
        <w:trPr>
          <w:cantSplit/>
        </w:trPr>
        <w:tc>
          <w:tcPr>
            <w:tcW w:w="2500" w:type="dxa"/>
            <w:shd w:val="clear" w:color="auto" w:fill="F2F4F7"/>
            <w:tcMar>
              <w:top w:w="90" w:type="dxa"/>
              <w:left w:w="120" w:type="dxa"/>
              <w:bottom w:w="90" w:type="dxa"/>
              <w:right w:w="120" w:type="dxa"/>
            </w:tcMar>
            <w:vAlign w:val="center"/>
          </w:tcPr>
          <w:p w14:paraId="1B90E0DE"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Candidat IMM</w:t>
            </w:r>
          </w:p>
        </w:tc>
        <w:tc>
          <w:tcPr>
            <w:tcW w:w="7138" w:type="dxa"/>
            <w:tcMar>
              <w:top w:w="90" w:type="dxa"/>
              <w:left w:w="120" w:type="dxa"/>
              <w:bottom w:w="90" w:type="dxa"/>
              <w:right w:w="120" w:type="dxa"/>
            </w:tcMar>
            <w:vAlign w:val="center"/>
          </w:tcPr>
          <w:p w14:paraId="200F6FE1" w14:textId="1C4244F1" w:rsidR="0025461E" w:rsidRPr="005E5CC4" w:rsidRDefault="00363D65">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highlight w:val="yellow"/>
                <w:lang w:val="ro-RO"/>
              </w:rPr>
              <w:t>[Completați: Denumirea completă a IMM]</w:t>
            </w:r>
          </w:p>
        </w:tc>
      </w:tr>
      <w:tr w:rsidR="00AD128A" w:rsidRPr="005E5CC4" w14:paraId="00459722" w14:textId="77777777" w:rsidTr="004071C9">
        <w:trPr>
          <w:cantSplit/>
        </w:trPr>
        <w:tc>
          <w:tcPr>
            <w:tcW w:w="2500" w:type="dxa"/>
            <w:shd w:val="clear" w:color="auto" w:fill="F2F4F7"/>
            <w:tcMar>
              <w:top w:w="90" w:type="dxa"/>
              <w:left w:w="120" w:type="dxa"/>
              <w:bottom w:w="90" w:type="dxa"/>
              <w:right w:w="120" w:type="dxa"/>
            </w:tcMar>
            <w:vAlign w:val="center"/>
          </w:tcPr>
          <w:p w14:paraId="673E64F1" w14:textId="38E381AD" w:rsidR="00AD128A" w:rsidRPr="005E5CC4" w:rsidRDefault="00AD128A">
            <w:pPr>
              <w:spacing w:after="0" w:line="259" w:lineRule="auto"/>
              <w:jc w:val="left"/>
              <w:rPr>
                <w:rFonts w:ascii="Times New Roman" w:eastAsia="Calibri" w:hAnsi="Times New Roman" w:cs="Times New Roman"/>
                <w:b/>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Reprezentant legal</w:t>
            </w:r>
          </w:p>
        </w:tc>
        <w:tc>
          <w:tcPr>
            <w:tcW w:w="7138" w:type="dxa"/>
            <w:tcMar>
              <w:top w:w="90" w:type="dxa"/>
              <w:left w:w="120" w:type="dxa"/>
              <w:bottom w:w="90" w:type="dxa"/>
              <w:right w:w="120" w:type="dxa"/>
            </w:tcMar>
            <w:vAlign w:val="center"/>
          </w:tcPr>
          <w:p w14:paraId="5FB36564" w14:textId="31D42F19" w:rsidR="00AD128A" w:rsidRPr="005E5CC4" w:rsidRDefault="00AD128A">
            <w:pPr>
              <w:spacing w:after="0" w:line="259" w:lineRule="auto"/>
              <w:jc w:val="left"/>
              <w:rPr>
                <w:rFonts w:ascii="Times New Roman" w:eastAsia="Calibri" w:hAnsi="Times New Roman" w:cs="Times New Roman"/>
                <w:color w:val="000000" w:themeColor="text1"/>
                <w:sz w:val="24"/>
                <w:szCs w:val="24"/>
                <w:highlight w:val="yellow"/>
                <w:lang w:val="ro-RO"/>
              </w:rPr>
            </w:pPr>
            <w:r w:rsidRPr="005E5CC4">
              <w:rPr>
                <w:rFonts w:ascii="Times New Roman" w:eastAsia="Calibri" w:hAnsi="Times New Roman" w:cs="Times New Roman"/>
                <w:color w:val="000000" w:themeColor="text1"/>
                <w:sz w:val="24"/>
                <w:szCs w:val="24"/>
                <w:highlight w:val="yellow"/>
                <w:lang w:val="ro-RO"/>
              </w:rPr>
              <w:t>[Completați: Nume, prenume și funcție]</w:t>
            </w:r>
          </w:p>
        </w:tc>
      </w:tr>
      <w:tr w:rsidR="0025461E" w:rsidRPr="005E5CC4" w14:paraId="427AD0CB" w14:textId="77777777" w:rsidTr="004071C9">
        <w:trPr>
          <w:cantSplit/>
        </w:trPr>
        <w:tc>
          <w:tcPr>
            <w:tcW w:w="2500" w:type="dxa"/>
            <w:shd w:val="clear" w:color="auto" w:fill="F2F4F7"/>
            <w:tcMar>
              <w:top w:w="90" w:type="dxa"/>
              <w:left w:w="120" w:type="dxa"/>
              <w:bottom w:w="90" w:type="dxa"/>
              <w:right w:w="120" w:type="dxa"/>
            </w:tcMar>
            <w:vAlign w:val="center"/>
          </w:tcPr>
          <w:p w14:paraId="43017D57"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Locul implementării IMM</w:t>
            </w:r>
          </w:p>
        </w:tc>
        <w:tc>
          <w:tcPr>
            <w:tcW w:w="7138" w:type="dxa"/>
            <w:tcMar>
              <w:top w:w="90" w:type="dxa"/>
              <w:left w:w="120" w:type="dxa"/>
              <w:bottom w:w="90" w:type="dxa"/>
              <w:right w:w="120" w:type="dxa"/>
            </w:tcMar>
            <w:vAlign w:val="center"/>
          </w:tcPr>
          <w:p w14:paraId="2B324481" w14:textId="23C8BE68" w:rsidR="0025461E" w:rsidRPr="005E5CC4" w:rsidRDefault="009D57E3">
            <w:pPr>
              <w:spacing w:after="0" w:line="259" w:lineRule="auto"/>
              <w:jc w:val="left"/>
              <w:rPr>
                <w:rFonts w:ascii="Times New Roman" w:hAnsi="Times New Roman" w:cs="Times New Roman"/>
                <w:color w:val="000000" w:themeColor="text1"/>
                <w:sz w:val="24"/>
                <w:szCs w:val="24"/>
                <w:lang w:val="ro-RO"/>
              </w:rPr>
            </w:pPr>
            <w:r w:rsidRPr="005E5CC4">
              <w:rPr>
                <w:rFonts w:ascii="Times New Roman" w:hAnsi="Times New Roman" w:cs="Times New Roman"/>
                <w:color w:val="000000" w:themeColor="text1"/>
                <w:sz w:val="24"/>
                <w:szCs w:val="24"/>
                <w:highlight w:val="yellow"/>
                <w:lang w:val="ro-RO"/>
              </w:rPr>
              <w:t>[Completați: Adresă completă, localitate, județ, regiune]</w:t>
            </w:r>
          </w:p>
        </w:tc>
      </w:tr>
      <w:tr w:rsidR="0025461E" w:rsidRPr="005E5CC4" w14:paraId="46091134" w14:textId="77777777" w:rsidTr="004071C9">
        <w:trPr>
          <w:cantSplit/>
        </w:trPr>
        <w:tc>
          <w:tcPr>
            <w:tcW w:w="2500" w:type="dxa"/>
            <w:shd w:val="clear" w:color="auto" w:fill="F2F4F7"/>
            <w:tcMar>
              <w:top w:w="90" w:type="dxa"/>
              <w:left w:w="120" w:type="dxa"/>
              <w:bottom w:w="90" w:type="dxa"/>
              <w:right w:w="120" w:type="dxa"/>
            </w:tcMar>
            <w:vAlign w:val="center"/>
          </w:tcPr>
          <w:p w14:paraId="383A7E47" w14:textId="0A6D5785"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Data</w:t>
            </w:r>
          </w:p>
        </w:tc>
        <w:tc>
          <w:tcPr>
            <w:tcW w:w="7138" w:type="dxa"/>
            <w:tcMar>
              <w:top w:w="90" w:type="dxa"/>
              <w:left w:w="120" w:type="dxa"/>
              <w:bottom w:w="90" w:type="dxa"/>
              <w:right w:w="120" w:type="dxa"/>
            </w:tcMar>
            <w:vAlign w:val="center"/>
          </w:tcPr>
          <w:p w14:paraId="370B42A9" w14:textId="3208C45B" w:rsidR="0025461E" w:rsidRPr="005E5CC4" w:rsidRDefault="00DD4098">
            <w:pPr>
              <w:spacing w:after="0" w:line="259" w:lineRule="auto"/>
              <w:jc w:val="left"/>
              <w:rPr>
                <w:rFonts w:ascii="Times New Roman" w:hAnsi="Times New Roman" w:cs="Times New Roman"/>
                <w:color w:val="000000" w:themeColor="text1"/>
                <w:sz w:val="24"/>
                <w:szCs w:val="24"/>
                <w:lang w:val="ro-RO"/>
              </w:rPr>
            </w:pPr>
            <w:r w:rsidRPr="005E5CC4">
              <w:rPr>
                <w:rFonts w:ascii="Times New Roman" w:hAnsi="Times New Roman" w:cs="Times New Roman"/>
                <w:color w:val="000000" w:themeColor="text1"/>
                <w:sz w:val="24"/>
                <w:szCs w:val="24"/>
                <w:highlight w:val="yellow"/>
                <w:lang w:val="ro-RO"/>
              </w:rPr>
              <w:t xml:space="preserve">[Completați: </w:t>
            </w:r>
            <w:proofErr w:type="spellStart"/>
            <w:r w:rsidRPr="005E5CC4">
              <w:rPr>
                <w:rFonts w:ascii="Times New Roman" w:hAnsi="Times New Roman" w:cs="Times New Roman"/>
                <w:color w:val="000000" w:themeColor="text1"/>
                <w:sz w:val="24"/>
                <w:szCs w:val="24"/>
                <w:highlight w:val="yellow"/>
                <w:lang w:val="ro-RO"/>
              </w:rPr>
              <w:t>zz.ll.aaaa</w:t>
            </w:r>
            <w:proofErr w:type="spellEnd"/>
            <w:r w:rsidRPr="005E5CC4">
              <w:rPr>
                <w:rFonts w:ascii="Times New Roman" w:hAnsi="Times New Roman" w:cs="Times New Roman"/>
                <w:color w:val="000000" w:themeColor="text1"/>
                <w:sz w:val="24"/>
                <w:szCs w:val="24"/>
                <w:highlight w:val="yellow"/>
                <w:lang w:val="ro-RO"/>
              </w:rPr>
              <w:t>]</w:t>
            </w:r>
          </w:p>
        </w:tc>
      </w:tr>
    </w:tbl>
    <w:p w14:paraId="64E5E07D" w14:textId="77777777" w:rsidR="0025461E" w:rsidRPr="005E5CC4" w:rsidRDefault="0025461E">
      <w:pPr>
        <w:spacing w:after="40"/>
        <w:rPr>
          <w:rFonts w:ascii="Times New Roman" w:hAnsi="Times New Roman" w:cs="Times New Roman"/>
          <w:color w:val="000000" w:themeColor="text1"/>
          <w:sz w:val="24"/>
          <w:szCs w:val="24"/>
          <w:lang w:val="ro-RO"/>
        </w:rPr>
      </w:pPr>
    </w:p>
    <w:tbl>
      <w:tblPr>
        <w:tblW w:w="9638" w:type="dxa"/>
        <w:tblInd w:w="120" w:type="dxa"/>
        <w:tblBorders>
          <w:top w:val="single" w:sz="5" w:space="0" w:color="9BBAD2"/>
          <w:left w:val="single" w:sz="5" w:space="0" w:color="9BBAD2"/>
          <w:bottom w:val="single" w:sz="5" w:space="0" w:color="9BBAD2"/>
          <w:right w:val="single" w:sz="5" w:space="0" w:color="9BBAD2"/>
          <w:insideH w:val="single" w:sz="5" w:space="0" w:color="9BBAD2"/>
          <w:insideV w:val="single" w:sz="5" w:space="0" w:color="9BBAD2"/>
        </w:tblBorders>
        <w:tblLayout w:type="fixed"/>
        <w:tblLook w:val="04A0" w:firstRow="1" w:lastRow="0" w:firstColumn="1" w:lastColumn="0" w:noHBand="0" w:noVBand="1"/>
      </w:tblPr>
      <w:tblGrid>
        <w:gridCol w:w="9638"/>
      </w:tblGrid>
      <w:tr w:rsidR="0025461E" w:rsidRPr="005E5CC4" w14:paraId="055F2434" w14:textId="77777777">
        <w:tc>
          <w:tcPr>
            <w:tcW w:w="9638" w:type="dxa"/>
            <w:shd w:val="clear" w:color="auto" w:fill="FFF2CC"/>
            <w:tcMar>
              <w:top w:w="90" w:type="dxa"/>
              <w:left w:w="120" w:type="dxa"/>
              <w:bottom w:w="90" w:type="dxa"/>
              <w:right w:w="120" w:type="dxa"/>
            </w:tcMar>
          </w:tcPr>
          <w:p w14:paraId="61E20B20" w14:textId="77777777" w:rsidR="0025461E" w:rsidRPr="005E5CC4" w:rsidRDefault="00A1697B">
            <w:pPr>
              <w:spacing w:after="60"/>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Instrucțiuni de completare</w:t>
            </w:r>
          </w:p>
          <w:p w14:paraId="37D1C429" w14:textId="592990F3" w:rsidR="0025461E" w:rsidRPr="005E5CC4" w:rsidRDefault="006E4A48">
            <w:pPr>
              <w:spacing w:after="0" w:line="276" w:lineRule="auto"/>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 xml:space="preserve">Se înlocuiește textul evidențiat cu galben dintre paranteze cu răspunsul candidatului. Datele fixe ale proiectului nu se modifică. Se folosesc exact rezultatele R1-R5; managementul, achizițiile și publicitatea se descriu ca activități/livrabile, nu ca rezultate </w:t>
            </w:r>
            <w:proofErr w:type="spellStart"/>
            <w:r w:rsidRPr="005E5CC4">
              <w:rPr>
                <w:rFonts w:ascii="Times New Roman" w:eastAsia="Calibri" w:hAnsi="Times New Roman" w:cs="Times New Roman"/>
                <w:color w:val="000000" w:themeColor="text1"/>
                <w:sz w:val="24"/>
                <w:szCs w:val="24"/>
                <w:lang w:val="ro-RO"/>
              </w:rPr>
              <w:t>tehnico</w:t>
            </w:r>
            <w:proofErr w:type="spellEnd"/>
            <w:r w:rsidRPr="005E5CC4">
              <w:rPr>
                <w:rFonts w:ascii="Times New Roman" w:eastAsia="Calibri" w:hAnsi="Times New Roman" w:cs="Times New Roman"/>
                <w:color w:val="000000" w:themeColor="text1"/>
                <w:sz w:val="24"/>
                <w:szCs w:val="24"/>
                <w:lang w:val="ro-RO"/>
              </w:rPr>
              <w:t>-științifice. Pentru fiecare afirmație se indică o dovadă (E1, E2 etc.). Valorile bugetare trebuie să coincidă cu macheta financiară și cu documentele justificative.</w:t>
            </w:r>
          </w:p>
        </w:tc>
      </w:tr>
    </w:tbl>
    <w:p w14:paraId="4AEFEFB2" w14:textId="77777777" w:rsidR="0025461E" w:rsidRPr="005E5CC4" w:rsidRDefault="00A1697B">
      <w:pPr>
        <w:pStyle w:val="Heading1"/>
        <w:rPr>
          <w:rFonts w:ascii="Times New Roman" w:hAnsi="Times New Roman" w:cs="Times New Roman"/>
          <w:color w:val="000000" w:themeColor="text1"/>
          <w:sz w:val="24"/>
          <w:szCs w:val="24"/>
          <w:lang w:val="ro-RO"/>
        </w:rPr>
      </w:pPr>
      <w:r w:rsidRPr="005E5CC4">
        <w:rPr>
          <w:rFonts w:ascii="Times New Roman" w:hAnsi="Times New Roman" w:cs="Times New Roman"/>
          <w:color w:val="000000" w:themeColor="text1"/>
          <w:sz w:val="24"/>
          <w:szCs w:val="24"/>
          <w:lang w:val="ro-RO"/>
        </w:rPr>
        <w:t>Matricea de acoperire a grilei de evaluare</w:t>
      </w:r>
    </w:p>
    <w:tbl>
      <w:tblPr>
        <w:tblW w:w="9638" w:type="dxa"/>
        <w:tblInd w:w="120" w:type="dxa"/>
        <w:tblBorders>
          <w:top w:val="single" w:sz="4" w:space="0" w:color="A7B2BD"/>
          <w:left w:val="single" w:sz="4" w:space="0" w:color="A7B2BD"/>
          <w:bottom w:val="single" w:sz="4" w:space="0" w:color="A7B2BD"/>
          <w:right w:val="single" w:sz="4" w:space="0" w:color="A7B2BD"/>
          <w:insideH w:val="single" w:sz="4" w:space="0" w:color="A7B2BD"/>
          <w:insideV w:val="single" w:sz="4" w:space="0" w:color="A7B2BD"/>
        </w:tblBorders>
        <w:tblLayout w:type="fixed"/>
        <w:tblLook w:val="04A0" w:firstRow="1" w:lastRow="0" w:firstColumn="1" w:lastColumn="0" w:noHBand="0" w:noVBand="1"/>
      </w:tblPr>
      <w:tblGrid>
        <w:gridCol w:w="700"/>
        <w:gridCol w:w="2600"/>
        <w:gridCol w:w="800"/>
        <w:gridCol w:w="5538"/>
      </w:tblGrid>
      <w:tr w:rsidR="0025461E" w:rsidRPr="005E5CC4" w14:paraId="31CCB9A3" w14:textId="77777777">
        <w:trPr>
          <w:cantSplit/>
          <w:tblHeader/>
        </w:trPr>
        <w:tc>
          <w:tcPr>
            <w:tcW w:w="700" w:type="dxa"/>
            <w:shd w:val="clear" w:color="auto" w:fill="1F4E78"/>
            <w:tcMar>
              <w:top w:w="90" w:type="dxa"/>
              <w:left w:w="120" w:type="dxa"/>
              <w:bottom w:w="90" w:type="dxa"/>
              <w:right w:w="120" w:type="dxa"/>
            </w:tcMar>
            <w:vAlign w:val="center"/>
          </w:tcPr>
          <w:p w14:paraId="71CB51EF" w14:textId="77777777" w:rsidR="0025461E" w:rsidRPr="005E5CC4" w:rsidRDefault="00A1697B">
            <w:pPr>
              <w:spacing w:after="0" w:line="259" w:lineRule="auto"/>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Cod</w:t>
            </w:r>
          </w:p>
        </w:tc>
        <w:tc>
          <w:tcPr>
            <w:tcW w:w="2600" w:type="dxa"/>
            <w:shd w:val="clear" w:color="auto" w:fill="1F4E78"/>
            <w:tcMar>
              <w:top w:w="90" w:type="dxa"/>
              <w:left w:w="120" w:type="dxa"/>
              <w:bottom w:w="90" w:type="dxa"/>
              <w:right w:w="120" w:type="dxa"/>
            </w:tcMar>
            <w:vAlign w:val="center"/>
          </w:tcPr>
          <w:p w14:paraId="20132899" w14:textId="77777777" w:rsidR="0025461E" w:rsidRPr="005E5CC4" w:rsidRDefault="00A1697B">
            <w:pPr>
              <w:spacing w:after="0" w:line="259" w:lineRule="auto"/>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Subcriteriu</w:t>
            </w:r>
          </w:p>
        </w:tc>
        <w:tc>
          <w:tcPr>
            <w:tcW w:w="800" w:type="dxa"/>
            <w:shd w:val="clear" w:color="auto" w:fill="1F4E78"/>
            <w:tcMar>
              <w:top w:w="90" w:type="dxa"/>
              <w:left w:w="120" w:type="dxa"/>
              <w:bottom w:w="90" w:type="dxa"/>
              <w:right w:w="120" w:type="dxa"/>
            </w:tcMar>
            <w:vAlign w:val="center"/>
          </w:tcPr>
          <w:p w14:paraId="1A094948" w14:textId="77777777" w:rsidR="0025461E" w:rsidRPr="005E5CC4" w:rsidRDefault="00A1697B">
            <w:pPr>
              <w:spacing w:after="0" w:line="259" w:lineRule="auto"/>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Max.</w:t>
            </w:r>
          </w:p>
        </w:tc>
        <w:tc>
          <w:tcPr>
            <w:tcW w:w="5538" w:type="dxa"/>
            <w:shd w:val="clear" w:color="auto" w:fill="1F4E78"/>
            <w:tcMar>
              <w:top w:w="90" w:type="dxa"/>
              <w:left w:w="120" w:type="dxa"/>
              <w:bottom w:w="90" w:type="dxa"/>
              <w:right w:w="120" w:type="dxa"/>
            </w:tcMar>
            <w:vAlign w:val="center"/>
          </w:tcPr>
          <w:p w14:paraId="714CFE82" w14:textId="77777777" w:rsidR="0025461E" w:rsidRPr="005E5CC4" w:rsidRDefault="00A1697B">
            <w:pPr>
              <w:spacing w:after="0" w:line="259" w:lineRule="auto"/>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Secțiunea/dovada principală</w:t>
            </w:r>
          </w:p>
        </w:tc>
      </w:tr>
      <w:tr w:rsidR="0025461E" w:rsidRPr="005E5CC4" w14:paraId="59D178F0" w14:textId="77777777">
        <w:trPr>
          <w:cantSplit/>
        </w:trPr>
        <w:tc>
          <w:tcPr>
            <w:tcW w:w="700" w:type="dxa"/>
            <w:vAlign w:val="center"/>
          </w:tcPr>
          <w:p w14:paraId="15FA7829" w14:textId="77777777" w:rsidR="0025461E" w:rsidRPr="005E5CC4" w:rsidRDefault="00A1697B">
            <w:pPr>
              <w:spacing w:after="0" w:line="259" w:lineRule="auto"/>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1.1</w:t>
            </w:r>
          </w:p>
        </w:tc>
        <w:tc>
          <w:tcPr>
            <w:tcW w:w="2600" w:type="dxa"/>
            <w:vAlign w:val="center"/>
          </w:tcPr>
          <w:p w14:paraId="44E07D7C"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Gradul de noutate</w:t>
            </w:r>
          </w:p>
        </w:tc>
        <w:tc>
          <w:tcPr>
            <w:tcW w:w="800" w:type="dxa"/>
            <w:vAlign w:val="center"/>
          </w:tcPr>
          <w:p w14:paraId="733AC78C" w14:textId="77777777" w:rsidR="0025461E" w:rsidRPr="005E5CC4" w:rsidRDefault="00A1697B">
            <w:pPr>
              <w:spacing w:after="0" w:line="259" w:lineRule="auto"/>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20</w:t>
            </w:r>
          </w:p>
        </w:tc>
        <w:tc>
          <w:tcPr>
            <w:tcW w:w="5538" w:type="dxa"/>
            <w:vAlign w:val="center"/>
          </w:tcPr>
          <w:p w14:paraId="31064D55" w14:textId="4983EA33"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Noutate tehnică, comparație cu stadiul actual, TRL și proprietate intelectuală</w:t>
            </w:r>
            <w:r w:rsidR="00D4788E" w:rsidRPr="005E5CC4">
              <w:rPr>
                <w:rFonts w:ascii="Times New Roman" w:eastAsia="Calibri" w:hAnsi="Times New Roman" w:cs="Times New Roman"/>
                <w:color w:val="000000" w:themeColor="text1"/>
                <w:sz w:val="24"/>
                <w:szCs w:val="24"/>
                <w:lang w:val="ro-RO"/>
              </w:rPr>
              <w:t xml:space="preserve"> – Secțiunea 3</w:t>
            </w:r>
          </w:p>
        </w:tc>
      </w:tr>
      <w:tr w:rsidR="0025461E" w:rsidRPr="005E5CC4" w14:paraId="5789AEDD" w14:textId="77777777">
        <w:trPr>
          <w:cantSplit/>
        </w:trPr>
        <w:tc>
          <w:tcPr>
            <w:tcW w:w="700" w:type="dxa"/>
            <w:vAlign w:val="center"/>
          </w:tcPr>
          <w:p w14:paraId="54197ED4" w14:textId="77777777" w:rsidR="0025461E" w:rsidRPr="005E5CC4" w:rsidRDefault="00A1697B">
            <w:pPr>
              <w:spacing w:after="0" w:line="259" w:lineRule="auto"/>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1.2</w:t>
            </w:r>
          </w:p>
        </w:tc>
        <w:tc>
          <w:tcPr>
            <w:tcW w:w="2600" w:type="dxa"/>
            <w:vAlign w:val="center"/>
          </w:tcPr>
          <w:p w14:paraId="71237D94"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Impactul propunerii</w:t>
            </w:r>
          </w:p>
        </w:tc>
        <w:tc>
          <w:tcPr>
            <w:tcW w:w="800" w:type="dxa"/>
            <w:vAlign w:val="center"/>
          </w:tcPr>
          <w:p w14:paraId="79958C8D" w14:textId="77777777" w:rsidR="0025461E" w:rsidRPr="005E5CC4" w:rsidRDefault="00A1697B">
            <w:pPr>
              <w:spacing w:after="0" w:line="259" w:lineRule="auto"/>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20</w:t>
            </w:r>
          </w:p>
        </w:tc>
        <w:tc>
          <w:tcPr>
            <w:tcW w:w="5538" w:type="dxa"/>
            <w:vAlign w:val="center"/>
          </w:tcPr>
          <w:p w14:paraId="793DEBBD" w14:textId="4D0F2924"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Piață, multiplicare, locuri de muncă, inovare, vizibilitate și indicatori</w:t>
            </w:r>
            <w:r w:rsidR="00D4788E" w:rsidRPr="005E5CC4">
              <w:rPr>
                <w:rFonts w:ascii="Times New Roman" w:eastAsia="Calibri" w:hAnsi="Times New Roman" w:cs="Times New Roman"/>
                <w:color w:val="000000" w:themeColor="text1"/>
                <w:sz w:val="24"/>
                <w:szCs w:val="24"/>
                <w:lang w:val="ro-RO"/>
              </w:rPr>
              <w:t xml:space="preserve"> – Secțiunea 4</w:t>
            </w:r>
          </w:p>
        </w:tc>
      </w:tr>
      <w:tr w:rsidR="0025461E" w:rsidRPr="005E5CC4" w14:paraId="3E5064CB" w14:textId="77777777">
        <w:trPr>
          <w:cantSplit/>
        </w:trPr>
        <w:tc>
          <w:tcPr>
            <w:tcW w:w="700" w:type="dxa"/>
            <w:vAlign w:val="center"/>
          </w:tcPr>
          <w:p w14:paraId="58064234" w14:textId="77777777" w:rsidR="0025461E" w:rsidRPr="005E5CC4" w:rsidRDefault="00A1697B">
            <w:pPr>
              <w:spacing w:after="0" w:line="259" w:lineRule="auto"/>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2.1</w:t>
            </w:r>
          </w:p>
        </w:tc>
        <w:tc>
          <w:tcPr>
            <w:tcW w:w="2600" w:type="dxa"/>
            <w:vAlign w:val="center"/>
          </w:tcPr>
          <w:p w14:paraId="0326B0A4"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Coerență și fezabilitate</w:t>
            </w:r>
          </w:p>
        </w:tc>
        <w:tc>
          <w:tcPr>
            <w:tcW w:w="800" w:type="dxa"/>
            <w:vAlign w:val="center"/>
          </w:tcPr>
          <w:p w14:paraId="7E533EB1" w14:textId="77777777" w:rsidR="0025461E" w:rsidRPr="005E5CC4" w:rsidRDefault="00A1697B">
            <w:pPr>
              <w:spacing w:after="0" w:line="259" w:lineRule="auto"/>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20</w:t>
            </w:r>
          </w:p>
        </w:tc>
        <w:tc>
          <w:tcPr>
            <w:tcW w:w="5538" w:type="dxa"/>
            <w:vAlign w:val="center"/>
          </w:tcPr>
          <w:p w14:paraId="5A991891" w14:textId="45705DD4"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 xml:space="preserve">Plan de activități, calendar, rezultate, livrabile, riscuri și </w:t>
            </w:r>
            <w:r w:rsidR="00D4788E" w:rsidRPr="005E5CC4">
              <w:rPr>
                <w:rFonts w:ascii="Times New Roman" w:eastAsia="Calibri" w:hAnsi="Times New Roman" w:cs="Times New Roman"/>
                <w:color w:val="000000" w:themeColor="text1"/>
                <w:sz w:val="24"/>
                <w:szCs w:val="24"/>
                <w:lang w:val="ro-RO"/>
              </w:rPr>
              <w:t>budget – Secțiunea 5</w:t>
            </w:r>
          </w:p>
        </w:tc>
      </w:tr>
      <w:tr w:rsidR="0025461E" w:rsidRPr="005E5CC4" w14:paraId="2D0868E5" w14:textId="77777777">
        <w:trPr>
          <w:cantSplit/>
        </w:trPr>
        <w:tc>
          <w:tcPr>
            <w:tcW w:w="700" w:type="dxa"/>
            <w:vAlign w:val="center"/>
          </w:tcPr>
          <w:p w14:paraId="2D378BBA" w14:textId="77777777" w:rsidR="0025461E" w:rsidRPr="005E5CC4" w:rsidRDefault="00A1697B">
            <w:pPr>
              <w:spacing w:after="0" w:line="259" w:lineRule="auto"/>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2.2</w:t>
            </w:r>
          </w:p>
        </w:tc>
        <w:tc>
          <w:tcPr>
            <w:tcW w:w="2600" w:type="dxa"/>
            <w:vAlign w:val="center"/>
          </w:tcPr>
          <w:p w14:paraId="46F81917"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Capacitate de implementare</w:t>
            </w:r>
          </w:p>
        </w:tc>
        <w:tc>
          <w:tcPr>
            <w:tcW w:w="800" w:type="dxa"/>
            <w:vAlign w:val="center"/>
          </w:tcPr>
          <w:p w14:paraId="36E75BE0" w14:textId="77777777" w:rsidR="0025461E" w:rsidRPr="005E5CC4" w:rsidRDefault="00A1697B">
            <w:pPr>
              <w:spacing w:after="0" w:line="259" w:lineRule="auto"/>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20</w:t>
            </w:r>
          </w:p>
        </w:tc>
        <w:tc>
          <w:tcPr>
            <w:tcW w:w="5538" w:type="dxa"/>
            <w:vAlign w:val="center"/>
          </w:tcPr>
          <w:p w14:paraId="64BC7604" w14:textId="3FBF35ED"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Metodologie, echipă, infrastructură, management și cofinanțare</w:t>
            </w:r>
            <w:r w:rsidR="00D4788E" w:rsidRPr="005E5CC4">
              <w:rPr>
                <w:rFonts w:ascii="Times New Roman" w:eastAsia="Calibri" w:hAnsi="Times New Roman" w:cs="Times New Roman"/>
                <w:color w:val="000000" w:themeColor="text1"/>
                <w:sz w:val="24"/>
                <w:szCs w:val="24"/>
                <w:lang w:val="ro-RO"/>
              </w:rPr>
              <w:t xml:space="preserve"> – Secțiunea </w:t>
            </w:r>
            <w:r w:rsidR="00E820F0" w:rsidRPr="005E5CC4">
              <w:rPr>
                <w:rFonts w:ascii="Times New Roman" w:eastAsia="Calibri" w:hAnsi="Times New Roman" w:cs="Times New Roman"/>
                <w:color w:val="000000" w:themeColor="text1"/>
                <w:sz w:val="24"/>
                <w:szCs w:val="24"/>
                <w:lang w:val="ro-RO"/>
              </w:rPr>
              <w:t>6</w:t>
            </w:r>
          </w:p>
        </w:tc>
      </w:tr>
      <w:tr w:rsidR="0025461E" w:rsidRPr="005E5CC4" w14:paraId="0B909EF8" w14:textId="77777777">
        <w:trPr>
          <w:cantSplit/>
        </w:trPr>
        <w:tc>
          <w:tcPr>
            <w:tcW w:w="700" w:type="dxa"/>
            <w:vAlign w:val="center"/>
          </w:tcPr>
          <w:p w14:paraId="36ACF32E" w14:textId="77777777" w:rsidR="0025461E" w:rsidRPr="005E5CC4" w:rsidRDefault="00A1697B">
            <w:pPr>
              <w:spacing w:after="0" w:line="259" w:lineRule="auto"/>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3.1</w:t>
            </w:r>
          </w:p>
        </w:tc>
        <w:tc>
          <w:tcPr>
            <w:tcW w:w="2600" w:type="dxa"/>
            <w:vAlign w:val="center"/>
          </w:tcPr>
          <w:p w14:paraId="23FA0B52"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Experiență CD relevantă</w:t>
            </w:r>
          </w:p>
        </w:tc>
        <w:tc>
          <w:tcPr>
            <w:tcW w:w="800" w:type="dxa"/>
            <w:vAlign w:val="center"/>
          </w:tcPr>
          <w:p w14:paraId="4A9119F0" w14:textId="77777777" w:rsidR="0025461E" w:rsidRPr="005E5CC4" w:rsidRDefault="00A1697B">
            <w:pPr>
              <w:spacing w:after="0" w:line="259" w:lineRule="auto"/>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10</w:t>
            </w:r>
          </w:p>
        </w:tc>
        <w:tc>
          <w:tcPr>
            <w:tcW w:w="5538" w:type="dxa"/>
            <w:vAlign w:val="center"/>
          </w:tcPr>
          <w:p w14:paraId="3B9CDB2A" w14:textId="3DCD530E"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Contracte/proiecte CD din ultimii 5 ani, rol, valoare și rezultate</w:t>
            </w:r>
            <w:r w:rsidR="00E820F0" w:rsidRPr="005E5CC4">
              <w:rPr>
                <w:rFonts w:ascii="Times New Roman" w:eastAsia="Calibri" w:hAnsi="Times New Roman" w:cs="Times New Roman"/>
                <w:color w:val="000000" w:themeColor="text1"/>
                <w:sz w:val="24"/>
                <w:szCs w:val="24"/>
                <w:lang w:val="ro-RO"/>
              </w:rPr>
              <w:t xml:space="preserve"> – Secțiunea 7</w:t>
            </w:r>
          </w:p>
        </w:tc>
      </w:tr>
      <w:tr w:rsidR="0025461E" w:rsidRPr="005E5CC4" w14:paraId="57ED5888" w14:textId="77777777">
        <w:trPr>
          <w:cantSplit/>
        </w:trPr>
        <w:tc>
          <w:tcPr>
            <w:tcW w:w="700" w:type="dxa"/>
            <w:vAlign w:val="center"/>
          </w:tcPr>
          <w:p w14:paraId="462F5939" w14:textId="77777777" w:rsidR="0025461E" w:rsidRPr="005E5CC4" w:rsidRDefault="00A1697B">
            <w:pPr>
              <w:spacing w:after="0" w:line="259" w:lineRule="auto"/>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3.2</w:t>
            </w:r>
          </w:p>
        </w:tc>
        <w:tc>
          <w:tcPr>
            <w:tcW w:w="2600" w:type="dxa"/>
            <w:vAlign w:val="center"/>
          </w:tcPr>
          <w:p w14:paraId="217EC457"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Principii orizontale, DNSH și climă</w:t>
            </w:r>
          </w:p>
        </w:tc>
        <w:tc>
          <w:tcPr>
            <w:tcW w:w="800" w:type="dxa"/>
            <w:vAlign w:val="center"/>
          </w:tcPr>
          <w:p w14:paraId="173EEEE9" w14:textId="77777777" w:rsidR="0025461E" w:rsidRPr="005E5CC4" w:rsidRDefault="00A1697B">
            <w:pPr>
              <w:spacing w:after="0" w:line="259" w:lineRule="auto"/>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10</w:t>
            </w:r>
          </w:p>
        </w:tc>
        <w:tc>
          <w:tcPr>
            <w:tcW w:w="5538" w:type="dxa"/>
            <w:vAlign w:val="center"/>
          </w:tcPr>
          <w:p w14:paraId="6460280D" w14:textId="360F46B8"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Măsuri, indicatori, dovezi, DNSH și imunizare climatică</w:t>
            </w:r>
            <w:r w:rsidR="00E820F0" w:rsidRPr="005E5CC4">
              <w:rPr>
                <w:rFonts w:ascii="Times New Roman" w:eastAsia="Calibri" w:hAnsi="Times New Roman" w:cs="Times New Roman"/>
                <w:color w:val="000000" w:themeColor="text1"/>
                <w:sz w:val="24"/>
                <w:szCs w:val="24"/>
                <w:lang w:val="ro-RO"/>
              </w:rPr>
              <w:t xml:space="preserve"> – Secțiunea 8</w:t>
            </w:r>
          </w:p>
        </w:tc>
      </w:tr>
      <w:tr w:rsidR="0025461E" w:rsidRPr="005E5CC4" w14:paraId="1538D85D" w14:textId="77777777">
        <w:trPr>
          <w:cantSplit/>
        </w:trPr>
        <w:tc>
          <w:tcPr>
            <w:tcW w:w="700" w:type="dxa"/>
            <w:vAlign w:val="center"/>
          </w:tcPr>
          <w:p w14:paraId="476A4321" w14:textId="77777777" w:rsidR="0025461E" w:rsidRPr="005E5CC4" w:rsidRDefault="0025461E">
            <w:pPr>
              <w:spacing w:after="0" w:line="259" w:lineRule="auto"/>
              <w:jc w:val="center"/>
              <w:rPr>
                <w:rFonts w:ascii="Times New Roman" w:hAnsi="Times New Roman" w:cs="Times New Roman"/>
                <w:color w:val="000000" w:themeColor="text1"/>
                <w:sz w:val="24"/>
                <w:szCs w:val="24"/>
                <w:lang w:val="ro-RO"/>
              </w:rPr>
            </w:pPr>
          </w:p>
        </w:tc>
        <w:tc>
          <w:tcPr>
            <w:tcW w:w="2600" w:type="dxa"/>
            <w:vAlign w:val="center"/>
          </w:tcPr>
          <w:p w14:paraId="529E2E24"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TOTAL</w:t>
            </w:r>
          </w:p>
        </w:tc>
        <w:tc>
          <w:tcPr>
            <w:tcW w:w="800" w:type="dxa"/>
            <w:vAlign w:val="center"/>
          </w:tcPr>
          <w:p w14:paraId="195CFD29" w14:textId="77777777" w:rsidR="0025461E" w:rsidRPr="005E5CC4" w:rsidRDefault="00A1697B">
            <w:pPr>
              <w:spacing w:after="0" w:line="259" w:lineRule="auto"/>
              <w:jc w:val="center"/>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100</w:t>
            </w:r>
          </w:p>
        </w:tc>
        <w:tc>
          <w:tcPr>
            <w:tcW w:w="5538" w:type="dxa"/>
            <w:vAlign w:val="center"/>
          </w:tcPr>
          <w:p w14:paraId="1F68DED2"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color w:val="000000" w:themeColor="text1"/>
                <w:sz w:val="24"/>
                <w:szCs w:val="24"/>
                <w:lang w:val="ro-RO"/>
              </w:rPr>
              <w:t>Propunerea trebuie să fie completă, coerentă și probată</w:t>
            </w:r>
          </w:p>
        </w:tc>
      </w:tr>
    </w:tbl>
    <w:p w14:paraId="62C4D1FA" w14:textId="0FD3B75D" w:rsidR="0025461E" w:rsidRPr="005E5CC4" w:rsidRDefault="00A1697B" w:rsidP="004D4D67">
      <w:pPr>
        <w:pStyle w:val="Heading1"/>
        <w:numPr>
          <w:ilvl w:val="0"/>
          <w:numId w:val="2"/>
        </w:numPr>
        <w:rPr>
          <w:rFonts w:ascii="Times New Roman" w:hAnsi="Times New Roman" w:cs="Times New Roman"/>
          <w:color w:val="000000" w:themeColor="text1"/>
          <w:sz w:val="24"/>
          <w:szCs w:val="24"/>
          <w:lang w:val="ro-RO"/>
        </w:rPr>
      </w:pPr>
      <w:r w:rsidRPr="005E5CC4">
        <w:rPr>
          <w:rFonts w:ascii="Times New Roman" w:hAnsi="Times New Roman" w:cs="Times New Roman"/>
          <w:color w:val="000000" w:themeColor="text1"/>
          <w:sz w:val="24"/>
          <w:szCs w:val="24"/>
          <w:lang w:val="ro-RO"/>
        </w:rPr>
        <w:t xml:space="preserve">Datele candidatului și </w:t>
      </w:r>
      <w:r w:rsidR="004D4D67" w:rsidRPr="005E5CC4">
        <w:rPr>
          <w:rFonts w:ascii="Times New Roman" w:hAnsi="Times New Roman" w:cs="Times New Roman"/>
          <w:color w:val="000000" w:themeColor="text1"/>
          <w:sz w:val="24"/>
          <w:szCs w:val="24"/>
          <w:lang w:val="ro-RO"/>
        </w:rPr>
        <w:t>verificări preliminare</w:t>
      </w:r>
    </w:p>
    <w:p w14:paraId="33B84FCB" w14:textId="3241520F" w:rsidR="0025461E" w:rsidRPr="005E5CC4" w:rsidRDefault="00A1697B" w:rsidP="004D4D67">
      <w:pPr>
        <w:pStyle w:val="Heading2"/>
        <w:numPr>
          <w:ilvl w:val="1"/>
          <w:numId w:val="2"/>
        </w:numPr>
        <w:rPr>
          <w:rFonts w:ascii="Times New Roman" w:hAnsi="Times New Roman" w:cs="Times New Roman"/>
          <w:color w:val="000000" w:themeColor="text1"/>
          <w:sz w:val="24"/>
          <w:szCs w:val="24"/>
          <w:lang w:val="ro-RO"/>
        </w:rPr>
      </w:pPr>
      <w:r w:rsidRPr="005E5CC4">
        <w:rPr>
          <w:rFonts w:ascii="Times New Roman" w:hAnsi="Times New Roman" w:cs="Times New Roman"/>
          <w:color w:val="000000" w:themeColor="text1"/>
          <w:sz w:val="24"/>
          <w:szCs w:val="24"/>
          <w:lang w:val="ro-RO"/>
        </w:rPr>
        <w:t>Identificarea întreprinderii</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0"/>
        <w:gridCol w:w="7138"/>
      </w:tblGrid>
      <w:tr w:rsidR="0025461E" w:rsidRPr="005E5CC4" w14:paraId="256148F9" w14:textId="77777777" w:rsidTr="004071C9">
        <w:trPr>
          <w:cantSplit/>
        </w:trPr>
        <w:tc>
          <w:tcPr>
            <w:tcW w:w="2500" w:type="dxa"/>
            <w:shd w:val="clear" w:color="auto" w:fill="F2F4F7"/>
            <w:tcMar>
              <w:top w:w="90" w:type="dxa"/>
              <w:left w:w="120" w:type="dxa"/>
              <w:bottom w:w="90" w:type="dxa"/>
              <w:right w:w="120" w:type="dxa"/>
            </w:tcMar>
            <w:vAlign w:val="center"/>
          </w:tcPr>
          <w:p w14:paraId="40D9EEC5"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Denumirea întreprinderii</w:t>
            </w:r>
          </w:p>
        </w:tc>
        <w:tc>
          <w:tcPr>
            <w:tcW w:w="7138" w:type="dxa"/>
            <w:tcMar>
              <w:top w:w="90" w:type="dxa"/>
              <w:left w:w="120" w:type="dxa"/>
              <w:bottom w:w="90" w:type="dxa"/>
              <w:right w:w="120" w:type="dxa"/>
            </w:tcMar>
            <w:vAlign w:val="center"/>
          </w:tcPr>
          <w:p w14:paraId="03A9D51C" w14:textId="0417E7AE" w:rsidR="0025461E" w:rsidRPr="005E5CC4" w:rsidRDefault="00077810">
            <w:pPr>
              <w:spacing w:after="0" w:line="259" w:lineRule="auto"/>
              <w:jc w:val="left"/>
              <w:rPr>
                <w:rFonts w:ascii="Times New Roman" w:hAnsi="Times New Roman" w:cs="Times New Roman"/>
                <w:color w:val="000000" w:themeColor="text1"/>
                <w:sz w:val="24"/>
                <w:szCs w:val="24"/>
                <w:lang w:val="ro-RO"/>
              </w:rPr>
            </w:pPr>
            <w:r w:rsidRPr="005E5CC4">
              <w:rPr>
                <w:rFonts w:ascii="Times New Roman" w:hAnsi="Times New Roman" w:cs="Times New Roman"/>
                <w:color w:val="000000" w:themeColor="text1"/>
                <w:sz w:val="24"/>
                <w:szCs w:val="24"/>
                <w:highlight w:val="yellow"/>
                <w:lang w:val="ro-RO"/>
              </w:rPr>
              <w:t>[Completați: denumirea conform ONRC]</w:t>
            </w:r>
          </w:p>
        </w:tc>
      </w:tr>
      <w:tr w:rsidR="0025461E" w:rsidRPr="005E5CC4" w14:paraId="79550320" w14:textId="77777777" w:rsidTr="004071C9">
        <w:trPr>
          <w:cantSplit/>
        </w:trPr>
        <w:tc>
          <w:tcPr>
            <w:tcW w:w="2500" w:type="dxa"/>
            <w:shd w:val="clear" w:color="auto" w:fill="F2F4F7"/>
            <w:tcMar>
              <w:top w:w="90" w:type="dxa"/>
              <w:left w:w="120" w:type="dxa"/>
              <w:bottom w:w="90" w:type="dxa"/>
              <w:right w:w="120" w:type="dxa"/>
            </w:tcMar>
            <w:vAlign w:val="center"/>
          </w:tcPr>
          <w:p w14:paraId="20393BF8"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Forma juridică</w:t>
            </w:r>
          </w:p>
        </w:tc>
        <w:tc>
          <w:tcPr>
            <w:tcW w:w="7138" w:type="dxa"/>
            <w:tcMar>
              <w:top w:w="90" w:type="dxa"/>
              <w:left w:w="120" w:type="dxa"/>
              <w:bottom w:w="90" w:type="dxa"/>
              <w:right w:w="120" w:type="dxa"/>
            </w:tcMar>
            <w:vAlign w:val="center"/>
          </w:tcPr>
          <w:p w14:paraId="4EBE65D2" w14:textId="6FCCB61C" w:rsidR="0025461E" w:rsidRPr="005E5CC4" w:rsidRDefault="00C5519A">
            <w:pPr>
              <w:spacing w:after="0" w:line="259" w:lineRule="auto"/>
              <w:jc w:val="left"/>
              <w:rPr>
                <w:rFonts w:ascii="Times New Roman" w:hAnsi="Times New Roman" w:cs="Times New Roman"/>
                <w:color w:val="000000" w:themeColor="text1"/>
                <w:sz w:val="24"/>
                <w:szCs w:val="24"/>
                <w:highlight w:val="yellow"/>
                <w:lang w:val="ro-RO"/>
              </w:rPr>
            </w:pPr>
            <w:r w:rsidRPr="005E5CC4">
              <w:rPr>
                <w:rFonts w:ascii="Times New Roman" w:hAnsi="Times New Roman" w:cs="Times New Roman"/>
                <w:color w:val="000000" w:themeColor="text1"/>
                <w:sz w:val="24"/>
                <w:szCs w:val="24"/>
                <w:highlight w:val="yellow"/>
                <w:lang w:val="ro-RO"/>
              </w:rPr>
              <w:t>[Completați: SRL/SA etc.]</w:t>
            </w:r>
          </w:p>
        </w:tc>
      </w:tr>
      <w:tr w:rsidR="0025461E" w:rsidRPr="005E5CC4" w14:paraId="3F80D2FD" w14:textId="77777777" w:rsidTr="004071C9">
        <w:trPr>
          <w:cantSplit/>
        </w:trPr>
        <w:tc>
          <w:tcPr>
            <w:tcW w:w="2500" w:type="dxa"/>
            <w:shd w:val="clear" w:color="auto" w:fill="F2F4F7"/>
            <w:tcMar>
              <w:top w:w="90" w:type="dxa"/>
              <w:left w:w="120" w:type="dxa"/>
              <w:bottom w:w="90" w:type="dxa"/>
              <w:right w:w="120" w:type="dxa"/>
            </w:tcMar>
            <w:vAlign w:val="center"/>
          </w:tcPr>
          <w:p w14:paraId="4D65DAA9"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CUI / nr. ONRC</w:t>
            </w:r>
          </w:p>
        </w:tc>
        <w:tc>
          <w:tcPr>
            <w:tcW w:w="7138" w:type="dxa"/>
            <w:tcMar>
              <w:top w:w="90" w:type="dxa"/>
              <w:left w:w="120" w:type="dxa"/>
              <w:bottom w:w="90" w:type="dxa"/>
              <w:right w:w="120" w:type="dxa"/>
            </w:tcMar>
            <w:vAlign w:val="center"/>
          </w:tcPr>
          <w:p w14:paraId="57825EEF" w14:textId="34891C6E" w:rsidR="0025461E" w:rsidRPr="005E5CC4" w:rsidRDefault="00AD537B">
            <w:pPr>
              <w:spacing w:after="0" w:line="259" w:lineRule="auto"/>
              <w:jc w:val="left"/>
              <w:rPr>
                <w:rFonts w:ascii="Times New Roman" w:hAnsi="Times New Roman" w:cs="Times New Roman"/>
                <w:color w:val="000000" w:themeColor="text1"/>
                <w:sz w:val="24"/>
                <w:szCs w:val="24"/>
                <w:lang w:val="ro-RO"/>
              </w:rPr>
            </w:pPr>
            <w:r w:rsidRPr="005E5CC4">
              <w:rPr>
                <w:rFonts w:ascii="Times New Roman" w:hAnsi="Times New Roman" w:cs="Times New Roman"/>
                <w:color w:val="000000" w:themeColor="text1"/>
                <w:sz w:val="24"/>
                <w:szCs w:val="24"/>
                <w:highlight w:val="yellow"/>
                <w:lang w:val="ro-RO"/>
              </w:rPr>
              <w:t>[Completați: codul fiscal și numărul de ordine]</w:t>
            </w:r>
          </w:p>
        </w:tc>
      </w:tr>
      <w:tr w:rsidR="0025461E" w:rsidRPr="005E5CC4" w14:paraId="1111D536" w14:textId="77777777" w:rsidTr="004071C9">
        <w:trPr>
          <w:cantSplit/>
        </w:trPr>
        <w:tc>
          <w:tcPr>
            <w:tcW w:w="2500" w:type="dxa"/>
            <w:shd w:val="clear" w:color="auto" w:fill="F2F4F7"/>
            <w:tcMar>
              <w:top w:w="90" w:type="dxa"/>
              <w:left w:w="120" w:type="dxa"/>
              <w:bottom w:w="90" w:type="dxa"/>
              <w:right w:w="120" w:type="dxa"/>
            </w:tcMar>
            <w:vAlign w:val="center"/>
          </w:tcPr>
          <w:p w14:paraId="4C2AF76C"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Sediul social</w:t>
            </w:r>
          </w:p>
        </w:tc>
        <w:tc>
          <w:tcPr>
            <w:tcW w:w="7138" w:type="dxa"/>
            <w:tcMar>
              <w:top w:w="90" w:type="dxa"/>
              <w:left w:w="120" w:type="dxa"/>
              <w:bottom w:w="90" w:type="dxa"/>
              <w:right w:w="120" w:type="dxa"/>
            </w:tcMar>
            <w:vAlign w:val="center"/>
          </w:tcPr>
          <w:p w14:paraId="2762B6F6" w14:textId="256BCE6A" w:rsidR="0025461E" w:rsidRPr="005E5CC4" w:rsidRDefault="005221E6">
            <w:pPr>
              <w:spacing w:after="0" w:line="259" w:lineRule="auto"/>
              <w:jc w:val="left"/>
              <w:rPr>
                <w:rFonts w:ascii="Times New Roman" w:hAnsi="Times New Roman" w:cs="Times New Roman"/>
                <w:color w:val="000000" w:themeColor="text1"/>
                <w:sz w:val="24"/>
                <w:szCs w:val="24"/>
                <w:lang w:val="ro-RO"/>
              </w:rPr>
            </w:pPr>
            <w:r w:rsidRPr="005E5CC4">
              <w:rPr>
                <w:rFonts w:ascii="Times New Roman" w:hAnsi="Times New Roman" w:cs="Times New Roman"/>
                <w:color w:val="000000" w:themeColor="text1"/>
                <w:sz w:val="24"/>
                <w:szCs w:val="24"/>
                <w:highlight w:val="yellow"/>
                <w:lang w:val="ro-RO"/>
              </w:rPr>
              <w:t>[Completați: adresa completă]</w:t>
            </w:r>
          </w:p>
        </w:tc>
      </w:tr>
      <w:tr w:rsidR="00057B16" w:rsidRPr="005E5CC4" w14:paraId="2C85BC83" w14:textId="77777777" w:rsidTr="004071C9">
        <w:trPr>
          <w:cantSplit/>
        </w:trPr>
        <w:tc>
          <w:tcPr>
            <w:tcW w:w="2500" w:type="dxa"/>
            <w:shd w:val="clear" w:color="auto" w:fill="F2F4F7"/>
            <w:tcMar>
              <w:top w:w="90" w:type="dxa"/>
              <w:left w:w="120" w:type="dxa"/>
              <w:bottom w:w="90" w:type="dxa"/>
              <w:right w:w="120" w:type="dxa"/>
            </w:tcMar>
            <w:vAlign w:val="center"/>
          </w:tcPr>
          <w:p w14:paraId="3D468D99" w14:textId="72DBAD78" w:rsidR="00057B16" w:rsidRPr="005E5CC4" w:rsidRDefault="00057B16">
            <w:pPr>
              <w:spacing w:after="0" w:line="259" w:lineRule="auto"/>
              <w:jc w:val="left"/>
              <w:rPr>
                <w:rFonts w:ascii="Times New Roman" w:eastAsia="Calibri" w:hAnsi="Times New Roman" w:cs="Times New Roman"/>
                <w:b/>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Website</w:t>
            </w:r>
          </w:p>
        </w:tc>
        <w:tc>
          <w:tcPr>
            <w:tcW w:w="7138" w:type="dxa"/>
            <w:tcMar>
              <w:top w:w="90" w:type="dxa"/>
              <w:left w:w="120" w:type="dxa"/>
              <w:bottom w:w="90" w:type="dxa"/>
              <w:right w:w="120" w:type="dxa"/>
            </w:tcMar>
            <w:vAlign w:val="center"/>
          </w:tcPr>
          <w:p w14:paraId="56B302F8" w14:textId="15F3DF0A" w:rsidR="00057B16" w:rsidRPr="005E5CC4" w:rsidRDefault="00D604D7">
            <w:pPr>
              <w:spacing w:after="0" w:line="259" w:lineRule="auto"/>
              <w:jc w:val="left"/>
              <w:rPr>
                <w:rFonts w:ascii="Times New Roman" w:hAnsi="Times New Roman" w:cs="Times New Roman"/>
                <w:color w:val="000000" w:themeColor="text1"/>
                <w:sz w:val="24"/>
                <w:szCs w:val="24"/>
                <w:highlight w:val="yellow"/>
                <w:lang w:val="ro-RO"/>
              </w:rPr>
            </w:pPr>
            <w:r w:rsidRPr="005E5CC4">
              <w:rPr>
                <w:rFonts w:ascii="Times New Roman" w:hAnsi="Times New Roman" w:cs="Times New Roman"/>
                <w:color w:val="000000" w:themeColor="text1"/>
                <w:sz w:val="24"/>
                <w:szCs w:val="24"/>
                <w:highlight w:val="yellow"/>
                <w:lang w:val="ro-RO"/>
              </w:rPr>
              <w:t>[Completați: adresa web, dacă există]</w:t>
            </w:r>
          </w:p>
        </w:tc>
      </w:tr>
      <w:tr w:rsidR="00D9446A" w:rsidRPr="005E5CC4" w14:paraId="27FFB197" w14:textId="77777777" w:rsidTr="004071C9">
        <w:trPr>
          <w:cantSplit/>
        </w:trPr>
        <w:tc>
          <w:tcPr>
            <w:tcW w:w="2500" w:type="dxa"/>
            <w:shd w:val="clear" w:color="auto" w:fill="F2F4F7"/>
            <w:tcMar>
              <w:top w:w="90" w:type="dxa"/>
              <w:left w:w="120" w:type="dxa"/>
              <w:bottom w:w="90" w:type="dxa"/>
              <w:right w:w="120" w:type="dxa"/>
            </w:tcMar>
            <w:vAlign w:val="center"/>
          </w:tcPr>
          <w:p w14:paraId="6D44CAF5" w14:textId="5A7C1CA9" w:rsidR="00D9446A" w:rsidRPr="005E5CC4" w:rsidRDefault="00D9446A">
            <w:pPr>
              <w:spacing w:after="0" w:line="259" w:lineRule="auto"/>
              <w:jc w:val="left"/>
              <w:rPr>
                <w:rFonts w:ascii="Times New Roman" w:eastAsia="Calibri" w:hAnsi="Times New Roman" w:cs="Times New Roman"/>
                <w:b/>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Reprezentant legal</w:t>
            </w:r>
          </w:p>
        </w:tc>
        <w:tc>
          <w:tcPr>
            <w:tcW w:w="7138" w:type="dxa"/>
            <w:tcMar>
              <w:top w:w="90" w:type="dxa"/>
              <w:left w:w="120" w:type="dxa"/>
              <w:bottom w:w="90" w:type="dxa"/>
              <w:right w:w="120" w:type="dxa"/>
            </w:tcMar>
            <w:vAlign w:val="center"/>
          </w:tcPr>
          <w:p w14:paraId="032B1CE2" w14:textId="4F3ED789" w:rsidR="00D9446A" w:rsidRPr="005E5CC4" w:rsidRDefault="00C50057">
            <w:pPr>
              <w:spacing w:after="0" w:line="259" w:lineRule="auto"/>
              <w:jc w:val="left"/>
              <w:rPr>
                <w:rFonts w:ascii="Times New Roman" w:hAnsi="Times New Roman" w:cs="Times New Roman"/>
                <w:color w:val="000000" w:themeColor="text1"/>
                <w:sz w:val="24"/>
                <w:szCs w:val="24"/>
                <w:highlight w:val="yellow"/>
                <w:lang w:val="ro-RO"/>
              </w:rPr>
            </w:pPr>
            <w:r w:rsidRPr="005E5CC4">
              <w:rPr>
                <w:rFonts w:ascii="Times New Roman" w:hAnsi="Times New Roman" w:cs="Times New Roman"/>
                <w:color w:val="000000" w:themeColor="text1"/>
                <w:sz w:val="24"/>
                <w:szCs w:val="24"/>
                <w:highlight w:val="yellow"/>
                <w:lang w:val="ro-RO"/>
              </w:rPr>
              <w:t>[Completați: nume, prenume, funcție]</w:t>
            </w:r>
          </w:p>
        </w:tc>
      </w:tr>
      <w:tr w:rsidR="00C50057" w:rsidRPr="005E5CC4" w14:paraId="71E21C50" w14:textId="77777777" w:rsidTr="004071C9">
        <w:trPr>
          <w:cantSplit/>
        </w:trPr>
        <w:tc>
          <w:tcPr>
            <w:tcW w:w="2500" w:type="dxa"/>
            <w:shd w:val="clear" w:color="auto" w:fill="F2F4F7"/>
            <w:tcMar>
              <w:top w:w="90" w:type="dxa"/>
              <w:left w:w="120" w:type="dxa"/>
              <w:bottom w:w="90" w:type="dxa"/>
              <w:right w:w="120" w:type="dxa"/>
            </w:tcMar>
            <w:vAlign w:val="center"/>
          </w:tcPr>
          <w:p w14:paraId="438285DF" w14:textId="4BE663AB" w:rsidR="00C50057" w:rsidRPr="005E5CC4" w:rsidRDefault="00C50057">
            <w:pPr>
              <w:spacing w:after="0" w:line="259" w:lineRule="auto"/>
              <w:jc w:val="left"/>
              <w:rPr>
                <w:rFonts w:ascii="Times New Roman" w:eastAsia="Calibri" w:hAnsi="Times New Roman" w:cs="Times New Roman"/>
                <w:b/>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Persoană de contact</w:t>
            </w:r>
          </w:p>
        </w:tc>
        <w:tc>
          <w:tcPr>
            <w:tcW w:w="7138" w:type="dxa"/>
            <w:tcMar>
              <w:top w:w="90" w:type="dxa"/>
              <w:left w:w="120" w:type="dxa"/>
              <w:bottom w:w="90" w:type="dxa"/>
              <w:right w:w="120" w:type="dxa"/>
            </w:tcMar>
            <w:vAlign w:val="center"/>
          </w:tcPr>
          <w:p w14:paraId="015696C1" w14:textId="37E39178" w:rsidR="00C50057" w:rsidRPr="005E5CC4" w:rsidRDefault="00772133">
            <w:pPr>
              <w:spacing w:after="0" w:line="259" w:lineRule="auto"/>
              <w:jc w:val="left"/>
              <w:rPr>
                <w:rFonts w:ascii="Times New Roman" w:hAnsi="Times New Roman" w:cs="Times New Roman"/>
                <w:color w:val="000000" w:themeColor="text1"/>
                <w:sz w:val="24"/>
                <w:szCs w:val="24"/>
                <w:highlight w:val="yellow"/>
                <w:lang w:val="ro-RO"/>
              </w:rPr>
            </w:pPr>
            <w:r w:rsidRPr="005E5CC4">
              <w:rPr>
                <w:rFonts w:ascii="Times New Roman" w:hAnsi="Times New Roman" w:cs="Times New Roman"/>
                <w:color w:val="000000" w:themeColor="text1"/>
                <w:sz w:val="24"/>
                <w:szCs w:val="24"/>
                <w:highlight w:val="yellow"/>
                <w:lang w:val="ro-RO"/>
              </w:rPr>
              <w:t>[Completați: nume, funcție, telefon, e-mail]</w:t>
            </w:r>
          </w:p>
        </w:tc>
      </w:tr>
      <w:tr w:rsidR="0025461E" w:rsidRPr="005E5CC4" w14:paraId="5B13B312" w14:textId="77777777" w:rsidTr="004071C9">
        <w:trPr>
          <w:cantSplit/>
        </w:trPr>
        <w:tc>
          <w:tcPr>
            <w:tcW w:w="2500" w:type="dxa"/>
            <w:shd w:val="clear" w:color="auto" w:fill="F2F4F7"/>
            <w:tcMar>
              <w:top w:w="90" w:type="dxa"/>
              <w:left w:w="120" w:type="dxa"/>
              <w:bottom w:w="90" w:type="dxa"/>
              <w:right w:w="120" w:type="dxa"/>
            </w:tcMar>
            <w:vAlign w:val="center"/>
          </w:tcPr>
          <w:p w14:paraId="75CE91D6"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Cod CAEN principal</w:t>
            </w:r>
          </w:p>
        </w:tc>
        <w:tc>
          <w:tcPr>
            <w:tcW w:w="7138" w:type="dxa"/>
            <w:tcMar>
              <w:top w:w="90" w:type="dxa"/>
              <w:left w:w="120" w:type="dxa"/>
              <w:bottom w:w="90" w:type="dxa"/>
              <w:right w:w="120" w:type="dxa"/>
            </w:tcMar>
            <w:vAlign w:val="center"/>
          </w:tcPr>
          <w:p w14:paraId="10BDC3F8" w14:textId="3CAE0017" w:rsidR="0025461E" w:rsidRPr="005E5CC4" w:rsidRDefault="009A1F80">
            <w:pPr>
              <w:spacing w:after="0" w:line="259" w:lineRule="auto"/>
              <w:jc w:val="left"/>
              <w:rPr>
                <w:rFonts w:ascii="Times New Roman" w:hAnsi="Times New Roman" w:cs="Times New Roman"/>
                <w:color w:val="000000" w:themeColor="text1"/>
                <w:sz w:val="24"/>
                <w:szCs w:val="24"/>
                <w:lang w:val="ro-RO"/>
              </w:rPr>
            </w:pPr>
            <w:r w:rsidRPr="005E5CC4">
              <w:rPr>
                <w:rFonts w:ascii="Times New Roman" w:hAnsi="Times New Roman" w:cs="Times New Roman"/>
                <w:color w:val="000000" w:themeColor="text1"/>
                <w:sz w:val="24"/>
                <w:szCs w:val="24"/>
                <w:highlight w:val="yellow"/>
                <w:lang w:val="ro-RO"/>
              </w:rPr>
              <w:t>[Completați: cod și denumire]</w:t>
            </w:r>
          </w:p>
        </w:tc>
      </w:tr>
      <w:tr w:rsidR="0025461E" w:rsidRPr="005E5CC4" w14:paraId="6D018E65" w14:textId="77777777" w:rsidTr="004071C9">
        <w:trPr>
          <w:cantSplit/>
        </w:trPr>
        <w:tc>
          <w:tcPr>
            <w:tcW w:w="2500" w:type="dxa"/>
            <w:shd w:val="clear" w:color="auto" w:fill="F2F4F7"/>
            <w:tcMar>
              <w:top w:w="90" w:type="dxa"/>
              <w:left w:w="120" w:type="dxa"/>
              <w:bottom w:w="90" w:type="dxa"/>
              <w:right w:w="120" w:type="dxa"/>
            </w:tcMar>
            <w:vAlign w:val="center"/>
          </w:tcPr>
          <w:p w14:paraId="1DC9994D"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Cod CAEN eligibil vizat</w:t>
            </w:r>
          </w:p>
        </w:tc>
        <w:tc>
          <w:tcPr>
            <w:tcW w:w="7138" w:type="dxa"/>
            <w:tcMar>
              <w:top w:w="90" w:type="dxa"/>
              <w:left w:w="120" w:type="dxa"/>
              <w:bottom w:w="90" w:type="dxa"/>
              <w:right w:w="120" w:type="dxa"/>
            </w:tcMar>
            <w:vAlign w:val="center"/>
          </w:tcPr>
          <w:p w14:paraId="5A0AD7B1" w14:textId="3CA9D027" w:rsidR="0025461E" w:rsidRPr="005E5CC4" w:rsidRDefault="002C2F8A">
            <w:pPr>
              <w:spacing w:after="0" w:line="259" w:lineRule="auto"/>
              <w:jc w:val="left"/>
              <w:rPr>
                <w:rFonts w:ascii="Times New Roman" w:hAnsi="Times New Roman" w:cs="Times New Roman"/>
                <w:color w:val="000000" w:themeColor="text1"/>
                <w:sz w:val="24"/>
                <w:szCs w:val="24"/>
                <w:lang w:val="ro-RO"/>
              </w:rPr>
            </w:pPr>
            <w:r w:rsidRPr="005E5CC4">
              <w:rPr>
                <w:rFonts w:ascii="Times New Roman" w:hAnsi="Times New Roman" w:cs="Times New Roman"/>
                <w:color w:val="000000" w:themeColor="text1"/>
                <w:sz w:val="24"/>
                <w:szCs w:val="24"/>
                <w:highlight w:val="yellow"/>
                <w:lang w:val="ro-RO"/>
              </w:rPr>
              <w:t>[Completați: cod, denumire și stadiul autorizării la locația de implementare]</w:t>
            </w:r>
          </w:p>
        </w:tc>
      </w:tr>
      <w:tr w:rsidR="0025461E" w:rsidRPr="005E5CC4" w14:paraId="1DB4275D" w14:textId="77777777" w:rsidTr="004071C9">
        <w:trPr>
          <w:cantSplit/>
        </w:trPr>
        <w:tc>
          <w:tcPr>
            <w:tcW w:w="2500" w:type="dxa"/>
            <w:shd w:val="clear" w:color="auto" w:fill="F2F4F7"/>
            <w:tcMar>
              <w:top w:w="90" w:type="dxa"/>
              <w:left w:w="120" w:type="dxa"/>
              <w:bottom w:w="90" w:type="dxa"/>
              <w:right w:w="120" w:type="dxa"/>
            </w:tcMar>
            <w:vAlign w:val="center"/>
          </w:tcPr>
          <w:p w14:paraId="6FC0A483" w14:textId="44DF1C42" w:rsidR="0025461E" w:rsidRPr="005E5CC4" w:rsidRDefault="002C2F8A">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Domeniu dominant</w:t>
            </w:r>
            <w:r w:rsidR="00544AEF" w:rsidRPr="005E5CC4">
              <w:rPr>
                <w:rFonts w:ascii="Times New Roman" w:eastAsia="Calibri" w:hAnsi="Times New Roman" w:cs="Times New Roman"/>
                <w:b/>
                <w:color w:val="000000" w:themeColor="text1"/>
                <w:sz w:val="24"/>
                <w:szCs w:val="24"/>
                <w:lang w:val="ro-RO"/>
              </w:rPr>
              <w:t xml:space="preserve"> SNCISI/RIS3</w:t>
            </w:r>
          </w:p>
        </w:tc>
        <w:tc>
          <w:tcPr>
            <w:tcW w:w="7138" w:type="dxa"/>
            <w:tcMar>
              <w:top w:w="90" w:type="dxa"/>
              <w:left w:w="120" w:type="dxa"/>
              <w:bottom w:w="90" w:type="dxa"/>
              <w:right w:w="120" w:type="dxa"/>
            </w:tcMar>
            <w:vAlign w:val="center"/>
          </w:tcPr>
          <w:p w14:paraId="4C741E1D" w14:textId="3A79A837" w:rsidR="0025461E" w:rsidRPr="005E5CC4" w:rsidRDefault="00C636D1">
            <w:pPr>
              <w:spacing w:after="0" w:line="259" w:lineRule="auto"/>
              <w:jc w:val="left"/>
              <w:rPr>
                <w:rFonts w:ascii="Times New Roman" w:hAnsi="Times New Roman" w:cs="Times New Roman"/>
                <w:color w:val="000000" w:themeColor="text1"/>
                <w:sz w:val="24"/>
                <w:szCs w:val="24"/>
                <w:lang w:val="ro-RO"/>
              </w:rPr>
            </w:pPr>
            <w:r w:rsidRPr="00C636D1">
              <w:rPr>
                <w:rFonts w:ascii="Times New Roman" w:hAnsi="Times New Roman" w:cs="Times New Roman"/>
                <w:color w:val="000000" w:themeColor="text1"/>
                <w:sz w:val="24"/>
                <w:szCs w:val="24"/>
                <w:lang w:val="ro-RO"/>
              </w:rPr>
              <w:t>3. Energie și mobilitate</w:t>
            </w:r>
          </w:p>
        </w:tc>
      </w:tr>
      <w:tr w:rsidR="0025461E" w:rsidRPr="005E5CC4" w14:paraId="487B5E07" w14:textId="77777777" w:rsidTr="004071C9">
        <w:trPr>
          <w:cantSplit/>
        </w:trPr>
        <w:tc>
          <w:tcPr>
            <w:tcW w:w="2500" w:type="dxa"/>
            <w:shd w:val="clear" w:color="auto" w:fill="F2F4F7"/>
            <w:tcMar>
              <w:top w:w="90" w:type="dxa"/>
              <w:left w:w="120" w:type="dxa"/>
              <w:bottom w:w="90" w:type="dxa"/>
              <w:right w:w="120" w:type="dxa"/>
            </w:tcMar>
            <w:vAlign w:val="center"/>
          </w:tcPr>
          <w:p w14:paraId="2356D2AF" w14:textId="415CAC13" w:rsidR="0025461E" w:rsidRPr="005E5CC4" w:rsidRDefault="0003605C">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Subdomeniu dominant SNCISI/RIS3</w:t>
            </w:r>
          </w:p>
        </w:tc>
        <w:tc>
          <w:tcPr>
            <w:tcW w:w="7138" w:type="dxa"/>
            <w:tcMar>
              <w:top w:w="90" w:type="dxa"/>
              <w:left w:w="120" w:type="dxa"/>
              <w:bottom w:w="90" w:type="dxa"/>
              <w:right w:w="120" w:type="dxa"/>
            </w:tcMar>
            <w:vAlign w:val="center"/>
          </w:tcPr>
          <w:p w14:paraId="54DD4A61" w14:textId="208A8F79" w:rsidR="0025461E" w:rsidRPr="005E5CC4" w:rsidRDefault="00503700">
            <w:pPr>
              <w:spacing w:after="0" w:line="259" w:lineRule="auto"/>
              <w:jc w:val="left"/>
              <w:rPr>
                <w:rFonts w:ascii="Times New Roman" w:hAnsi="Times New Roman" w:cs="Times New Roman"/>
                <w:color w:val="000000" w:themeColor="text1"/>
                <w:sz w:val="24"/>
                <w:szCs w:val="24"/>
                <w:lang w:val="ro-RO"/>
              </w:rPr>
            </w:pPr>
            <w:r w:rsidRPr="00503700">
              <w:rPr>
                <w:rFonts w:ascii="Times New Roman" w:hAnsi="Times New Roman" w:cs="Times New Roman"/>
                <w:color w:val="000000" w:themeColor="text1"/>
                <w:sz w:val="24"/>
                <w:szCs w:val="24"/>
                <w:lang w:val="ro-RO"/>
              </w:rPr>
              <w:t>3.1 Mobilitate verde</w:t>
            </w:r>
          </w:p>
        </w:tc>
      </w:tr>
    </w:tbl>
    <w:p w14:paraId="32D2A05E" w14:textId="7BFE15E0" w:rsidR="0025461E" w:rsidRPr="005E5CC4" w:rsidRDefault="00A1697B" w:rsidP="00DB09CB">
      <w:pPr>
        <w:pStyle w:val="Heading2"/>
        <w:numPr>
          <w:ilvl w:val="1"/>
          <w:numId w:val="2"/>
        </w:numPr>
        <w:rPr>
          <w:rFonts w:ascii="Times New Roman" w:hAnsi="Times New Roman" w:cs="Times New Roman"/>
          <w:color w:val="000000" w:themeColor="text1"/>
          <w:sz w:val="24"/>
          <w:szCs w:val="24"/>
          <w:lang w:val="ro-RO"/>
        </w:rPr>
      </w:pPr>
      <w:r w:rsidRPr="005E5CC4">
        <w:rPr>
          <w:rFonts w:ascii="Times New Roman" w:hAnsi="Times New Roman" w:cs="Times New Roman"/>
          <w:color w:val="000000" w:themeColor="text1"/>
          <w:sz w:val="24"/>
          <w:szCs w:val="24"/>
          <w:lang w:val="ro-RO"/>
        </w:rPr>
        <w:t xml:space="preserve">Încadrarea ca IMM și </w:t>
      </w:r>
      <w:r w:rsidR="00DB09CB" w:rsidRPr="005E5CC4">
        <w:rPr>
          <w:rFonts w:ascii="Times New Roman" w:hAnsi="Times New Roman" w:cs="Times New Roman"/>
          <w:color w:val="000000" w:themeColor="text1"/>
          <w:sz w:val="24"/>
          <w:szCs w:val="24"/>
          <w:lang w:val="ro-RO"/>
        </w:rPr>
        <w:t>date financiare</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0"/>
        <w:gridCol w:w="7138"/>
      </w:tblGrid>
      <w:tr w:rsidR="0025461E" w:rsidRPr="005E5CC4" w14:paraId="26A500AE" w14:textId="77777777" w:rsidTr="004071C9">
        <w:trPr>
          <w:cantSplit/>
        </w:trPr>
        <w:tc>
          <w:tcPr>
            <w:tcW w:w="2500" w:type="dxa"/>
            <w:shd w:val="clear" w:color="auto" w:fill="F2F4F7"/>
            <w:tcMar>
              <w:top w:w="90" w:type="dxa"/>
              <w:left w:w="120" w:type="dxa"/>
              <w:bottom w:w="90" w:type="dxa"/>
              <w:right w:w="120" w:type="dxa"/>
            </w:tcMar>
            <w:vAlign w:val="center"/>
          </w:tcPr>
          <w:p w14:paraId="555EFAA2"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Categoria declarată</w:t>
            </w:r>
          </w:p>
        </w:tc>
        <w:tc>
          <w:tcPr>
            <w:tcW w:w="7138" w:type="dxa"/>
            <w:tcMar>
              <w:top w:w="90" w:type="dxa"/>
              <w:left w:w="120" w:type="dxa"/>
              <w:bottom w:w="90" w:type="dxa"/>
              <w:right w:w="120" w:type="dxa"/>
            </w:tcMar>
            <w:vAlign w:val="center"/>
          </w:tcPr>
          <w:p w14:paraId="37C1F371"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Segoe UI Symbol" w:eastAsia="Calibri" w:hAnsi="Segoe UI Symbol" w:cs="Segoe UI Symbol"/>
                <w:color w:val="000000" w:themeColor="text1"/>
                <w:sz w:val="24"/>
                <w:szCs w:val="24"/>
                <w:lang w:val="ro-RO"/>
              </w:rPr>
              <w:t>☐</w:t>
            </w:r>
            <w:r w:rsidRPr="005E5CC4">
              <w:rPr>
                <w:rFonts w:ascii="Times New Roman" w:eastAsia="Calibri" w:hAnsi="Times New Roman" w:cs="Times New Roman"/>
                <w:color w:val="000000" w:themeColor="text1"/>
                <w:sz w:val="24"/>
                <w:szCs w:val="24"/>
                <w:lang w:val="ro-RO"/>
              </w:rPr>
              <w:t xml:space="preserve"> Microîntreprindere   </w:t>
            </w:r>
            <w:r w:rsidRPr="005E5CC4">
              <w:rPr>
                <w:rFonts w:ascii="Segoe UI Symbol" w:eastAsia="Calibri" w:hAnsi="Segoe UI Symbol" w:cs="Segoe UI Symbol"/>
                <w:color w:val="000000" w:themeColor="text1"/>
                <w:sz w:val="24"/>
                <w:szCs w:val="24"/>
                <w:lang w:val="ro-RO"/>
              </w:rPr>
              <w:t>☐</w:t>
            </w:r>
            <w:r w:rsidRPr="005E5CC4">
              <w:rPr>
                <w:rFonts w:ascii="Times New Roman" w:eastAsia="Calibri" w:hAnsi="Times New Roman" w:cs="Times New Roman"/>
                <w:color w:val="000000" w:themeColor="text1"/>
                <w:sz w:val="24"/>
                <w:szCs w:val="24"/>
                <w:lang w:val="ro-RO"/>
              </w:rPr>
              <w:t xml:space="preserve"> Întreprindere mică   </w:t>
            </w:r>
            <w:r w:rsidRPr="005E5CC4">
              <w:rPr>
                <w:rFonts w:ascii="Segoe UI Symbol" w:eastAsia="Calibri" w:hAnsi="Segoe UI Symbol" w:cs="Segoe UI Symbol"/>
                <w:color w:val="000000" w:themeColor="text1"/>
                <w:sz w:val="24"/>
                <w:szCs w:val="24"/>
                <w:lang w:val="ro-RO"/>
              </w:rPr>
              <w:t>☐</w:t>
            </w:r>
            <w:r w:rsidRPr="005E5CC4">
              <w:rPr>
                <w:rFonts w:ascii="Times New Roman" w:eastAsia="Calibri" w:hAnsi="Times New Roman" w:cs="Times New Roman"/>
                <w:color w:val="000000" w:themeColor="text1"/>
                <w:sz w:val="24"/>
                <w:szCs w:val="24"/>
                <w:lang w:val="ro-RO"/>
              </w:rPr>
              <w:t xml:space="preserve"> Întreprindere mijlocie</w:t>
            </w:r>
          </w:p>
        </w:tc>
      </w:tr>
      <w:tr w:rsidR="0025461E" w:rsidRPr="005E5CC4" w14:paraId="373911E4" w14:textId="77777777" w:rsidTr="004071C9">
        <w:trPr>
          <w:cantSplit/>
        </w:trPr>
        <w:tc>
          <w:tcPr>
            <w:tcW w:w="2500" w:type="dxa"/>
            <w:shd w:val="clear" w:color="auto" w:fill="F2F4F7"/>
            <w:tcMar>
              <w:top w:w="90" w:type="dxa"/>
              <w:left w:w="120" w:type="dxa"/>
              <w:bottom w:w="90" w:type="dxa"/>
              <w:right w:w="120" w:type="dxa"/>
            </w:tcMar>
            <w:vAlign w:val="center"/>
          </w:tcPr>
          <w:p w14:paraId="2317E9C1"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Tipul întreprinderii</w:t>
            </w:r>
          </w:p>
        </w:tc>
        <w:tc>
          <w:tcPr>
            <w:tcW w:w="7138" w:type="dxa"/>
            <w:tcMar>
              <w:top w:w="90" w:type="dxa"/>
              <w:left w:w="120" w:type="dxa"/>
              <w:bottom w:w="90" w:type="dxa"/>
              <w:right w:w="120" w:type="dxa"/>
            </w:tcMar>
            <w:vAlign w:val="center"/>
          </w:tcPr>
          <w:p w14:paraId="676F6315"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Segoe UI Symbol" w:eastAsia="Calibri" w:hAnsi="Segoe UI Symbol" w:cs="Segoe UI Symbol"/>
                <w:color w:val="000000" w:themeColor="text1"/>
                <w:sz w:val="24"/>
                <w:szCs w:val="24"/>
                <w:lang w:val="ro-RO"/>
              </w:rPr>
              <w:t>☐</w:t>
            </w:r>
            <w:r w:rsidRPr="005E5CC4">
              <w:rPr>
                <w:rFonts w:ascii="Times New Roman" w:eastAsia="Calibri" w:hAnsi="Times New Roman" w:cs="Times New Roman"/>
                <w:color w:val="000000" w:themeColor="text1"/>
                <w:sz w:val="24"/>
                <w:szCs w:val="24"/>
                <w:lang w:val="ro-RO"/>
              </w:rPr>
              <w:t xml:space="preserve"> Autonomă   </w:t>
            </w:r>
            <w:r w:rsidRPr="005E5CC4">
              <w:rPr>
                <w:rFonts w:ascii="Segoe UI Symbol" w:eastAsia="Calibri" w:hAnsi="Segoe UI Symbol" w:cs="Segoe UI Symbol"/>
                <w:color w:val="000000" w:themeColor="text1"/>
                <w:sz w:val="24"/>
                <w:szCs w:val="24"/>
                <w:lang w:val="ro-RO"/>
              </w:rPr>
              <w:t>☐</w:t>
            </w:r>
            <w:r w:rsidRPr="005E5CC4">
              <w:rPr>
                <w:rFonts w:ascii="Times New Roman" w:eastAsia="Calibri" w:hAnsi="Times New Roman" w:cs="Times New Roman"/>
                <w:color w:val="000000" w:themeColor="text1"/>
                <w:sz w:val="24"/>
                <w:szCs w:val="24"/>
                <w:lang w:val="ro-RO"/>
              </w:rPr>
              <w:t xml:space="preserve"> Parteneră   </w:t>
            </w:r>
            <w:r w:rsidRPr="005E5CC4">
              <w:rPr>
                <w:rFonts w:ascii="Segoe UI Symbol" w:eastAsia="Calibri" w:hAnsi="Segoe UI Symbol" w:cs="Segoe UI Symbol"/>
                <w:color w:val="000000" w:themeColor="text1"/>
                <w:sz w:val="24"/>
                <w:szCs w:val="24"/>
                <w:lang w:val="ro-RO"/>
              </w:rPr>
              <w:t>☐</w:t>
            </w:r>
            <w:r w:rsidRPr="005E5CC4">
              <w:rPr>
                <w:rFonts w:ascii="Times New Roman" w:eastAsia="Calibri" w:hAnsi="Times New Roman" w:cs="Times New Roman"/>
                <w:color w:val="000000" w:themeColor="text1"/>
                <w:sz w:val="24"/>
                <w:szCs w:val="24"/>
                <w:lang w:val="ro-RO"/>
              </w:rPr>
              <w:t xml:space="preserve"> Legată</w:t>
            </w:r>
          </w:p>
        </w:tc>
      </w:tr>
      <w:tr w:rsidR="0025461E" w:rsidRPr="005E5CC4" w14:paraId="66DA7628" w14:textId="77777777" w:rsidTr="004071C9">
        <w:trPr>
          <w:cantSplit/>
        </w:trPr>
        <w:tc>
          <w:tcPr>
            <w:tcW w:w="2500" w:type="dxa"/>
            <w:shd w:val="clear" w:color="auto" w:fill="F2F4F7"/>
            <w:tcMar>
              <w:top w:w="90" w:type="dxa"/>
              <w:left w:w="120" w:type="dxa"/>
              <w:bottom w:w="90" w:type="dxa"/>
              <w:right w:w="120" w:type="dxa"/>
            </w:tcMar>
            <w:vAlign w:val="center"/>
          </w:tcPr>
          <w:p w14:paraId="23703BEF" w14:textId="77777777" w:rsidR="0025461E" w:rsidRPr="005E5CC4" w:rsidRDefault="00A1697B">
            <w:pPr>
              <w:spacing w:after="0" w:line="259" w:lineRule="auto"/>
              <w:jc w:val="left"/>
              <w:rPr>
                <w:rFonts w:ascii="Times New Roman" w:hAnsi="Times New Roman" w:cs="Times New Roman"/>
                <w:color w:val="000000" w:themeColor="text1"/>
                <w:sz w:val="24"/>
                <w:szCs w:val="24"/>
                <w:lang w:val="ro-RO"/>
              </w:rPr>
            </w:pPr>
            <w:r w:rsidRPr="005E5CC4">
              <w:rPr>
                <w:rFonts w:ascii="Times New Roman" w:eastAsia="Calibri" w:hAnsi="Times New Roman" w:cs="Times New Roman"/>
                <w:b/>
                <w:color w:val="000000" w:themeColor="text1"/>
                <w:sz w:val="24"/>
                <w:szCs w:val="24"/>
                <w:lang w:val="ro-RO"/>
              </w:rPr>
              <w:t>Întreprinderi partenere/legate</w:t>
            </w:r>
          </w:p>
        </w:tc>
        <w:tc>
          <w:tcPr>
            <w:tcW w:w="7138" w:type="dxa"/>
            <w:tcMar>
              <w:top w:w="90" w:type="dxa"/>
              <w:left w:w="120" w:type="dxa"/>
              <w:bottom w:w="90" w:type="dxa"/>
              <w:right w:w="120" w:type="dxa"/>
            </w:tcMar>
            <w:vAlign w:val="center"/>
          </w:tcPr>
          <w:p w14:paraId="23B80D14" w14:textId="7EE19891" w:rsidR="0025461E" w:rsidRPr="005E5CC4" w:rsidRDefault="00DD38D1">
            <w:pPr>
              <w:spacing w:after="0" w:line="259" w:lineRule="auto"/>
              <w:jc w:val="left"/>
              <w:rPr>
                <w:rFonts w:ascii="Times New Roman" w:hAnsi="Times New Roman" w:cs="Times New Roman"/>
                <w:color w:val="000000" w:themeColor="text1"/>
                <w:sz w:val="24"/>
                <w:szCs w:val="24"/>
                <w:lang w:val="ro-RO"/>
              </w:rPr>
            </w:pPr>
            <w:r w:rsidRPr="005E5CC4">
              <w:rPr>
                <w:rFonts w:ascii="Times New Roman" w:hAnsi="Times New Roman" w:cs="Times New Roman"/>
                <w:color w:val="000000" w:themeColor="text1"/>
                <w:sz w:val="24"/>
                <w:szCs w:val="24"/>
                <w:highlight w:val="yellow"/>
                <w:lang w:val="ro-RO"/>
              </w:rPr>
              <w:t>[Completați: denumire, CUI, procent și date agregate; dacă nu este cazul, menționați explicit]</w:t>
            </w:r>
          </w:p>
        </w:tc>
      </w:tr>
    </w:tbl>
    <w:p w14:paraId="1C2A5E16" w14:textId="77777777" w:rsidR="0025461E" w:rsidRPr="005E5CC4" w:rsidRDefault="0025461E">
      <w:pPr>
        <w:spacing w:after="40"/>
        <w:rPr>
          <w:rFonts w:ascii="Times New Roman" w:hAnsi="Times New Roman" w:cs="Times New Roman"/>
          <w:color w:val="000000" w:themeColor="text1"/>
          <w:sz w:val="24"/>
          <w:szCs w:val="24"/>
          <w:lang w:val="ro-RO"/>
        </w:rPr>
      </w:pP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760"/>
        <w:gridCol w:w="1700"/>
        <w:gridCol w:w="1250"/>
        <w:gridCol w:w="1760"/>
        <w:gridCol w:w="2318"/>
      </w:tblGrid>
      <w:tr w:rsidR="00A47405" w:rsidRPr="005E5CC4" w14:paraId="6B40E834" w14:textId="77777777" w:rsidTr="004071C9">
        <w:trPr>
          <w:tblHeader/>
        </w:trPr>
        <w:tc>
          <w:tcPr>
            <w:tcW w:w="850" w:type="dxa"/>
            <w:shd w:val="clear" w:color="auto" w:fill="17365D"/>
            <w:tcMar>
              <w:top w:w="90" w:type="dxa"/>
              <w:left w:w="120" w:type="dxa"/>
              <w:bottom w:w="90" w:type="dxa"/>
              <w:right w:w="120" w:type="dxa"/>
            </w:tcMar>
            <w:vAlign w:val="center"/>
          </w:tcPr>
          <w:p w14:paraId="286DF432" w14:textId="77777777" w:rsidR="00A47405" w:rsidRPr="005E5CC4" w:rsidRDefault="00A47405" w:rsidP="00A47405">
            <w:pPr>
              <w:spacing w:after="30" w:line="252" w:lineRule="auto"/>
              <w:jc w:val="center"/>
              <w:rPr>
                <w:rFonts w:ascii="Times New Roman" w:hAnsi="Times New Roman" w:cs="Times New Roman"/>
                <w:color w:val="auto"/>
                <w:sz w:val="20"/>
                <w:szCs w:val="20"/>
                <w:lang w:val="ro-RO"/>
              </w:rPr>
            </w:pPr>
            <w:r w:rsidRPr="005E5CC4">
              <w:rPr>
                <w:rFonts w:ascii="Times New Roman" w:hAnsi="Times New Roman" w:cs="Times New Roman"/>
                <w:b/>
                <w:color w:val="FFFFFF"/>
                <w:sz w:val="20"/>
                <w:szCs w:val="20"/>
                <w:lang w:val="ro-RO"/>
              </w:rPr>
              <w:t>An</w:t>
            </w:r>
          </w:p>
        </w:tc>
        <w:tc>
          <w:tcPr>
            <w:tcW w:w="1760" w:type="dxa"/>
            <w:shd w:val="clear" w:color="auto" w:fill="17365D"/>
            <w:tcMar>
              <w:top w:w="90" w:type="dxa"/>
              <w:left w:w="120" w:type="dxa"/>
              <w:bottom w:w="90" w:type="dxa"/>
              <w:right w:w="120" w:type="dxa"/>
            </w:tcMar>
            <w:vAlign w:val="center"/>
          </w:tcPr>
          <w:p w14:paraId="1D3DFCAF" w14:textId="77777777" w:rsidR="00A47405" w:rsidRPr="005E5CC4" w:rsidRDefault="00A47405" w:rsidP="00A47405">
            <w:pPr>
              <w:spacing w:after="30" w:line="252" w:lineRule="auto"/>
              <w:jc w:val="center"/>
              <w:rPr>
                <w:rFonts w:ascii="Times New Roman" w:hAnsi="Times New Roman" w:cs="Times New Roman"/>
                <w:color w:val="auto"/>
                <w:sz w:val="20"/>
                <w:szCs w:val="20"/>
                <w:lang w:val="ro-RO"/>
              </w:rPr>
            </w:pPr>
            <w:r w:rsidRPr="005E5CC4">
              <w:rPr>
                <w:rFonts w:ascii="Times New Roman" w:hAnsi="Times New Roman" w:cs="Times New Roman"/>
                <w:b/>
                <w:color w:val="FFFFFF"/>
                <w:sz w:val="20"/>
                <w:szCs w:val="20"/>
                <w:lang w:val="ro-RO"/>
              </w:rPr>
              <w:t>Cifră de afaceri</w:t>
            </w:r>
          </w:p>
        </w:tc>
        <w:tc>
          <w:tcPr>
            <w:tcW w:w="1700" w:type="dxa"/>
            <w:shd w:val="clear" w:color="auto" w:fill="17365D"/>
            <w:tcMar>
              <w:top w:w="90" w:type="dxa"/>
              <w:left w:w="120" w:type="dxa"/>
              <w:bottom w:w="90" w:type="dxa"/>
              <w:right w:w="120" w:type="dxa"/>
            </w:tcMar>
            <w:vAlign w:val="center"/>
          </w:tcPr>
          <w:p w14:paraId="6E1379DF" w14:textId="77777777" w:rsidR="00A47405" w:rsidRPr="005E5CC4" w:rsidRDefault="00A47405" w:rsidP="00A47405">
            <w:pPr>
              <w:spacing w:after="30" w:line="252" w:lineRule="auto"/>
              <w:jc w:val="center"/>
              <w:rPr>
                <w:rFonts w:ascii="Times New Roman" w:hAnsi="Times New Roman" w:cs="Times New Roman"/>
                <w:color w:val="auto"/>
                <w:sz w:val="20"/>
                <w:szCs w:val="20"/>
                <w:lang w:val="ro-RO"/>
              </w:rPr>
            </w:pPr>
            <w:r w:rsidRPr="005E5CC4">
              <w:rPr>
                <w:rFonts w:ascii="Times New Roman" w:hAnsi="Times New Roman" w:cs="Times New Roman"/>
                <w:b/>
                <w:color w:val="FFFFFF"/>
                <w:sz w:val="20"/>
                <w:szCs w:val="20"/>
                <w:lang w:val="ro-RO"/>
              </w:rPr>
              <w:t>Active totale</w:t>
            </w:r>
          </w:p>
        </w:tc>
        <w:tc>
          <w:tcPr>
            <w:tcW w:w="1250" w:type="dxa"/>
            <w:shd w:val="clear" w:color="auto" w:fill="17365D"/>
            <w:tcMar>
              <w:top w:w="90" w:type="dxa"/>
              <w:left w:w="120" w:type="dxa"/>
              <w:bottom w:w="90" w:type="dxa"/>
              <w:right w:w="120" w:type="dxa"/>
            </w:tcMar>
            <w:vAlign w:val="center"/>
          </w:tcPr>
          <w:p w14:paraId="7C3757F8" w14:textId="77777777" w:rsidR="00A47405" w:rsidRPr="005E5CC4" w:rsidRDefault="00A47405" w:rsidP="00A47405">
            <w:pPr>
              <w:spacing w:after="30" w:line="252" w:lineRule="auto"/>
              <w:jc w:val="center"/>
              <w:rPr>
                <w:rFonts w:ascii="Times New Roman" w:hAnsi="Times New Roman" w:cs="Times New Roman"/>
                <w:color w:val="auto"/>
                <w:sz w:val="20"/>
                <w:szCs w:val="20"/>
                <w:lang w:val="ro-RO"/>
              </w:rPr>
            </w:pPr>
            <w:r w:rsidRPr="005E5CC4">
              <w:rPr>
                <w:rFonts w:ascii="Times New Roman" w:hAnsi="Times New Roman" w:cs="Times New Roman"/>
                <w:b/>
                <w:color w:val="FFFFFF"/>
                <w:sz w:val="20"/>
                <w:szCs w:val="20"/>
                <w:lang w:val="ro-RO"/>
              </w:rPr>
              <w:t>Salariați</w:t>
            </w:r>
          </w:p>
        </w:tc>
        <w:tc>
          <w:tcPr>
            <w:tcW w:w="1760" w:type="dxa"/>
            <w:shd w:val="clear" w:color="auto" w:fill="17365D"/>
            <w:tcMar>
              <w:top w:w="90" w:type="dxa"/>
              <w:left w:w="120" w:type="dxa"/>
              <w:bottom w:w="90" w:type="dxa"/>
              <w:right w:w="120" w:type="dxa"/>
            </w:tcMar>
            <w:vAlign w:val="center"/>
          </w:tcPr>
          <w:p w14:paraId="7236BDF3" w14:textId="77777777" w:rsidR="00A47405" w:rsidRPr="005E5CC4" w:rsidRDefault="00A47405" w:rsidP="00A47405">
            <w:pPr>
              <w:spacing w:after="30" w:line="252" w:lineRule="auto"/>
              <w:jc w:val="center"/>
              <w:rPr>
                <w:rFonts w:ascii="Times New Roman" w:hAnsi="Times New Roman" w:cs="Times New Roman"/>
                <w:color w:val="auto"/>
                <w:sz w:val="20"/>
                <w:szCs w:val="20"/>
                <w:lang w:val="ro-RO"/>
              </w:rPr>
            </w:pPr>
            <w:r w:rsidRPr="005E5CC4">
              <w:rPr>
                <w:rFonts w:ascii="Times New Roman" w:hAnsi="Times New Roman" w:cs="Times New Roman"/>
                <w:b/>
                <w:color w:val="FFFFFF"/>
                <w:sz w:val="20"/>
                <w:szCs w:val="20"/>
                <w:lang w:val="ro-RO"/>
              </w:rPr>
              <w:t>Profit/pierdere</w:t>
            </w:r>
          </w:p>
        </w:tc>
        <w:tc>
          <w:tcPr>
            <w:tcW w:w="2318" w:type="dxa"/>
            <w:shd w:val="clear" w:color="auto" w:fill="17365D"/>
            <w:tcMar>
              <w:top w:w="90" w:type="dxa"/>
              <w:left w:w="120" w:type="dxa"/>
              <w:bottom w:w="90" w:type="dxa"/>
              <w:right w:w="120" w:type="dxa"/>
            </w:tcMar>
            <w:vAlign w:val="center"/>
          </w:tcPr>
          <w:p w14:paraId="39221308" w14:textId="77777777" w:rsidR="00A47405" w:rsidRPr="005E5CC4" w:rsidRDefault="00A47405" w:rsidP="00A47405">
            <w:pPr>
              <w:spacing w:after="30" w:line="252" w:lineRule="auto"/>
              <w:jc w:val="center"/>
              <w:rPr>
                <w:rFonts w:ascii="Times New Roman" w:hAnsi="Times New Roman" w:cs="Times New Roman"/>
                <w:color w:val="auto"/>
                <w:sz w:val="20"/>
                <w:szCs w:val="20"/>
                <w:lang w:val="ro-RO"/>
              </w:rPr>
            </w:pPr>
            <w:r w:rsidRPr="005E5CC4">
              <w:rPr>
                <w:rFonts w:ascii="Times New Roman" w:hAnsi="Times New Roman" w:cs="Times New Roman"/>
                <w:b/>
                <w:color w:val="FFFFFF"/>
                <w:sz w:val="20"/>
                <w:szCs w:val="20"/>
                <w:lang w:val="ro-RO"/>
              </w:rPr>
              <w:t>Capitaluri proprii</w:t>
            </w:r>
          </w:p>
        </w:tc>
      </w:tr>
      <w:tr w:rsidR="00A47405" w:rsidRPr="005E5CC4" w14:paraId="008E16FF" w14:textId="77777777" w:rsidTr="004071C9">
        <w:trPr>
          <w:cantSplit/>
        </w:trPr>
        <w:tc>
          <w:tcPr>
            <w:tcW w:w="850" w:type="dxa"/>
            <w:shd w:val="clear" w:color="auto" w:fill="F7F9FC"/>
          </w:tcPr>
          <w:p w14:paraId="34190BFA" w14:textId="4132AD60" w:rsidR="00A47405" w:rsidRPr="005E5CC4" w:rsidRDefault="00A47405" w:rsidP="00A47405">
            <w:pPr>
              <w:spacing w:after="30" w:line="252" w:lineRule="auto"/>
              <w:jc w:val="center"/>
              <w:rPr>
                <w:rFonts w:ascii="Times New Roman" w:hAnsi="Times New Roman" w:cs="Times New Roman"/>
                <w:color w:val="auto"/>
                <w:sz w:val="20"/>
                <w:szCs w:val="20"/>
                <w:lang w:val="ro-RO"/>
              </w:rPr>
            </w:pPr>
            <w:r w:rsidRPr="005E5CC4">
              <w:rPr>
                <w:rFonts w:ascii="Times New Roman" w:hAnsi="Times New Roman" w:cs="Times New Roman"/>
                <w:color w:val="000000"/>
                <w:sz w:val="20"/>
                <w:szCs w:val="20"/>
                <w:lang w:val="ro-RO"/>
              </w:rPr>
              <w:t>202</w:t>
            </w:r>
            <w:r w:rsidR="00E14B13" w:rsidRPr="005E5CC4">
              <w:rPr>
                <w:rFonts w:ascii="Times New Roman" w:hAnsi="Times New Roman" w:cs="Times New Roman"/>
                <w:color w:val="000000"/>
                <w:sz w:val="20"/>
                <w:szCs w:val="20"/>
                <w:lang w:val="ro-RO"/>
              </w:rPr>
              <w:t>3</w:t>
            </w:r>
          </w:p>
        </w:tc>
        <w:tc>
          <w:tcPr>
            <w:tcW w:w="1760" w:type="dxa"/>
            <w:shd w:val="clear" w:color="auto" w:fill="F7F9FC"/>
          </w:tcPr>
          <w:p w14:paraId="3FED3DAD" w14:textId="77777777" w:rsidR="00A47405" w:rsidRPr="005E5CC4" w:rsidRDefault="00A47405" w:rsidP="00A47405">
            <w:pPr>
              <w:spacing w:after="30" w:line="252" w:lineRule="auto"/>
              <w:jc w:val="left"/>
              <w:rPr>
                <w:rFonts w:ascii="Times New Roman" w:hAnsi="Times New Roman" w:cs="Times New Roman"/>
                <w:color w:val="auto"/>
                <w:sz w:val="20"/>
                <w:szCs w:val="20"/>
                <w:highlight w:val="yellow"/>
                <w:lang w:val="ro-RO"/>
              </w:rPr>
            </w:pPr>
            <w:r w:rsidRPr="005E5CC4">
              <w:rPr>
                <w:rFonts w:ascii="Times New Roman" w:hAnsi="Times New Roman" w:cs="Times New Roman"/>
                <w:color w:val="000000"/>
                <w:sz w:val="20"/>
                <w:szCs w:val="20"/>
                <w:highlight w:val="yellow"/>
                <w:lang w:val="ro-RO"/>
              </w:rPr>
              <w:t>[lei]</w:t>
            </w:r>
          </w:p>
        </w:tc>
        <w:tc>
          <w:tcPr>
            <w:tcW w:w="1700" w:type="dxa"/>
            <w:shd w:val="clear" w:color="auto" w:fill="F7F9FC"/>
          </w:tcPr>
          <w:p w14:paraId="0B63F71C" w14:textId="77777777" w:rsidR="00A47405" w:rsidRPr="005E5CC4" w:rsidRDefault="00A47405" w:rsidP="00A47405">
            <w:pPr>
              <w:spacing w:after="30" w:line="252" w:lineRule="auto"/>
              <w:jc w:val="left"/>
              <w:rPr>
                <w:rFonts w:ascii="Times New Roman" w:hAnsi="Times New Roman" w:cs="Times New Roman"/>
                <w:color w:val="auto"/>
                <w:sz w:val="20"/>
                <w:szCs w:val="20"/>
                <w:highlight w:val="yellow"/>
                <w:lang w:val="ro-RO"/>
              </w:rPr>
            </w:pPr>
            <w:r w:rsidRPr="005E5CC4">
              <w:rPr>
                <w:rFonts w:ascii="Times New Roman" w:hAnsi="Times New Roman" w:cs="Times New Roman"/>
                <w:color w:val="000000"/>
                <w:sz w:val="20"/>
                <w:szCs w:val="20"/>
                <w:highlight w:val="yellow"/>
                <w:lang w:val="ro-RO"/>
              </w:rPr>
              <w:t>[lei]</w:t>
            </w:r>
          </w:p>
        </w:tc>
        <w:tc>
          <w:tcPr>
            <w:tcW w:w="1250" w:type="dxa"/>
            <w:shd w:val="clear" w:color="auto" w:fill="F7F9FC"/>
          </w:tcPr>
          <w:p w14:paraId="150B97CF" w14:textId="77777777" w:rsidR="00A47405" w:rsidRPr="005E5CC4" w:rsidRDefault="00A47405" w:rsidP="00A47405">
            <w:pPr>
              <w:spacing w:after="30" w:line="252" w:lineRule="auto"/>
              <w:jc w:val="left"/>
              <w:rPr>
                <w:rFonts w:ascii="Times New Roman" w:hAnsi="Times New Roman" w:cs="Times New Roman"/>
                <w:color w:val="auto"/>
                <w:sz w:val="20"/>
                <w:szCs w:val="20"/>
                <w:highlight w:val="yellow"/>
                <w:lang w:val="ro-RO"/>
              </w:rPr>
            </w:pPr>
            <w:r w:rsidRPr="005E5CC4">
              <w:rPr>
                <w:rFonts w:ascii="Times New Roman" w:hAnsi="Times New Roman" w:cs="Times New Roman"/>
                <w:color w:val="000000"/>
                <w:sz w:val="20"/>
                <w:szCs w:val="20"/>
                <w:highlight w:val="yellow"/>
                <w:lang w:val="ro-RO"/>
              </w:rPr>
              <w:t>[număr]</w:t>
            </w:r>
          </w:p>
        </w:tc>
        <w:tc>
          <w:tcPr>
            <w:tcW w:w="1760" w:type="dxa"/>
            <w:shd w:val="clear" w:color="auto" w:fill="F7F9FC"/>
          </w:tcPr>
          <w:p w14:paraId="78CBA13C" w14:textId="77777777" w:rsidR="00A47405" w:rsidRPr="005E5CC4" w:rsidRDefault="00A47405" w:rsidP="00A47405">
            <w:pPr>
              <w:spacing w:after="30" w:line="252" w:lineRule="auto"/>
              <w:jc w:val="left"/>
              <w:rPr>
                <w:rFonts w:ascii="Times New Roman" w:hAnsi="Times New Roman" w:cs="Times New Roman"/>
                <w:color w:val="auto"/>
                <w:sz w:val="20"/>
                <w:szCs w:val="20"/>
                <w:highlight w:val="yellow"/>
                <w:lang w:val="ro-RO"/>
              </w:rPr>
            </w:pPr>
            <w:r w:rsidRPr="005E5CC4">
              <w:rPr>
                <w:rFonts w:ascii="Times New Roman" w:hAnsi="Times New Roman" w:cs="Times New Roman"/>
                <w:color w:val="000000"/>
                <w:sz w:val="20"/>
                <w:szCs w:val="20"/>
                <w:highlight w:val="yellow"/>
                <w:lang w:val="ro-RO"/>
              </w:rPr>
              <w:t>[lei]</w:t>
            </w:r>
          </w:p>
        </w:tc>
        <w:tc>
          <w:tcPr>
            <w:tcW w:w="2318" w:type="dxa"/>
            <w:shd w:val="clear" w:color="auto" w:fill="F7F9FC"/>
          </w:tcPr>
          <w:p w14:paraId="36F56E1D" w14:textId="77777777" w:rsidR="00A47405" w:rsidRPr="005E5CC4" w:rsidRDefault="00A47405" w:rsidP="00A47405">
            <w:pPr>
              <w:spacing w:after="30" w:line="252" w:lineRule="auto"/>
              <w:jc w:val="left"/>
              <w:rPr>
                <w:rFonts w:ascii="Times New Roman" w:hAnsi="Times New Roman" w:cs="Times New Roman"/>
                <w:color w:val="auto"/>
                <w:sz w:val="20"/>
                <w:szCs w:val="20"/>
                <w:highlight w:val="yellow"/>
                <w:lang w:val="ro-RO"/>
              </w:rPr>
            </w:pPr>
            <w:r w:rsidRPr="005E5CC4">
              <w:rPr>
                <w:rFonts w:ascii="Times New Roman" w:hAnsi="Times New Roman" w:cs="Times New Roman"/>
                <w:color w:val="000000"/>
                <w:sz w:val="20"/>
                <w:szCs w:val="20"/>
                <w:highlight w:val="yellow"/>
                <w:lang w:val="ro-RO"/>
              </w:rPr>
              <w:t>[lei]</w:t>
            </w:r>
          </w:p>
        </w:tc>
      </w:tr>
      <w:tr w:rsidR="00A47405" w:rsidRPr="005E5CC4" w14:paraId="43FB3595" w14:textId="77777777" w:rsidTr="004071C9">
        <w:trPr>
          <w:cantSplit/>
        </w:trPr>
        <w:tc>
          <w:tcPr>
            <w:tcW w:w="850" w:type="dxa"/>
            <w:shd w:val="clear" w:color="auto" w:fill="FFFFFF"/>
          </w:tcPr>
          <w:p w14:paraId="6614DA8C" w14:textId="2C35C221" w:rsidR="00A47405" w:rsidRPr="005E5CC4" w:rsidRDefault="00A47405" w:rsidP="00A47405">
            <w:pPr>
              <w:spacing w:after="30" w:line="252" w:lineRule="auto"/>
              <w:jc w:val="center"/>
              <w:rPr>
                <w:rFonts w:ascii="Times New Roman" w:hAnsi="Times New Roman" w:cs="Times New Roman"/>
                <w:color w:val="auto"/>
                <w:sz w:val="20"/>
                <w:szCs w:val="20"/>
                <w:lang w:val="ro-RO"/>
              </w:rPr>
            </w:pPr>
            <w:r w:rsidRPr="005E5CC4">
              <w:rPr>
                <w:rFonts w:ascii="Times New Roman" w:hAnsi="Times New Roman" w:cs="Times New Roman"/>
                <w:color w:val="000000"/>
                <w:sz w:val="20"/>
                <w:szCs w:val="20"/>
                <w:lang w:val="ro-RO"/>
              </w:rPr>
              <w:t>202</w:t>
            </w:r>
            <w:r w:rsidR="00E14B13" w:rsidRPr="005E5CC4">
              <w:rPr>
                <w:rFonts w:ascii="Times New Roman" w:hAnsi="Times New Roman" w:cs="Times New Roman"/>
                <w:color w:val="000000"/>
                <w:sz w:val="20"/>
                <w:szCs w:val="20"/>
                <w:lang w:val="ro-RO"/>
              </w:rPr>
              <w:t>4</w:t>
            </w:r>
          </w:p>
        </w:tc>
        <w:tc>
          <w:tcPr>
            <w:tcW w:w="1760" w:type="dxa"/>
            <w:shd w:val="clear" w:color="auto" w:fill="FFFFFF"/>
          </w:tcPr>
          <w:p w14:paraId="4911299E" w14:textId="77777777" w:rsidR="00A47405" w:rsidRPr="005E5CC4" w:rsidRDefault="00A47405" w:rsidP="00A47405">
            <w:pPr>
              <w:spacing w:after="30" w:line="252" w:lineRule="auto"/>
              <w:jc w:val="left"/>
              <w:rPr>
                <w:rFonts w:ascii="Times New Roman" w:hAnsi="Times New Roman" w:cs="Times New Roman"/>
                <w:color w:val="auto"/>
                <w:sz w:val="20"/>
                <w:szCs w:val="20"/>
                <w:highlight w:val="yellow"/>
                <w:lang w:val="ro-RO"/>
              </w:rPr>
            </w:pPr>
            <w:r w:rsidRPr="005E5CC4">
              <w:rPr>
                <w:rFonts w:ascii="Times New Roman" w:hAnsi="Times New Roman" w:cs="Times New Roman"/>
                <w:color w:val="000000"/>
                <w:sz w:val="20"/>
                <w:szCs w:val="20"/>
                <w:highlight w:val="yellow"/>
                <w:lang w:val="ro-RO"/>
              </w:rPr>
              <w:t>[lei]</w:t>
            </w:r>
          </w:p>
        </w:tc>
        <w:tc>
          <w:tcPr>
            <w:tcW w:w="1700" w:type="dxa"/>
            <w:shd w:val="clear" w:color="auto" w:fill="FFFFFF"/>
          </w:tcPr>
          <w:p w14:paraId="327661E6" w14:textId="77777777" w:rsidR="00A47405" w:rsidRPr="005E5CC4" w:rsidRDefault="00A47405" w:rsidP="00A47405">
            <w:pPr>
              <w:spacing w:after="30" w:line="252" w:lineRule="auto"/>
              <w:jc w:val="left"/>
              <w:rPr>
                <w:rFonts w:ascii="Times New Roman" w:hAnsi="Times New Roman" w:cs="Times New Roman"/>
                <w:color w:val="auto"/>
                <w:sz w:val="20"/>
                <w:szCs w:val="20"/>
                <w:highlight w:val="yellow"/>
                <w:lang w:val="ro-RO"/>
              </w:rPr>
            </w:pPr>
            <w:r w:rsidRPr="005E5CC4">
              <w:rPr>
                <w:rFonts w:ascii="Times New Roman" w:hAnsi="Times New Roman" w:cs="Times New Roman"/>
                <w:color w:val="000000"/>
                <w:sz w:val="20"/>
                <w:szCs w:val="20"/>
                <w:highlight w:val="yellow"/>
                <w:lang w:val="ro-RO"/>
              </w:rPr>
              <w:t>[lei]</w:t>
            </w:r>
          </w:p>
        </w:tc>
        <w:tc>
          <w:tcPr>
            <w:tcW w:w="1250" w:type="dxa"/>
            <w:shd w:val="clear" w:color="auto" w:fill="FFFFFF"/>
          </w:tcPr>
          <w:p w14:paraId="029683AF" w14:textId="77777777" w:rsidR="00A47405" w:rsidRPr="005E5CC4" w:rsidRDefault="00A47405" w:rsidP="00A47405">
            <w:pPr>
              <w:spacing w:after="30" w:line="252" w:lineRule="auto"/>
              <w:jc w:val="left"/>
              <w:rPr>
                <w:rFonts w:ascii="Times New Roman" w:hAnsi="Times New Roman" w:cs="Times New Roman"/>
                <w:color w:val="auto"/>
                <w:sz w:val="20"/>
                <w:szCs w:val="20"/>
                <w:highlight w:val="yellow"/>
                <w:lang w:val="ro-RO"/>
              </w:rPr>
            </w:pPr>
            <w:r w:rsidRPr="005E5CC4">
              <w:rPr>
                <w:rFonts w:ascii="Times New Roman" w:hAnsi="Times New Roman" w:cs="Times New Roman"/>
                <w:color w:val="000000"/>
                <w:sz w:val="20"/>
                <w:szCs w:val="20"/>
                <w:highlight w:val="yellow"/>
                <w:lang w:val="ro-RO"/>
              </w:rPr>
              <w:t>[număr]</w:t>
            </w:r>
          </w:p>
        </w:tc>
        <w:tc>
          <w:tcPr>
            <w:tcW w:w="1760" w:type="dxa"/>
            <w:shd w:val="clear" w:color="auto" w:fill="FFFFFF"/>
          </w:tcPr>
          <w:p w14:paraId="63467CDB" w14:textId="77777777" w:rsidR="00A47405" w:rsidRPr="005E5CC4" w:rsidRDefault="00A47405" w:rsidP="00A47405">
            <w:pPr>
              <w:spacing w:after="30" w:line="252" w:lineRule="auto"/>
              <w:jc w:val="left"/>
              <w:rPr>
                <w:rFonts w:ascii="Times New Roman" w:hAnsi="Times New Roman" w:cs="Times New Roman"/>
                <w:color w:val="auto"/>
                <w:sz w:val="20"/>
                <w:szCs w:val="20"/>
                <w:highlight w:val="yellow"/>
                <w:lang w:val="ro-RO"/>
              </w:rPr>
            </w:pPr>
            <w:r w:rsidRPr="005E5CC4">
              <w:rPr>
                <w:rFonts w:ascii="Times New Roman" w:hAnsi="Times New Roman" w:cs="Times New Roman"/>
                <w:color w:val="000000"/>
                <w:sz w:val="20"/>
                <w:szCs w:val="20"/>
                <w:highlight w:val="yellow"/>
                <w:lang w:val="ro-RO"/>
              </w:rPr>
              <w:t>[lei]</w:t>
            </w:r>
          </w:p>
        </w:tc>
        <w:tc>
          <w:tcPr>
            <w:tcW w:w="2318" w:type="dxa"/>
            <w:shd w:val="clear" w:color="auto" w:fill="FFFFFF"/>
          </w:tcPr>
          <w:p w14:paraId="2230C4D0" w14:textId="77777777" w:rsidR="00A47405" w:rsidRPr="005E5CC4" w:rsidRDefault="00A47405" w:rsidP="00A47405">
            <w:pPr>
              <w:spacing w:after="30" w:line="252" w:lineRule="auto"/>
              <w:jc w:val="left"/>
              <w:rPr>
                <w:rFonts w:ascii="Times New Roman" w:hAnsi="Times New Roman" w:cs="Times New Roman"/>
                <w:color w:val="auto"/>
                <w:sz w:val="20"/>
                <w:szCs w:val="20"/>
                <w:highlight w:val="yellow"/>
                <w:lang w:val="ro-RO"/>
              </w:rPr>
            </w:pPr>
            <w:r w:rsidRPr="005E5CC4">
              <w:rPr>
                <w:rFonts w:ascii="Times New Roman" w:hAnsi="Times New Roman" w:cs="Times New Roman"/>
                <w:color w:val="000000"/>
                <w:sz w:val="20"/>
                <w:szCs w:val="20"/>
                <w:highlight w:val="yellow"/>
                <w:lang w:val="ro-RO"/>
              </w:rPr>
              <w:t>[lei]</w:t>
            </w:r>
          </w:p>
        </w:tc>
      </w:tr>
      <w:tr w:rsidR="00E14B13" w:rsidRPr="005E5CC4" w14:paraId="41233D14" w14:textId="77777777" w:rsidTr="004071C9">
        <w:trPr>
          <w:cantSplit/>
        </w:trPr>
        <w:tc>
          <w:tcPr>
            <w:tcW w:w="850" w:type="dxa"/>
            <w:shd w:val="clear" w:color="auto" w:fill="FFFFFF"/>
          </w:tcPr>
          <w:p w14:paraId="389C4CBA" w14:textId="36186B83" w:rsidR="00E14B13" w:rsidRPr="005E5CC4" w:rsidRDefault="00E14B13" w:rsidP="00E14B13">
            <w:pPr>
              <w:spacing w:after="30" w:line="252" w:lineRule="auto"/>
              <w:jc w:val="center"/>
              <w:rPr>
                <w:rFonts w:ascii="Times New Roman" w:hAnsi="Times New Roman" w:cs="Times New Roman"/>
                <w:color w:val="000000"/>
                <w:sz w:val="20"/>
                <w:szCs w:val="20"/>
                <w:lang w:val="ro-RO"/>
              </w:rPr>
            </w:pPr>
            <w:r w:rsidRPr="005E5CC4">
              <w:rPr>
                <w:rFonts w:ascii="Times New Roman" w:hAnsi="Times New Roman" w:cs="Times New Roman"/>
                <w:color w:val="000000"/>
                <w:sz w:val="20"/>
                <w:szCs w:val="20"/>
                <w:lang w:val="ro-RO"/>
              </w:rPr>
              <w:t>2025</w:t>
            </w:r>
          </w:p>
        </w:tc>
        <w:tc>
          <w:tcPr>
            <w:tcW w:w="1760" w:type="dxa"/>
            <w:shd w:val="clear" w:color="auto" w:fill="FFFFFF"/>
          </w:tcPr>
          <w:p w14:paraId="5F385E53" w14:textId="5EA54D78" w:rsidR="00E14B13" w:rsidRPr="005E5CC4" w:rsidRDefault="00E14B13" w:rsidP="00E14B13">
            <w:pPr>
              <w:spacing w:after="30" w:line="252" w:lineRule="auto"/>
              <w:jc w:val="left"/>
              <w:rPr>
                <w:rFonts w:ascii="Times New Roman" w:hAnsi="Times New Roman" w:cs="Times New Roman"/>
                <w:color w:val="000000"/>
                <w:sz w:val="20"/>
                <w:szCs w:val="20"/>
                <w:highlight w:val="yellow"/>
                <w:lang w:val="ro-RO"/>
              </w:rPr>
            </w:pPr>
            <w:r w:rsidRPr="005E5CC4">
              <w:rPr>
                <w:rFonts w:ascii="Times New Roman" w:hAnsi="Times New Roman" w:cs="Times New Roman"/>
                <w:color w:val="000000"/>
                <w:sz w:val="20"/>
                <w:szCs w:val="20"/>
                <w:highlight w:val="yellow"/>
                <w:lang w:val="ro-RO"/>
              </w:rPr>
              <w:t>[lei]</w:t>
            </w:r>
          </w:p>
        </w:tc>
        <w:tc>
          <w:tcPr>
            <w:tcW w:w="1700" w:type="dxa"/>
            <w:shd w:val="clear" w:color="auto" w:fill="FFFFFF"/>
          </w:tcPr>
          <w:p w14:paraId="10877F6E" w14:textId="0699D8A0" w:rsidR="00E14B13" w:rsidRPr="005E5CC4" w:rsidRDefault="00E14B13" w:rsidP="00E14B13">
            <w:pPr>
              <w:spacing w:after="30" w:line="252" w:lineRule="auto"/>
              <w:jc w:val="left"/>
              <w:rPr>
                <w:rFonts w:ascii="Times New Roman" w:hAnsi="Times New Roman" w:cs="Times New Roman"/>
                <w:color w:val="000000"/>
                <w:sz w:val="20"/>
                <w:szCs w:val="20"/>
                <w:highlight w:val="yellow"/>
                <w:lang w:val="ro-RO"/>
              </w:rPr>
            </w:pPr>
            <w:r w:rsidRPr="005E5CC4">
              <w:rPr>
                <w:rFonts w:ascii="Times New Roman" w:hAnsi="Times New Roman" w:cs="Times New Roman"/>
                <w:color w:val="000000"/>
                <w:sz w:val="20"/>
                <w:szCs w:val="20"/>
                <w:highlight w:val="yellow"/>
                <w:lang w:val="ro-RO"/>
              </w:rPr>
              <w:t>[lei]</w:t>
            </w:r>
          </w:p>
        </w:tc>
        <w:tc>
          <w:tcPr>
            <w:tcW w:w="1250" w:type="dxa"/>
            <w:shd w:val="clear" w:color="auto" w:fill="FFFFFF"/>
          </w:tcPr>
          <w:p w14:paraId="39305A4E" w14:textId="57183868" w:rsidR="00E14B13" w:rsidRPr="005E5CC4" w:rsidRDefault="00E14B13" w:rsidP="00E14B13">
            <w:pPr>
              <w:spacing w:after="30" w:line="252" w:lineRule="auto"/>
              <w:jc w:val="left"/>
              <w:rPr>
                <w:rFonts w:ascii="Times New Roman" w:hAnsi="Times New Roman" w:cs="Times New Roman"/>
                <w:color w:val="000000"/>
                <w:sz w:val="20"/>
                <w:szCs w:val="20"/>
                <w:highlight w:val="yellow"/>
                <w:lang w:val="ro-RO"/>
              </w:rPr>
            </w:pPr>
            <w:r w:rsidRPr="005E5CC4">
              <w:rPr>
                <w:rFonts w:ascii="Times New Roman" w:hAnsi="Times New Roman" w:cs="Times New Roman"/>
                <w:color w:val="000000"/>
                <w:sz w:val="20"/>
                <w:szCs w:val="20"/>
                <w:highlight w:val="yellow"/>
                <w:lang w:val="ro-RO"/>
              </w:rPr>
              <w:t>[număr]</w:t>
            </w:r>
          </w:p>
        </w:tc>
        <w:tc>
          <w:tcPr>
            <w:tcW w:w="1760" w:type="dxa"/>
            <w:shd w:val="clear" w:color="auto" w:fill="FFFFFF"/>
          </w:tcPr>
          <w:p w14:paraId="0F0536C9" w14:textId="5738D628" w:rsidR="00E14B13" w:rsidRPr="005E5CC4" w:rsidRDefault="00E14B13" w:rsidP="00E14B13">
            <w:pPr>
              <w:spacing w:after="30" w:line="252" w:lineRule="auto"/>
              <w:jc w:val="left"/>
              <w:rPr>
                <w:rFonts w:ascii="Times New Roman" w:hAnsi="Times New Roman" w:cs="Times New Roman"/>
                <w:color w:val="000000"/>
                <w:sz w:val="20"/>
                <w:szCs w:val="20"/>
                <w:highlight w:val="yellow"/>
                <w:lang w:val="ro-RO"/>
              </w:rPr>
            </w:pPr>
            <w:r w:rsidRPr="005E5CC4">
              <w:rPr>
                <w:rFonts w:ascii="Times New Roman" w:hAnsi="Times New Roman" w:cs="Times New Roman"/>
                <w:color w:val="000000"/>
                <w:sz w:val="20"/>
                <w:szCs w:val="20"/>
                <w:highlight w:val="yellow"/>
                <w:lang w:val="ro-RO"/>
              </w:rPr>
              <w:t>[lei]</w:t>
            </w:r>
          </w:p>
        </w:tc>
        <w:tc>
          <w:tcPr>
            <w:tcW w:w="2318" w:type="dxa"/>
            <w:shd w:val="clear" w:color="auto" w:fill="FFFFFF"/>
          </w:tcPr>
          <w:p w14:paraId="56136554" w14:textId="3A7C9758" w:rsidR="00E14B13" w:rsidRPr="005E5CC4" w:rsidRDefault="00E14B13" w:rsidP="00E14B13">
            <w:pPr>
              <w:spacing w:after="30" w:line="252" w:lineRule="auto"/>
              <w:jc w:val="left"/>
              <w:rPr>
                <w:rFonts w:ascii="Times New Roman" w:hAnsi="Times New Roman" w:cs="Times New Roman"/>
                <w:color w:val="000000"/>
                <w:sz w:val="20"/>
                <w:szCs w:val="20"/>
                <w:highlight w:val="yellow"/>
                <w:lang w:val="ro-RO"/>
              </w:rPr>
            </w:pPr>
            <w:r w:rsidRPr="005E5CC4">
              <w:rPr>
                <w:rFonts w:ascii="Times New Roman" w:hAnsi="Times New Roman" w:cs="Times New Roman"/>
                <w:color w:val="000000"/>
                <w:sz w:val="20"/>
                <w:szCs w:val="20"/>
                <w:highlight w:val="yellow"/>
                <w:lang w:val="ro-RO"/>
              </w:rPr>
              <w:t>[lei]</w:t>
            </w:r>
          </w:p>
        </w:tc>
      </w:tr>
    </w:tbl>
    <w:p w14:paraId="110EE8CD" w14:textId="77777777" w:rsidR="00FE5A50" w:rsidRPr="005E5CC4" w:rsidRDefault="00FE5A50">
      <w:pPr>
        <w:spacing w:after="40"/>
        <w:rPr>
          <w:rFonts w:ascii="Times New Roman" w:hAnsi="Times New Roman" w:cs="Times New Roman"/>
          <w:color w:val="000000" w:themeColor="text1"/>
          <w:sz w:val="24"/>
          <w:szCs w:val="24"/>
          <w:lang w:val="ro-RO"/>
        </w:rPr>
      </w:pPr>
    </w:p>
    <w:p w14:paraId="6C2A6272" w14:textId="62008F51" w:rsidR="004071C9" w:rsidRPr="005E5CC4" w:rsidRDefault="004071C9" w:rsidP="004071C9">
      <w:pPr>
        <w:pStyle w:val="Heading2"/>
        <w:numPr>
          <w:ilvl w:val="1"/>
          <w:numId w:val="2"/>
        </w:numPr>
        <w:rPr>
          <w:rFonts w:ascii="Times New Roman" w:hAnsi="Times New Roman" w:cs="Times New Roman"/>
          <w:color w:val="000000" w:themeColor="text1"/>
          <w:sz w:val="24"/>
          <w:szCs w:val="24"/>
          <w:lang w:val="ro-RO"/>
        </w:rPr>
      </w:pPr>
      <w:r w:rsidRPr="005E5CC4">
        <w:rPr>
          <w:rFonts w:ascii="Times New Roman" w:hAnsi="Times New Roman" w:cs="Times New Roman"/>
          <w:color w:val="000000" w:themeColor="text1"/>
          <w:sz w:val="24"/>
          <w:szCs w:val="24"/>
          <w:lang w:val="ro-RO"/>
        </w:rPr>
        <w:t>Locația de implementare a IMM-ului</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0"/>
        <w:gridCol w:w="7038"/>
      </w:tblGrid>
      <w:tr w:rsidR="004071C9" w:rsidRPr="005E5CC4" w14:paraId="7359EF90" w14:textId="77777777" w:rsidTr="004071C9">
        <w:trPr>
          <w:cantSplit/>
        </w:trPr>
        <w:tc>
          <w:tcPr>
            <w:tcW w:w="2600" w:type="dxa"/>
            <w:shd w:val="clear" w:color="auto" w:fill="F7F9FC"/>
            <w:tcMar>
              <w:top w:w="90" w:type="dxa"/>
              <w:left w:w="120" w:type="dxa"/>
              <w:bottom w:w="90" w:type="dxa"/>
              <w:right w:w="120" w:type="dxa"/>
            </w:tcMar>
            <w:vAlign w:val="center"/>
          </w:tcPr>
          <w:p w14:paraId="310FA4E7" w14:textId="77777777" w:rsidR="004071C9" w:rsidRPr="005E5CC4" w:rsidRDefault="004071C9" w:rsidP="004071C9">
            <w:pPr>
              <w:spacing w:after="30" w:line="252" w:lineRule="auto"/>
              <w:jc w:val="left"/>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Adresă completă</w:t>
            </w:r>
          </w:p>
        </w:tc>
        <w:tc>
          <w:tcPr>
            <w:tcW w:w="7038" w:type="dxa"/>
            <w:tcMar>
              <w:top w:w="90" w:type="dxa"/>
              <w:left w:w="120" w:type="dxa"/>
              <w:bottom w:w="90" w:type="dxa"/>
              <w:right w:w="120" w:type="dxa"/>
            </w:tcMar>
            <w:vAlign w:val="center"/>
          </w:tcPr>
          <w:p w14:paraId="40360490" w14:textId="77777777" w:rsidR="004071C9" w:rsidRPr="005E5CC4" w:rsidRDefault="004071C9" w:rsidP="004071C9">
            <w:pPr>
              <w:spacing w:after="30" w:line="252" w:lineRule="auto"/>
              <w:jc w:val="left"/>
              <w:rPr>
                <w:rFonts w:ascii="Times New Roman" w:hAnsi="Times New Roman" w:cs="Times New Roman"/>
                <w:iCs/>
                <w:color w:val="auto"/>
                <w:sz w:val="24"/>
                <w:szCs w:val="24"/>
                <w:highlight w:val="yellow"/>
                <w:lang w:val="ro-RO"/>
              </w:rPr>
            </w:pPr>
            <w:r w:rsidRPr="005E5CC4">
              <w:rPr>
                <w:rFonts w:ascii="Times New Roman" w:hAnsi="Times New Roman" w:cs="Times New Roman"/>
                <w:iCs/>
                <w:color w:val="auto"/>
                <w:sz w:val="24"/>
                <w:szCs w:val="24"/>
                <w:highlight w:val="yellow"/>
                <w:lang w:val="ro-RO"/>
              </w:rPr>
              <w:t>[Completați: adresă, localitate, județ, cod poștal]</w:t>
            </w:r>
          </w:p>
        </w:tc>
      </w:tr>
      <w:tr w:rsidR="004071C9" w:rsidRPr="005E5CC4" w14:paraId="58211287" w14:textId="77777777" w:rsidTr="004071C9">
        <w:trPr>
          <w:cantSplit/>
        </w:trPr>
        <w:tc>
          <w:tcPr>
            <w:tcW w:w="2600" w:type="dxa"/>
            <w:shd w:val="clear" w:color="auto" w:fill="F7F9FC"/>
            <w:tcMar>
              <w:top w:w="90" w:type="dxa"/>
              <w:left w:w="120" w:type="dxa"/>
              <w:bottom w:w="90" w:type="dxa"/>
              <w:right w:w="120" w:type="dxa"/>
            </w:tcMar>
            <w:vAlign w:val="center"/>
          </w:tcPr>
          <w:p w14:paraId="5C484CB0" w14:textId="77777777" w:rsidR="004071C9" w:rsidRPr="005E5CC4" w:rsidRDefault="004071C9" w:rsidP="004071C9">
            <w:pPr>
              <w:spacing w:after="30" w:line="252" w:lineRule="auto"/>
              <w:jc w:val="left"/>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lastRenderedPageBreak/>
              <w:t>Regiune / categorie</w:t>
            </w:r>
          </w:p>
        </w:tc>
        <w:tc>
          <w:tcPr>
            <w:tcW w:w="7038" w:type="dxa"/>
            <w:tcMar>
              <w:top w:w="90" w:type="dxa"/>
              <w:left w:w="120" w:type="dxa"/>
              <w:bottom w:w="90" w:type="dxa"/>
              <w:right w:w="120" w:type="dxa"/>
            </w:tcMar>
            <w:vAlign w:val="center"/>
          </w:tcPr>
          <w:p w14:paraId="5CB2F2FF" w14:textId="77777777" w:rsidR="004071C9" w:rsidRPr="005E5CC4" w:rsidRDefault="004071C9" w:rsidP="004071C9">
            <w:pPr>
              <w:spacing w:after="30" w:line="252" w:lineRule="auto"/>
              <w:jc w:val="left"/>
              <w:rPr>
                <w:rFonts w:ascii="Times New Roman" w:hAnsi="Times New Roman" w:cs="Times New Roman"/>
                <w:iCs/>
                <w:color w:val="auto"/>
                <w:sz w:val="24"/>
                <w:szCs w:val="24"/>
                <w:highlight w:val="yellow"/>
                <w:lang w:val="ro-RO"/>
              </w:rPr>
            </w:pPr>
            <w:r w:rsidRPr="005E5CC4">
              <w:rPr>
                <w:rFonts w:ascii="Times New Roman" w:hAnsi="Times New Roman" w:cs="Times New Roman"/>
                <w:iCs/>
                <w:color w:val="auto"/>
                <w:sz w:val="24"/>
                <w:szCs w:val="24"/>
                <w:highlight w:val="yellow"/>
                <w:lang w:val="ro-RO"/>
              </w:rPr>
              <w:t>[Completați: regiunea de dezvoltare și confirmarea încadrării LDR]</w:t>
            </w:r>
          </w:p>
        </w:tc>
      </w:tr>
      <w:tr w:rsidR="004071C9" w:rsidRPr="005E5CC4" w14:paraId="1FC00113" w14:textId="77777777" w:rsidTr="004071C9">
        <w:trPr>
          <w:cantSplit/>
        </w:trPr>
        <w:tc>
          <w:tcPr>
            <w:tcW w:w="2600" w:type="dxa"/>
            <w:shd w:val="clear" w:color="auto" w:fill="F7F9FC"/>
            <w:tcMar>
              <w:top w:w="90" w:type="dxa"/>
              <w:left w:w="120" w:type="dxa"/>
              <w:bottom w:w="90" w:type="dxa"/>
              <w:right w:w="120" w:type="dxa"/>
            </w:tcMar>
            <w:vAlign w:val="center"/>
          </w:tcPr>
          <w:p w14:paraId="07D0A27B" w14:textId="77777777" w:rsidR="004071C9" w:rsidRPr="005E5CC4" w:rsidRDefault="004071C9" w:rsidP="004071C9">
            <w:pPr>
              <w:spacing w:after="30" w:line="252" w:lineRule="auto"/>
              <w:jc w:val="left"/>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Drept asupra spațiului</w:t>
            </w:r>
          </w:p>
        </w:tc>
        <w:tc>
          <w:tcPr>
            <w:tcW w:w="7038" w:type="dxa"/>
            <w:tcMar>
              <w:top w:w="90" w:type="dxa"/>
              <w:left w:w="120" w:type="dxa"/>
              <w:bottom w:w="90" w:type="dxa"/>
              <w:right w:w="120" w:type="dxa"/>
            </w:tcMar>
            <w:vAlign w:val="center"/>
          </w:tcPr>
          <w:p w14:paraId="69F60F90" w14:textId="77777777" w:rsidR="004071C9" w:rsidRPr="005E5CC4" w:rsidRDefault="004071C9" w:rsidP="004071C9">
            <w:pPr>
              <w:spacing w:after="30" w:line="252" w:lineRule="auto"/>
              <w:jc w:val="left"/>
              <w:rPr>
                <w:rFonts w:ascii="Times New Roman" w:hAnsi="Times New Roman" w:cs="Times New Roman"/>
                <w:iCs/>
                <w:color w:val="auto"/>
                <w:sz w:val="24"/>
                <w:szCs w:val="24"/>
                <w:highlight w:val="yellow"/>
                <w:lang w:val="ro-RO"/>
              </w:rPr>
            </w:pPr>
            <w:r w:rsidRPr="005E5CC4">
              <w:rPr>
                <w:rFonts w:ascii="Times New Roman" w:hAnsi="Times New Roman" w:cs="Times New Roman"/>
                <w:iCs/>
                <w:color w:val="auto"/>
                <w:sz w:val="24"/>
                <w:szCs w:val="24"/>
                <w:highlight w:val="yellow"/>
                <w:lang w:val="ro-RO"/>
              </w:rPr>
              <w:t>[Completați: proprietate/concesiune/chirie/alt drept; durată și document suport]</w:t>
            </w:r>
          </w:p>
        </w:tc>
      </w:tr>
      <w:tr w:rsidR="004071C9" w:rsidRPr="005E5CC4" w14:paraId="279833BB" w14:textId="77777777" w:rsidTr="004071C9">
        <w:trPr>
          <w:cantSplit/>
        </w:trPr>
        <w:tc>
          <w:tcPr>
            <w:tcW w:w="2600" w:type="dxa"/>
            <w:shd w:val="clear" w:color="auto" w:fill="F7F9FC"/>
            <w:tcMar>
              <w:top w:w="90" w:type="dxa"/>
              <w:left w:w="120" w:type="dxa"/>
              <w:bottom w:w="90" w:type="dxa"/>
              <w:right w:w="120" w:type="dxa"/>
            </w:tcMar>
            <w:vAlign w:val="center"/>
          </w:tcPr>
          <w:p w14:paraId="23F5EFC0" w14:textId="77777777" w:rsidR="004071C9" w:rsidRPr="005E5CC4" w:rsidRDefault="004071C9" w:rsidP="004071C9">
            <w:pPr>
              <w:spacing w:after="30" w:line="252" w:lineRule="auto"/>
              <w:jc w:val="left"/>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Activități desfășurate aici</w:t>
            </w:r>
          </w:p>
        </w:tc>
        <w:tc>
          <w:tcPr>
            <w:tcW w:w="7038" w:type="dxa"/>
            <w:tcMar>
              <w:top w:w="90" w:type="dxa"/>
              <w:left w:w="120" w:type="dxa"/>
              <w:bottom w:w="90" w:type="dxa"/>
              <w:right w:w="120" w:type="dxa"/>
            </w:tcMar>
            <w:vAlign w:val="center"/>
          </w:tcPr>
          <w:p w14:paraId="2CFB54EB" w14:textId="77777777" w:rsidR="004071C9" w:rsidRPr="005E5CC4" w:rsidRDefault="004071C9" w:rsidP="004071C9">
            <w:pPr>
              <w:spacing w:after="30" w:line="252" w:lineRule="auto"/>
              <w:jc w:val="left"/>
              <w:rPr>
                <w:rFonts w:ascii="Times New Roman" w:hAnsi="Times New Roman" w:cs="Times New Roman"/>
                <w:iCs/>
                <w:color w:val="auto"/>
                <w:sz w:val="24"/>
                <w:szCs w:val="24"/>
                <w:highlight w:val="yellow"/>
                <w:lang w:val="ro-RO"/>
              </w:rPr>
            </w:pPr>
            <w:r w:rsidRPr="005E5CC4">
              <w:rPr>
                <w:rFonts w:ascii="Times New Roman" w:hAnsi="Times New Roman" w:cs="Times New Roman"/>
                <w:iCs/>
                <w:color w:val="auto"/>
                <w:sz w:val="24"/>
                <w:szCs w:val="24"/>
                <w:highlight w:val="yellow"/>
                <w:lang w:val="ro-RO"/>
              </w:rPr>
              <w:t>[Completați: activitățile, echipamentele și personalul care vor fi localizate la această adresă]</w:t>
            </w:r>
          </w:p>
          <w:p w14:paraId="40F58FBE" w14:textId="77777777" w:rsidR="004071C9" w:rsidRPr="005E5CC4" w:rsidRDefault="004071C9" w:rsidP="004071C9">
            <w:pPr>
              <w:spacing w:after="40" w:line="252" w:lineRule="auto"/>
              <w:jc w:val="left"/>
              <w:rPr>
                <w:rFonts w:ascii="Times New Roman" w:hAnsi="Times New Roman" w:cs="Times New Roman"/>
                <w:iCs/>
                <w:color w:val="auto"/>
                <w:sz w:val="24"/>
                <w:szCs w:val="24"/>
                <w:highlight w:val="yellow"/>
                <w:lang w:val="ro-RO"/>
              </w:rPr>
            </w:pPr>
            <w:r w:rsidRPr="005E5CC4">
              <w:rPr>
                <w:rFonts w:ascii="Times New Roman" w:hAnsi="Times New Roman" w:cs="Times New Roman"/>
                <w:iCs/>
                <w:color w:val="auto"/>
                <w:sz w:val="24"/>
                <w:szCs w:val="24"/>
                <w:highlight w:val="yellow"/>
                <w:lang w:val="ro-RO"/>
              </w:rPr>
              <w:t xml:space="preserve"> </w:t>
            </w:r>
          </w:p>
        </w:tc>
      </w:tr>
      <w:tr w:rsidR="004071C9" w:rsidRPr="005E5CC4" w14:paraId="65BE6FD8" w14:textId="77777777" w:rsidTr="004071C9">
        <w:trPr>
          <w:cantSplit/>
        </w:trPr>
        <w:tc>
          <w:tcPr>
            <w:tcW w:w="2600" w:type="dxa"/>
            <w:shd w:val="clear" w:color="auto" w:fill="F7F9FC"/>
            <w:tcMar>
              <w:top w:w="90" w:type="dxa"/>
              <w:left w:w="120" w:type="dxa"/>
              <w:bottom w:w="90" w:type="dxa"/>
              <w:right w:w="120" w:type="dxa"/>
            </w:tcMar>
            <w:vAlign w:val="center"/>
          </w:tcPr>
          <w:p w14:paraId="15056042" w14:textId="77777777" w:rsidR="004071C9" w:rsidRPr="005E5CC4" w:rsidRDefault="004071C9" w:rsidP="004071C9">
            <w:pPr>
              <w:spacing w:after="30" w:line="252" w:lineRule="auto"/>
              <w:jc w:val="left"/>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Autorizare CAEN</w:t>
            </w:r>
          </w:p>
        </w:tc>
        <w:tc>
          <w:tcPr>
            <w:tcW w:w="7038" w:type="dxa"/>
            <w:tcMar>
              <w:top w:w="90" w:type="dxa"/>
              <w:left w:w="120" w:type="dxa"/>
              <w:bottom w:w="90" w:type="dxa"/>
              <w:right w:w="120" w:type="dxa"/>
            </w:tcMar>
            <w:vAlign w:val="center"/>
          </w:tcPr>
          <w:p w14:paraId="0A4A76DB" w14:textId="77777777" w:rsidR="004071C9" w:rsidRPr="005E5CC4" w:rsidRDefault="004071C9" w:rsidP="004071C9">
            <w:pPr>
              <w:spacing w:after="30" w:line="252" w:lineRule="auto"/>
              <w:jc w:val="left"/>
              <w:rPr>
                <w:rFonts w:ascii="Times New Roman" w:hAnsi="Times New Roman" w:cs="Times New Roman"/>
                <w:iCs/>
                <w:color w:val="auto"/>
                <w:sz w:val="24"/>
                <w:szCs w:val="24"/>
                <w:highlight w:val="yellow"/>
                <w:lang w:val="ro-RO"/>
              </w:rPr>
            </w:pPr>
            <w:r w:rsidRPr="005E5CC4">
              <w:rPr>
                <w:rFonts w:ascii="Times New Roman" w:hAnsi="Times New Roman" w:cs="Times New Roman"/>
                <w:iCs/>
                <w:color w:val="auto"/>
                <w:sz w:val="24"/>
                <w:szCs w:val="24"/>
                <w:highlight w:val="yellow"/>
                <w:lang w:val="ro-RO"/>
              </w:rPr>
              <w:t>[Completați: documentul și data până la care activitatea eligibilă va fi autorizată]</w:t>
            </w:r>
          </w:p>
        </w:tc>
      </w:tr>
    </w:tbl>
    <w:p w14:paraId="55D5ABD3" w14:textId="77777777" w:rsidR="004071C9" w:rsidRPr="005E5CC4" w:rsidRDefault="004071C9" w:rsidP="004071C9">
      <w:pPr>
        <w:spacing w:after="80" w:line="240" w:lineRule="auto"/>
        <w:jc w:val="left"/>
        <w:rPr>
          <w:color w:val="auto"/>
          <w:sz w:val="21"/>
          <w:lang w:val="ro-RO"/>
        </w:rPr>
      </w:pPr>
    </w:p>
    <w:p w14:paraId="34E425A6" w14:textId="62750345" w:rsidR="00D023A2" w:rsidRPr="005E5CC4" w:rsidRDefault="00D023A2" w:rsidP="00D023A2">
      <w:pPr>
        <w:pStyle w:val="Heading2"/>
        <w:numPr>
          <w:ilvl w:val="1"/>
          <w:numId w:val="2"/>
        </w:numPr>
        <w:rPr>
          <w:rFonts w:ascii="Times New Roman" w:hAnsi="Times New Roman" w:cs="Times New Roman"/>
          <w:color w:val="000000" w:themeColor="text1"/>
          <w:sz w:val="24"/>
          <w:szCs w:val="24"/>
          <w:lang w:val="ro-RO"/>
        </w:rPr>
      </w:pPr>
      <w:r w:rsidRPr="005E5CC4">
        <w:rPr>
          <w:rFonts w:ascii="Times New Roman" w:hAnsi="Times New Roman" w:cs="Times New Roman"/>
          <w:color w:val="000000" w:themeColor="text1"/>
          <w:sz w:val="24"/>
          <w:szCs w:val="24"/>
          <w:lang w:val="ro-RO"/>
        </w:rPr>
        <w:t>Lista de control a eligibilității</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5500"/>
        <w:gridCol w:w="1300"/>
        <w:gridCol w:w="2238"/>
      </w:tblGrid>
      <w:tr w:rsidR="00D023A2" w:rsidRPr="005E5CC4" w14:paraId="16B8B6B3" w14:textId="77777777" w:rsidTr="00D023A2">
        <w:trPr>
          <w:tblHeader/>
        </w:trPr>
        <w:tc>
          <w:tcPr>
            <w:tcW w:w="600" w:type="dxa"/>
            <w:shd w:val="clear" w:color="auto" w:fill="17365D"/>
            <w:tcMar>
              <w:top w:w="90" w:type="dxa"/>
              <w:left w:w="120" w:type="dxa"/>
              <w:bottom w:w="90" w:type="dxa"/>
              <w:right w:w="120" w:type="dxa"/>
            </w:tcMar>
            <w:vAlign w:val="center"/>
          </w:tcPr>
          <w:p w14:paraId="2F851019" w14:textId="77777777" w:rsidR="00D023A2" w:rsidRPr="005E5CC4" w:rsidRDefault="00D023A2" w:rsidP="003E7A10">
            <w:pPr>
              <w:spacing w:after="30" w:line="252" w:lineRule="auto"/>
              <w:jc w:val="center"/>
              <w:rPr>
                <w:rFonts w:ascii="Times New Roman" w:hAnsi="Times New Roman" w:cs="Times New Roman"/>
                <w:sz w:val="24"/>
                <w:szCs w:val="24"/>
                <w:lang w:val="ro-RO"/>
              </w:rPr>
            </w:pPr>
            <w:r w:rsidRPr="005E5CC4">
              <w:rPr>
                <w:rFonts w:ascii="Times New Roman" w:hAnsi="Times New Roman" w:cs="Times New Roman"/>
                <w:b/>
                <w:color w:val="FFFFFF"/>
                <w:sz w:val="24"/>
                <w:szCs w:val="24"/>
                <w:lang w:val="ro-RO"/>
              </w:rPr>
              <w:t>Nr.</w:t>
            </w:r>
          </w:p>
        </w:tc>
        <w:tc>
          <w:tcPr>
            <w:tcW w:w="5500" w:type="dxa"/>
            <w:shd w:val="clear" w:color="auto" w:fill="17365D"/>
            <w:tcMar>
              <w:top w:w="90" w:type="dxa"/>
              <w:left w:w="120" w:type="dxa"/>
              <w:bottom w:w="90" w:type="dxa"/>
              <w:right w:w="120" w:type="dxa"/>
            </w:tcMar>
            <w:vAlign w:val="center"/>
          </w:tcPr>
          <w:p w14:paraId="1EC74ACD" w14:textId="77777777" w:rsidR="00D023A2" w:rsidRPr="005E5CC4" w:rsidRDefault="00D023A2" w:rsidP="003E7A10">
            <w:pPr>
              <w:spacing w:after="30" w:line="252" w:lineRule="auto"/>
              <w:jc w:val="center"/>
              <w:rPr>
                <w:rFonts w:ascii="Times New Roman" w:hAnsi="Times New Roman" w:cs="Times New Roman"/>
                <w:sz w:val="24"/>
                <w:szCs w:val="24"/>
                <w:lang w:val="ro-RO"/>
              </w:rPr>
            </w:pPr>
            <w:r w:rsidRPr="005E5CC4">
              <w:rPr>
                <w:rFonts w:ascii="Times New Roman" w:hAnsi="Times New Roman" w:cs="Times New Roman"/>
                <w:b/>
                <w:color w:val="FFFFFF"/>
                <w:sz w:val="24"/>
                <w:szCs w:val="24"/>
                <w:lang w:val="ro-RO"/>
              </w:rPr>
              <w:t>Verificare</w:t>
            </w:r>
          </w:p>
        </w:tc>
        <w:tc>
          <w:tcPr>
            <w:tcW w:w="1300" w:type="dxa"/>
            <w:shd w:val="clear" w:color="auto" w:fill="17365D"/>
            <w:tcMar>
              <w:top w:w="90" w:type="dxa"/>
              <w:left w:w="120" w:type="dxa"/>
              <w:bottom w:w="90" w:type="dxa"/>
              <w:right w:w="120" w:type="dxa"/>
            </w:tcMar>
            <w:vAlign w:val="center"/>
          </w:tcPr>
          <w:p w14:paraId="5E8D6B65" w14:textId="77777777" w:rsidR="00D023A2" w:rsidRPr="005E5CC4" w:rsidRDefault="00D023A2" w:rsidP="003E7A10">
            <w:pPr>
              <w:spacing w:after="30" w:line="252" w:lineRule="auto"/>
              <w:jc w:val="center"/>
              <w:rPr>
                <w:rFonts w:ascii="Times New Roman" w:hAnsi="Times New Roman" w:cs="Times New Roman"/>
                <w:sz w:val="24"/>
                <w:szCs w:val="24"/>
                <w:lang w:val="ro-RO"/>
              </w:rPr>
            </w:pPr>
            <w:r w:rsidRPr="005E5CC4">
              <w:rPr>
                <w:rFonts w:ascii="Times New Roman" w:hAnsi="Times New Roman" w:cs="Times New Roman"/>
                <w:b/>
                <w:color w:val="FFFFFF"/>
                <w:sz w:val="24"/>
                <w:szCs w:val="24"/>
                <w:lang w:val="ro-RO"/>
              </w:rPr>
              <w:t>Răspuns</w:t>
            </w:r>
          </w:p>
        </w:tc>
        <w:tc>
          <w:tcPr>
            <w:tcW w:w="2238" w:type="dxa"/>
            <w:shd w:val="clear" w:color="auto" w:fill="17365D"/>
            <w:tcMar>
              <w:top w:w="90" w:type="dxa"/>
              <w:left w:w="120" w:type="dxa"/>
              <w:bottom w:w="90" w:type="dxa"/>
              <w:right w:w="120" w:type="dxa"/>
            </w:tcMar>
            <w:vAlign w:val="center"/>
          </w:tcPr>
          <w:p w14:paraId="725DE21F" w14:textId="77777777" w:rsidR="00D023A2" w:rsidRPr="005E5CC4" w:rsidRDefault="00D023A2" w:rsidP="003E7A10">
            <w:pPr>
              <w:spacing w:after="30" w:line="252" w:lineRule="auto"/>
              <w:jc w:val="center"/>
              <w:rPr>
                <w:rFonts w:ascii="Times New Roman" w:hAnsi="Times New Roman" w:cs="Times New Roman"/>
                <w:sz w:val="24"/>
                <w:szCs w:val="24"/>
                <w:lang w:val="ro-RO"/>
              </w:rPr>
            </w:pPr>
            <w:r w:rsidRPr="005E5CC4">
              <w:rPr>
                <w:rFonts w:ascii="Times New Roman" w:hAnsi="Times New Roman" w:cs="Times New Roman"/>
                <w:b/>
                <w:color w:val="FFFFFF"/>
                <w:sz w:val="24"/>
                <w:szCs w:val="24"/>
                <w:lang w:val="ro-RO"/>
              </w:rPr>
              <w:t>Document/cod dovadă</w:t>
            </w:r>
          </w:p>
        </w:tc>
      </w:tr>
      <w:tr w:rsidR="00D023A2" w:rsidRPr="005E5CC4" w14:paraId="6367B4DB" w14:textId="77777777" w:rsidTr="00D023A2">
        <w:trPr>
          <w:cantSplit/>
        </w:trPr>
        <w:tc>
          <w:tcPr>
            <w:tcW w:w="600" w:type="dxa"/>
            <w:shd w:val="clear" w:color="auto" w:fill="F7F9FC"/>
          </w:tcPr>
          <w:p w14:paraId="4745B92F" w14:textId="77777777" w:rsidR="00D023A2" w:rsidRPr="005E5CC4" w:rsidRDefault="00D023A2" w:rsidP="003E7A10">
            <w:pPr>
              <w:spacing w:after="30" w:line="252" w:lineRule="auto"/>
              <w:jc w:val="center"/>
              <w:rPr>
                <w:rFonts w:ascii="Times New Roman" w:hAnsi="Times New Roman" w:cs="Times New Roman"/>
                <w:sz w:val="24"/>
                <w:szCs w:val="24"/>
                <w:lang w:val="ro-RO"/>
              </w:rPr>
            </w:pPr>
            <w:r w:rsidRPr="005E5CC4">
              <w:rPr>
                <w:rFonts w:ascii="Times New Roman" w:hAnsi="Times New Roman" w:cs="Times New Roman"/>
                <w:color w:val="000000"/>
                <w:sz w:val="24"/>
                <w:szCs w:val="24"/>
                <w:lang w:val="ro-RO"/>
              </w:rPr>
              <w:t>1</w:t>
            </w:r>
          </w:p>
        </w:tc>
        <w:tc>
          <w:tcPr>
            <w:tcW w:w="5500" w:type="dxa"/>
            <w:shd w:val="clear" w:color="auto" w:fill="F7F9FC"/>
          </w:tcPr>
          <w:p w14:paraId="58DE16D7" w14:textId="77777777" w:rsidR="00D023A2" w:rsidRPr="005E5CC4" w:rsidRDefault="00D023A2" w:rsidP="003E7A10">
            <w:pPr>
              <w:spacing w:after="30" w:line="252" w:lineRule="auto"/>
              <w:rPr>
                <w:rFonts w:ascii="Times New Roman" w:hAnsi="Times New Roman" w:cs="Times New Roman"/>
                <w:sz w:val="24"/>
                <w:szCs w:val="24"/>
                <w:lang w:val="ro-RO"/>
              </w:rPr>
            </w:pPr>
            <w:r w:rsidRPr="005E5CC4">
              <w:rPr>
                <w:rFonts w:ascii="Times New Roman" w:hAnsi="Times New Roman" w:cs="Times New Roman"/>
                <w:color w:val="000000"/>
                <w:sz w:val="24"/>
                <w:szCs w:val="24"/>
                <w:lang w:val="ro-RO"/>
              </w:rPr>
              <w:t>Încadrare în categoria IMM, inclusiv date agregate</w:t>
            </w:r>
          </w:p>
        </w:tc>
        <w:tc>
          <w:tcPr>
            <w:tcW w:w="1300" w:type="dxa"/>
            <w:shd w:val="clear" w:color="auto" w:fill="F7F9FC"/>
          </w:tcPr>
          <w:p w14:paraId="5B1F1CFB" w14:textId="77777777" w:rsidR="00D023A2" w:rsidRPr="005E5CC4" w:rsidRDefault="00D023A2" w:rsidP="003E7A10">
            <w:pPr>
              <w:spacing w:after="30" w:line="252" w:lineRule="auto"/>
              <w:rPr>
                <w:rFonts w:ascii="Times New Roman" w:hAnsi="Times New Roman" w:cs="Times New Roman"/>
                <w:sz w:val="24"/>
                <w:szCs w:val="24"/>
                <w:highlight w:val="yellow"/>
                <w:lang w:val="ro-RO"/>
              </w:rPr>
            </w:pPr>
            <w:r w:rsidRPr="005E5CC4">
              <w:rPr>
                <w:rFonts w:ascii="Times New Roman" w:hAnsi="Times New Roman" w:cs="Times New Roman"/>
                <w:color w:val="000000"/>
                <w:sz w:val="24"/>
                <w:szCs w:val="24"/>
                <w:highlight w:val="yellow"/>
                <w:lang w:val="ro-RO"/>
              </w:rPr>
              <w:t>[DA/NU]</w:t>
            </w:r>
          </w:p>
        </w:tc>
        <w:tc>
          <w:tcPr>
            <w:tcW w:w="2238" w:type="dxa"/>
            <w:shd w:val="clear" w:color="auto" w:fill="F7F9FC"/>
          </w:tcPr>
          <w:p w14:paraId="53A7B215" w14:textId="77777777" w:rsidR="00D023A2" w:rsidRPr="005E5CC4" w:rsidRDefault="00D023A2" w:rsidP="00D06AA3">
            <w:pPr>
              <w:spacing w:after="30" w:line="252" w:lineRule="auto"/>
              <w:jc w:val="center"/>
              <w:rPr>
                <w:rFonts w:ascii="Times New Roman" w:hAnsi="Times New Roman" w:cs="Times New Roman"/>
                <w:sz w:val="24"/>
                <w:szCs w:val="24"/>
                <w:highlight w:val="yellow"/>
                <w:lang w:val="ro-RO"/>
              </w:rPr>
            </w:pPr>
            <w:r w:rsidRPr="005E5CC4">
              <w:rPr>
                <w:rFonts w:ascii="Times New Roman" w:hAnsi="Times New Roman" w:cs="Times New Roman"/>
                <w:color w:val="000000"/>
                <w:sz w:val="24"/>
                <w:szCs w:val="24"/>
                <w:highlight w:val="yellow"/>
                <w:lang w:val="ro-RO"/>
              </w:rPr>
              <w:t>[dovadă]</w:t>
            </w:r>
          </w:p>
        </w:tc>
      </w:tr>
      <w:tr w:rsidR="00D023A2" w:rsidRPr="005E5CC4" w14:paraId="290FB2E1" w14:textId="77777777" w:rsidTr="00D023A2">
        <w:trPr>
          <w:cantSplit/>
        </w:trPr>
        <w:tc>
          <w:tcPr>
            <w:tcW w:w="600" w:type="dxa"/>
            <w:shd w:val="clear" w:color="auto" w:fill="FFFFFF"/>
          </w:tcPr>
          <w:p w14:paraId="1C921E9C" w14:textId="77777777" w:rsidR="00D023A2" w:rsidRPr="005E5CC4" w:rsidRDefault="00D023A2" w:rsidP="003E7A10">
            <w:pPr>
              <w:spacing w:after="30" w:line="252" w:lineRule="auto"/>
              <w:jc w:val="center"/>
              <w:rPr>
                <w:rFonts w:ascii="Times New Roman" w:hAnsi="Times New Roman" w:cs="Times New Roman"/>
                <w:sz w:val="24"/>
                <w:szCs w:val="24"/>
                <w:lang w:val="ro-RO"/>
              </w:rPr>
            </w:pPr>
            <w:r w:rsidRPr="005E5CC4">
              <w:rPr>
                <w:rFonts w:ascii="Times New Roman" w:hAnsi="Times New Roman" w:cs="Times New Roman"/>
                <w:color w:val="000000"/>
                <w:sz w:val="24"/>
                <w:szCs w:val="24"/>
                <w:lang w:val="ro-RO"/>
              </w:rPr>
              <w:t>2</w:t>
            </w:r>
          </w:p>
        </w:tc>
        <w:tc>
          <w:tcPr>
            <w:tcW w:w="5500" w:type="dxa"/>
            <w:shd w:val="clear" w:color="auto" w:fill="FFFFFF"/>
          </w:tcPr>
          <w:p w14:paraId="2CAD137A" w14:textId="77777777" w:rsidR="00D023A2" w:rsidRPr="005E5CC4" w:rsidRDefault="00D023A2" w:rsidP="003E7A10">
            <w:pPr>
              <w:spacing w:after="30" w:line="252" w:lineRule="auto"/>
              <w:rPr>
                <w:rFonts w:ascii="Times New Roman" w:hAnsi="Times New Roman" w:cs="Times New Roman"/>
                <w:sz w:val="24"/>
                <w:szCs w:val="24"/>
                <w:lang w:val="ro-RO"/>
              </w:rPr>
            </w:pPr>
            <w:r w:rsidRPr="005E5CC4">
              <w:rPr>
                <w:rFonts w:ascii="Times New Roman" w:hAnsi="Times New Roman" w:cs="Times New Roman"/>
                <w:color w:val="000000"/>
                <w:sz w:val="24"/>
                <w:szCs w:val="24"/>
                <w:lang w:val="ro-RO"/>
              </w:rPr>
              <w:t>Cod CAEN eligibil autorizat la locația proiectului</w:t>
            </w:r>
          </w:p>
        </w:tc>
        <w:tc>
          <w:tcPr>
            <w:tcW w:w="1300" w:type="dxa"/>
            <w:shd w:val="clear" w:color="auto" w:fill="FFFFFF"/>
          </w:tcPr>
          <w:p w14:paraId="06D0E9C5" w14:textId="77777777" w:rsidR="00D023A2" w:rsidRPr="005E5CC4" w:rsidRDefault="00D023A2" w:rsidP="003E7A10">
            <w:pPr>
              <w:spacing w:after="30" w:line="252" w:lineRule="auto"/>
              <w:rPr>
                <w:rFonts w:ascii="Times New Roman" w:hAnsi="Times New Roman" w:cs="Times New Roman"/>
                <w:sz w:val="24"/>
                <w:szCs w:val="24"/>
                <w:highlight w:val="yellow"/>
                <w:lang w:val="ro-RO"/>
              </w:rPr>
            </w:pPr>
            <w:r w:rsidRPr="005E5CC4">
              <w:rPr>
                <w:rFonts w:ascii="Times New Roman" w:hAnsi="Times New Roman" w:cs="Times New Roman"/>
                <w:color w:val="000000"/>
                <w:sz w:val="24"/>
                <w:szCs w:val="24"/>
                <w:highlight w:val="yellow"/>
                <w:lang w:val="ro-RO"/>
              </w:rPr>
              <w:t>[DA/NU]</w:t>
            </w:r>
          </w:p>
        </w:tc>
        <w:tc>
          <w:tcPr>
            <w:tcW w:w="2238" w:type="dxa"/>
            <w:shd w:val="clear" w:color="auto" w:fill="FFFFFF"/>
          </w:tcPr>
          <w:p w14:paraId="17A4D1C2" w14:textId="77777777" w:rsidR="00D023A2" w:rsidRPr="005E5CC4" w:rsidRDefault="00D023A2" w:rsidP="00D06AA3">
            <w:pPr>
              <w:spacing w:after="30" w:line="252" w:lineRule="auto"/>
              <w:jc w:val="center"/>
              <w:rPr>
                <w:rFonts w:ascii="Times New Roman" w:hAnsi="Times New Roman" w:cs="Times New Roman"/>
                <w:sz w:val="24"/>
                <w:szCs w:val="24"/>
                <w:highlight w:val="yellow"/>
                <w:lang w:val="ro-RO"/>
              </w:rPr>
            </w:pPr>
            <w:r w:rsidRPr="005E5CC4">
              <w:rPr>
                <w:rFonts w:ascii="Times New Roman" w:hAnsi="Times New Roman" w:cs="Times New Roman"/>
                <w:color w:val="000000"/>
                <w:sz w:val="24"/>
                <w:szCs w:val="24"/>
                <w:highlight w:val="yellow"/>
                <w:lang w:val="ro-RO"/>
              </w:rPr>
              <w:t>[dovadă]</w:t>
            </w:r>
          </w:p>
        </w:tc>
      </w:tr>
      <w:tr w:rsidR="00D023A2" w:rsidRPr="005E5CC4" w14:paraId="35C18DFD" w14:textId="77777777" w:rsidTr="00D023A2">
        <w:trPr>
          <w:cantSplit/>
        </w:trPr>
        <w:tc>
          <w:tcPr>
            <w:tcW w:w="600" w:type="dxa"/>
            <w:shd w:val="clear" w:color="auto" w:fill="F7F9FC"/>
          </w:tcPr>
          <w:p w14:paraId="5A4E2C71" w14:textId="77777777" w:rsidR="00D023A2" w:rsidRPr="005E5CC4" w:rsidRDefault="00D023A2" w:rsidP="003E7A10">
            <w:pPr>
              <w:spacing w:after="30" w:line="252" w:lineRule="auto"/>
              <w:jc w:val="center"/>
              <w:rPr>
                <w:rFonts w:ascii="Times New Roman" w:hAnsi="Times New Roman" w:cs="Times New Roman"/>
                <w:sz w:val="24"/>
                <w:szCs w:val="24"/>
                <w:lang w:val="ro-RO"/>
              </w:rPr>
            </w:pPr>
            <w:r w:rsidRPr="005E5CC4">
              <w:rPr>
                <w:rFonts w:ascii="Times New Roman" w:hAnsi="Times New Roman" w:cs="Times New Roman"/>
                <w:color w:val="000000"/>
                <w:sz w:val="24"/>
                <w:szCs w:val="24"/>
                <w:lang w:val="ro-RO"/>
              </w:rPr>
              <w:t>3</w:t>
            </w:r>
          </w:p>
        </w:tc>
        <w:tc>
          <w:tcPr>
            <w:tcW w:w="5500" w:type="dxa"/>
            <w:shd w:val="clear" w:color="auto" w:fill="F7F9FC"/>
          </w:tcPr>
          <w:p w14:paraId="040BC891" w14:textId="77777777" w:rsidR="00D023A2" w:rsidRPr="005E5CC4" w:rsidRDefault="00D023A2" w:rsidP="003E7A10">
            <w:pPr>
              <w:spacing w:after="30" w:line="252" w:lineRule="auto"/>
              <w:rPr>
                <w:rFonts w:ascii="Times New Roman" w:hAnsi="Times New Roman" w:cs="Times New Roman"/>
                <w:sz w:val="24"/>
                <w:szCs w:val="24"/>
                <w:lang w:val="ro-RO"/>
              </w:rPr>
            </w:pPr>
            <w:r w:rsidRPr="005E5CC4">
              <w:rPr>
                <w:rFonts w:ascii="Times New Roman" w:hAnsi="Times New Roman" w:cs="Times New Roman"/>
                <w:color w:val="000000"/>
                <w:sz w:val="24"/>
                <w:szCs w:val="24"/>
                <w:lang w:val="ro-RO"/>
              </w:rPr>
              <w:t>Locație de implementare într-o regiune LDR</w:t>
            </w:r>
          </w:p>
        </w:tc>
        <w:tc>
          <w:tcPr>
            <w:tcW w:w="1300" w:type="dxa"/>
            <w:shd w:val="clear" w:color="auto" w:fill="F7F9FC"/>
          </w:tcPr>
          <w:p w14:paraId="531A0A2A" w14:textId="77777777" w:rsidR="00D023A2" w:rsidRPr="005E5CC4" w:rsidRDefault="00D023A2" w:rsidP="003E7A10">
            <w:pPr>
              <w:spacing w:after="30" w:line="252" w:lineRule="auto"/>
              <w:rPr>
                <w:rFonts w:ascii="Times New Roman" w:hAnsi="Times New Roman" w:cs="Times New Roman"/>
                <w:sz w:val="24"/>
                <w:szCs w:val="24"/>
                <w:highlight w:val="yellow"/>
                <w:lang w:val="ro-RO"/>
              </w:rPr>
            </w:pPr>
            <w:r w:rsidRPr="005E5CC4">
              <w:rPr>
                <w:rFonts w:ascii="Times New Roman" w:hAnsi="Times New Roman" w:cs="Times New Roman"/>
                <w:color w:val="000000"/>
                <w:sz w:val="24"/>
                <w:szCs w:val="24"/>
                <w:highlight w:val="yellow"/>
                <w:lang w:val="ro-RO"/>
              </w:rPr>
              <w:t>[DA/NU]</w:t>
            </w:r>
          </w:p>
        </w:tc>
        <w:tc>
          <w:tcPr>
            <w:tcW w:w="2238" w:type="dxa"/>
            <w:shd w:val="clear" w:color="auto" w:fill="F7F9FC"/>
          </w:tcPr>
          <w:p w14:paraId="2904BC89" w14:textId="77777777" w:rsidR="00D023A2" w:rsidRPr="005E5CC4" w:rsidRDefault="00D023A2" w:rsidP="00D06AA3">
            <w:pPr>
              <w:spacing w:after="30" w:line="252" w:lineRule="auto"/>
              <w:jc w:val="center"/>
              <w:rPr>
                <w:rFonts w:ascii="Times New Roman" w:hAnsi="Times New Roman" w:cs="Times New Roman"/>
                <w:sz w:val="24"/>
                <w:szCs w:val="24"/>
                <w:highlight w:val="yellow"/>
                <w:lang w:val="ro-RO"/>
              </w:rPr>
            </w:pPr>
            <w:r w:rsidRPr="005E5CC4">
              <w:rPr>
                <w:rFonts w:ascii="Times New Roman" w:hAnsi="Times New Roman" w:cs="Times New Roman"/>
                <w:color w:val="000000"/>
                <w:sz w:val="24"/>
                <w:szCs w:val="24"/>
                <w:highlight w:val="yellow"/>
                <w:lang w:val="ro-RO"/>
              </w:rPr>
              <w:t>[dovadă]</w:t>
            </w:r>
          </w:p>
        </w:tc>
      </w:tr>
      <w:tr w:rsidR="00D023A2" w:rsidRPr="005E5CC4" w14:paraId="209DF3E9" w14:textId="77777777" w:rsidTr="00D023A2">
        <w:trPr>
          <w:cantSplit/>
        </w:trPr>
        <w:tc>
          <w:tcPr>
            <w:tcW w:w="600" w:type="dxa"/>
            <w:shd w:val="clear" w:color="auto" w:fill="FFFFFF"/>
          </w:tcPr>
          <w:p w14:paraId="5D7101EB" w14:textId="77777777" w:rsidR="00D023A2" w:rsidRPr="005E5CC4" w:rsidRDefault="00D023A2" w:rsidP="003E7A10">
            <w:pPr>
              <w:spacing w:after="30" w:line="252" w:lineRule="auto"/>
              <w:jc w:val="center"/>
              <w:rPr>
                <w:rFonts w:ascii="Times New Roman" w:hAnsi="Times New Roman" w:cs="Times New Roman"/>
                <w:sz w:val="24"/>
                <w:szCs w:val="24"/>
                <w:lang w:val="ro-RO"/>
              </w:rPr>
            </w:pPr>
            <w:r w:rsidRPr="005E5CC4">
              <w:rPr>
                <w:rFonts w:ascii="Times New Roman" w:hAnsi="Times New Roman" w:cs="Times New Roman"/>
                <w:color w:val="000000"/>
                <w:sz w:val="24"/>
                <w:szCs w:val="24"/>
                <w:lang w:val="ro-RO"/>
              </w:rPr>
              <w:t>4</w:t>
            </w:r>
          </w:p>
        </w:tc>
        <w:tc>
          <w:tcPr>
            <w:tcW w:w="5500" w:type="dxa"/>
            <w:shd w:val="clear" w:color="auto" w:fill="FFFFFF"/>
          </w:tcPr>
          <w:p w14:paraId="53637A7F" w14:textId="77777777" w:rsidR="00D023A2" w:rsidRPr="005E5CC4" w:rsidRDefault="00D023A2" w:rsidP="003E7A10">
            <w:pPr>
              <w:spacing w:after="30" w:line="252" w:lineRule="auto"/>
              <w:rPr>
                <w:rFonts w:ascii="Times New Roman" w:hAnsi="Times New Roman" w:cs="Times New Roman"/>
                <w:sz w:val="24"/>
                <w:szCs w:val="24"/>
                <w:lang w:val="ro-RO"/>
              </w:rPr>
            </w:pPr>
            <w:r w:rsidRPr="005E5CC4">
              <w:rPr>
                <w:rFonts w:ascii="Times New Roman" w:hAnsi="Times New Roman" w:cs="Times New Roman"/>
                <w:color w:val="000000"/>
                <w:sz w:val="24"/>
                <w:szCs w:val="24"/>
                <w:lang w:val="ro-RO"/>
              </w:rPr>
              <w:t>Întreprinderea nu este în dificultate/insolvență/faliment</w:t>
            </w:r>
          </w:p>
        </w:tc>
        <w:tc>
          <w:tcPr>
            <w:tcW w:w="1300" w:type="dxa"/>
            <w:shd w:val="clear" w:color="auto" w:fill="FFFFFF"/>
          </w:tcPr>
          <w:p w14:paraId="2A5F4A15" w14:textId="77777777" w:rsidR="00D023A2" w:rsidRPr="005E5CC4" w:rsidRDefault="00D023A2" w:rsidP="003E7A10">
            <w:pPr>
              <w:spacing w:after="30" w:line="252" w:lineRule="auto"/>
              <w:rPr>
                <w:rFonts w:ascii="Times New Roman" w:hAnsi="Times New Roman" w:cs="Times New Roman"/>
                <w:sz w:val="24"/>
                <w:szCs w:val="24"/>
                <w:highlight w:val="yellow"/>
                <w:lang w:val="ro-RO"/>
              </w:rPr>
            </w:pPr>
            <w:r w:rsidRPr="005E5CC4">
              <w:rPr>
                <w:rFonts w:ascii="Times New Roman" w:hAnsi="Times New Roman" w:cs="Times New Roman"/>
                <w:color w:val="000000"/>
                <w:sz w:val="24"/>
                <w:szCs w:val="24"/>
                <w:highlight w:val="yellow"/>
                <w:lang w:val="ro-RO"/>
              </w:rPr>
              <w:t>[DA/NU]</w:t>
            </w:r>
          </w:p>
        </w:tc>
        <w:tc>
          <w:tcPr>
            <w:tcW w:w="2238" w:type="dxa"/>
            <w:shd w:val="clear" w:color="auto" w:fill="FFFFFF"/>
          </w:tcPr>
          <w:p w14:paraId="24A9C958" w14:textId="77777777" w:rsidR="00D023A2" w:rsidRPr="005E5CC4" w:rsidRDefault="00D023A2" w:rsidP="00D06AA3">
            <w:pPr>
              <w:spacing w:after="30" w:line="252" w:lineRule="auto"/>
              <w:jc w:val="center"/>
              <w:rPr>
                <w:rFonts w:ascii="Times New Roman" w:hAnsi="Times New Roman" w:cs="Times New Roman"/>
                <w:sz w:val="24"/>
                <w:szCs w:val="24"/>
                <w:highlight w:val="yellow"/>
                <w:lang w:val="ro-RO"/>
              </w:rPr>
            </w:pPr>
            <w:r w:rsidRPr="005E5CC4">
              <w:rPr>
                <w:rFonts w:ascii="Times New Roman" w:hAnsi="Times New Roman" w:cs="Times New Roman"/>
                <w:color w:val="000000"/>
                <w:sz w:val="24"/>
                <w:szCs w:val="24"/>
                <w:highlight w:val="yellow"/>
                <w:lang w:val="ro-RO"/>
              </w:rPr>
              <w:t>[dovadă]</w:t>
            </w:r>
          </w:p>
        </w:tc>
      </w:tr>
      <w:tr w:rsidR="00D023A2" w:rsidRPr="005E5CC4" w14:paraId="106C098A" w14:textId="77777777" w:rsidTr="00D023A2">
        <w:trPr>
          <w:cantSplit/>
        </w:trPr>
        <w:tc>
          <w:tcPr>
            <w:tcW w:w="600" w:type="dxa"/>
            <w:shd w:val="clear" w:color="auto" w:fill="FFFFFF"/>
          </w:tcPr>
          <w:p w14:paraId="52BC3302" w14:textId="2CC1C1FA" w:rsidR="00D023A2" w:rsidRPr="005E5CC4" w:rsidRDefault="006F0E44" w:rsidP="003E7A10">
            <w:pPr>
              <w:spacing w:after="30" w:line="252" w:lineRule="auto"/>
              <w:jc w:val="center"/>
              <w:rPr>
                <w:rFonts w:ascii="Times New Roman" w:hAnsi="Times New Roman" w:cs="Times New Roman"/>
                <w:sz w:val="24"/>
                <w:szCs w:val="24"/>
                <w:lang w:val="ro-RO"/>
              </w:rPr>
            </w:pPr>
            <w:r>
              <w:rPr>
                <w:rFonts w:ascii="Times New Roman" w:hAnsi="Times New Roman" w:cs="Times New Roman"/>
                <w:color w:val="000000"/>
                <w:sz w:val="24"/>
                <w:szCs w:val="24"/>
                <w:lang w:val="ro-RO"/>
              </w:rPr>
              <w:t>5</w:t>
            </w:r>
          </w:p>
        </w:tc>
        <w:tc>
          <w:tcPr>
            <w:tcW w:w="5500" w:type="dxa"/>
            <w:shd w:val="clear" w:color="auto" w:fill="FFFFFF"/>
          </w:tcPr>
          <w:p w14:paraId="18FDC5FF" w14:textId="77777777" w:rsidR="00D023A2" w:rsidRPr="005E5CC4" w:rsidRDefault="00D023A2" w:rsidP="003E7A10">
            <w:pPr>
              <w:spacing w:after="30" w:line="252" w:lineRule="auto"/>
              <w:rPr>
                <w:rFonts w:ascii="Times New Roman" w:hAnsi="Times New Roman" w:cs="Times New Roman"/>
                <w:sz w:val="24"/>
                <w:szCs w:val="24"/>
                <w:lang w:val="ro-RO"/>
              </w:rPr>
            </w:pPr>
            <w:r w:rsidRPr="005E5CC4">
              <w:rPr>
                <w:rFonts w:ascii="Times New Roman" w:hAnsi="Times New Roman" w:cs="Times New Roman"/>
                <w:color w:val="000000"/>
                <w:sz w:val="24"/>
                <w:szCs w:val="24"/>
                <w:lang w:val="ro-RO"/>
              </w:rPr>
              <w:t>Efectul stimulativ este respectat; activitățile nu au fost demarate nepermis</w:t>
            </w:r>
          </w:p>
        </w:tc>
        <w:tc>
          <w:tcPr>
            <w:tcW w:w="1300" w:type="dxa"/>
            <w:shd w:val="clear" w:color="auto" w:fill="FFFFFF"/>
          </w:tcPr>
          <w:p w14:paraId="5AA17B30" w14:textId="77777777" w:rsidR="00D023A2" w:rsidRPr="005E5CC4" w:rsidRDefault="00D023A2" w:rsidP="003E7A10">
            <w:pPr>
              <w:spacing w:after="30" w:line="252" w:lineRule="auto"/>
              <w:rPr>
                <w:rFonts w:ascii="Times New Roman" w:hAnsi="Times New Roman" w:cs="Times New Roman"/>
                <w:sz w:val="24"/>
                <w:szCs w:val="24"/>
                <w:highlight w:val="yellow"/>
                <w:lang w:val="ro-RO"/>
              </w:rPr>
            </w:pPr>
            <w:r w:rsidRPr="005E5CC4">
              <w:rPr>
                <w:rFonts w:ascii="Times New Roman" w:hAnsi="Times New Roman" w:cs="Times New Roman"/>
                <w:color w:val="000000"/>
                <w:sz w:val="24"/>
                <w:szCs w:val="24"/>
                <w:highlight w:val="yellow"/>
                <w:lang w:val="ro-RO"/>
              </w:rPr>
              <w:t>[DA/NU]</w:t>
            </w:r>
          </w:p>
        </w:tc>
        <w:tc>
          <w:tcPr>
            <w:tcW w:w="2238" w:type="dxa"/>
            <w:shd w:val="clear" w:color="auto" w:fill="FFFFFF"/>
          </w:tcPr>
          <w:p w14:paraId="7FFFB913" w14:textId="77777777" w:rsidR="00D023A2" w:rsidRPr="005E5CC4" w:rsidRDefault="00D023A2" w:rsidP="00D06AA3">
            <w:pPr>
              <w:spacing w:after="30" w:line="252" w:lineRule="auto"/>
              <w:jc w:val="center"/>
              <w:rPr>
                <w:rFonts w:ascii="Times New Roman" w:hAnsi="Times New Roman" w:cs="Times New Roman"/>
                <w:sz w:val="24"/>
                <w:szCs w:val="24"/>
                <w:highlight w:val="yellow"/>
                <w:lang w:val="ro-RO"/>
              </w:rPr>
            </w:pPr>
            <w:r w:rsidRPr="005E5CC4">
              <w:rPr>
                <w:rFonts w:ascii="Times New Roman" w:hAnsi="Times New Roman" w:cs="Times New Roman"/>
                <w:color w:val="000000"/>
                <w:sz w:val="24"/>
                <w:szCs w:val="24"/>
                <w:highlight w:val="yellow"/>
                <w:lang w:val="ro-RO"/>
              </w:rPr>
              <w:t>[dovadă]</w:t>
            </w:r>
          </w:p>
        </w:tc>
      </w:tr>
      <w:tr w:rsidR="00D023A2" w:rsidRPr="005E5CC4" w14:paraId="29FE9573" w14:textId="77777777" w:rsidTr="00D023A2">
        <w:trPr>
          <w:cantSplit/>
        </w:trPr>
        <w:tc>
          <w:tcPr>
            <w:tcW w:w="600" w:type="dxa"/>
            <w:shd w:val="clear" w:color="auto" w:fill="F7F9FC"/>
          </w:tcPr>
          <w:p w14:paraId="1BB69B86" w14:textId="1EAC2EF4" w:rsidR="00D023A2" w:rsidRPr="005E5CC4" w:rsidRDefault="006F0E44" w:rsidP="003E7A10">
            <w:pPr>
              <w:spacing w:after="30" w:line="252" w:lineRule="auto"/>
              <w:jc w:val="center"/>
              <w:rPr>
                <w:rFonts w:ascii="Times New Roman" w:hAnsi="Times New Roman" w:cs="Times New Roman"/>
                <w:sz w:val="24"/>
                <w:szCs w:val="24"/>
                <w:lang w:val="ro-RO"/>
              </w:rPr>
            </w:pPr>
            <w:r>
              <w:rPr>
                <w:rFonts w:ascii="Times New Roman" w:hAnsi="Times New Roman" w:cs="Times New Roman"/>
                <w:color w:val="000000"/>
                <w:sz w:val="24"/>
                <w:szCs w:val="24"/>
                <w:lang w:val="ro-RO"/>
              </w:rPr>
              <w:t>6</w:t>
            </w:r>
          </w:p>
        </w:tc>
        <w:tc>
          <w:tcPr>
            <w:tcW w:w="5500" w:type="dxa"/>
            <w:shd w:val="clear" w:color="auto" w:fill="F7F9FC"/>
          </w:tcPr>
          <w:p w14:paraId="4779137C" w14:textId="77777777" w:rsidR="00D023A2" w:rsidRPr="005E5CC4" w:rsidRDefault="00D023A2" w:rsidP="003E7A10">
            <w:pPr>
              <w:spacing w:after="30" w:line="252" w:lineRule="auto"/>
              <w:rPr>
                <w:rFonts w:ascii="Times New Roman" w:hAnsi="Times New Roman" w:cs="Times New Roman"/>
                <w:sz w:val="24"/>
                <w:szCs w:val="24"/>
                <w:lang w:val="ro-RO"/>
              </w:rPr>
            </w:pPr>
            <w:r w:rsidRPr="005E5CC4">
              <w:rPr>
                <w:rFonts w:ascii="Times New Roman" w:hAnsi="Times New Roman" w:cs="Times New Roman"/>
                <w:color w:val="000000"/>
                <w:sz w:val="24"/>
                <w:szCs w:val="24"/>
                <w:lang w:val="ro-RO"/>
              </w:rPr>
              <w:t>Nu există dublă finanțare pentru aceleași costuri</w:t>
            </w:r>
          </w:p>
        </w:tc>
        <w:tc>
          <w:tcPr>
            <w:tcW w:w="1300" w:type="dxa"/>
            <w:shd w:val="clear" w:color="auto" w:fill="F7F9FC"/>
          </w:tcPr>
          <w:p w14:paraId="0AED518B" w14:textId="77777777" w:rsidR="00D023A2" w:rsidRPr="005E5CC4" w:rsidRDefault="00D023A2" w:rsidP="003E7A10">
            <w:pPr>
              <w:spacing w:after="30" w:line="252" w:lineRule="auto"/>
              <w:rPr>
                <w:rFonts w:ascii="Times New Roman" w:hAnsi="Times New Roman" w:cs="Times New Roman"/>
                <w:sz w:val="24"/>
                <w:szCs w:val="24"/>
                <w:highlight w:val="yellow"/>
                <w:lang w:val="ro-RO"/>
              </w:rPr>
            </w:pPr>
            <w:r w:rsidRPr="005E5CC4">
              <w:rPr>
                <w:rFonts w:ascii="Times New Roman" w:hAnsi="Times New Roman" w:cs="Times New Roman"/>
                <w:color w:val="000000"/>
                <w:sz w:val="24"/>
                <w:szCs w:val="24"/>
                <w:highlight w:val="yellow"/>
                <w:lang w:val="ro-RO"/>
              </w:rPr>
              <w:t>[DA/NU]</w:t>
            </w:r>
          </w:p>
        </w:tc>
        <w:tc>
          <w:tcPr>
            <w:tcW w:w="2238" w:type="dxa"/>
            <w:shd w:val="clear" w:color="auto" w:fill="F7F9FC"/>
          </w:tcPr>
          <w:p w14:paraId="4D5DFEA3" w14:textId="77777777" w:rsidR="00D023A2" w:rsidRPr="005E5CC4" w:rsidRDefault="00D023A2" w:rsidP="00D06AA3">
            <w:pPr>
              <w:spacing w:after="30" w:line="252" w:lineRule="auto"/>
              <w:jc w:val="center"/>
              <w:rPr>
                <w:rFonts w:ascii="Times New Roman" w:hAnsi="Times New Roman" w:cs="Times New Roman"/>
                <w:sz w:val="24"/>
                <w:szCs w:val="24"/>
                <w:highlight w:val="yellow"/>
                <w:lang w:val="ro-RO"/>
              </w:rPr>
            </w:pPr>
            <w:r w:rsidRPr="005E5CC4">
              <w:rPr>
                <w:rFonts w:ascii="Times New Roman" w:hAnsi="Times New Roman" w:cs="Times New Roman"/>
                <w:color w:val="000000"/>
                <w:sz w:val="24"/>
                <w:szCs w:val="24"/>
                <w:highlight w:val="yellow"/>
                <w:lang w:val="ro-RO"/>
              </w:rPr>
              <w:t>[dovadă]</w:t>
            </w:r>
          </w:p>
        </w:tc>
      </w:tr>
      <w:tr w:rsidR="00D023A2" w:rsidRPr="005E5CC4" w14:paraId="47DC187D" w14:textId="77777777" w:rsidTr="00D023A2">
        <w:trPr>
          <w:cantSplit/>
        </w:trPr>
        <w:tc>
          <w:tcPr>
            <w:tcW w:w="600" w:type="dxa"/>
            <w:shd w:val="clear" w:color="auto" w:fill="FFFFFF"/>
          </w:tcPr>
          <w:p w14:paraId="26B81546" w14:textId="549EFB41" w:rsidR="00D023A2" w:rsidRPr="005E5CC4" w:rsidRDefault="006F0E44" w:rsidP="003E7A10">
            <w:pPr>
              <w:spacing w:after="30" w:line="252" w:lineRule="auto"/>
              <w:jc w:val="center"/>
              <w:rPr>
                <w:rFonts w:ascii="Times New Roman" w:hAnsi="Times New Roman" w:cs="Times New Roman"/>
                <w:sz w:val="24"/>
                <w:szCs w:val="24"/>
                <w:lang w:val="ro-RO"/>
              </w:rPr>
            </w:pPr>
            <w:r>
              <w:rPr>
                <w:rFonts w:ascii="Times New Roman" w:hAnsi="Times New Roman" w:cs="Times New Roman"/>
                <w:color w:val="000000"/>
                <w:sz w:val="24"/>
                <w:szCs w:val="24"/>
                <w:lang w:val="ro-RO"/>
              </w:rPr>
              <w:t>7</w:t>
            </w:r>
          </w:p>
        </w:tc>
        <w:tc>
          <w:tcPr>
            <w:tcW w:w="5500" w:type="dxa"/>
            <w:shd w:val="clear" w:color="auto" w:fill="FFFFFF"/>
          </w:tcPr>
          <w:p w14:paraId="7F14F69E" w14:textId="77777777" w:rsidR="00D023A2" w:rsidRPr="005E5CC4" w:rsidRDefault="00D023A2" w:rsidP="003E7A10">
            <w:pPr>
              <w:spacing w:after="30" w:line="252" w:lineRule="auto"/>
              <w:rPr>
                <w:rFonts w:ascii="Times New Roman" w:hAnsi="Times New Roman" w:cs="Times New Roman"/>
                <w:sz w:val="24"/>
                <w:szCs w:val="24"/>
                <w:lang w:val="ro-RO"/>
              </w:rPr>
            </w:pPr>
            <w:r w:rsidRPr="005E5CC4">
              <w:rPr>
                <w:rFonts w:ascii="Times New Roman" w:hAnsi="Times New Roman" w:cs="Times New Roman"/>
                <w:color w:val="000000"/>
                <w:sz w:val="24"/>
                <w:szCs w:val="24"/>
                <w:lang w:val="ro-RO"/>
              </w:rPr>
              <w:t>Nu există relocare interzisă sau ordin de recuperare neexecutat</w:t>
            </w:r>
          </w:p>
        </w:tc>
        <w:tc>
          <w:tcPr>
            <w:tcW w:w="1300" w:type="dxa"/>
            <w:shd w:val="clear" w:color="auto" w:fill="FFFFFF"/>
          </w:tcPr>
          <w:p w14:paraId="62460395" w14:textId="77777777" w:rsidR="00D023A2" w:rsidRPr="005E5CC4" w:rsidRDefault="00D023A2" w:rsidP="003E7A10">
            <w:pPr>
              <w:spacing w:after="30" w:line="252" w:lineRule="auto"/>
              <w:rPr>
                <w:rFonts w:ascii="Times New Roman" w:hAnsi="Times New Roman" w:cs="Times New Roman"/>
                <w:sz w:val="24"/>
                <w:szCs w:val="24"/>
                <w:highlight w:val="yellow"/>
                <w:lang w:val="ro-RO"/>
              </w:rPr>
            </w:pPr>
            <w:r w:rsidRPr="005E5CC4">
              <w:rPr>
                <w:rFonts w:ascii="Times New Roman" w:hAnsi="Times New Roman" w:cs="Times New Roman"/>
                <w:color w:val="000000"/>
                <w:sz w:val="24"/>
                <w:szCs w:val="24"/>
                <w:highlight w:val="yellow"/>
                <w:lang w:val="ro-RO"/>
              </w:rPr>
              <w:t>[DA/NU]</w:t>
            </w:r>
          </w:p>
        </w:tc>
        <w:tc>
          <w:tcPr>
            <w:tcW w:w="2238" w:type="dxa"/>
            <w:shd w:val="clear" w:color="auto" w:fill="FFFFFF"/>
          </w:tcPr>
          <w:p w14:paraId="33045275" w14:textId="77777777" w:rsidR="00D023A2" w:rsidRPr="005E5CC4" w:rsidRDefault="00D023A2" w:rsidP="00D06AA3">
            <w:pPr>
              <w:spacing w:after="30" w:line="252" w:lineRule="auto"/>
              <w:jc w:val="center"/>
              <w:rPr>
                <w:rFonts w:ascii="Times New Roman" w:hAnsi="Times New Roman" w:cs="Times New Roman"/>
                <w:sz w:val="24"/>
                <w:szCs w:val="24"/>
                <w:highlight w:val="yellow"/>
                <w:lang w:val="ro-RO"/>
              </w:rPr>
            </w:pPr>
            <w:r w:rsidRPr="005E5CC4">
              <w:rPr>
                <w:rFonts w:ascii="Times New Roman" w:hAnsi="Times New Roman" w:cs="Times New Roman"/>
                <w:color w:val="000000"/>
                <w:sz w:val="24"/>
                <w:szCs w:val="24"/>
                <w:highlight w:val="yellow"/>
                <w:lang w:val="ro-RO"/>
              </w:rPr>
              <w:t>[dovadă]</w:t>
            </w:r>
          </w:p>
        </w:tc>
      </w:tr>
      <w:tr w:rsidR="00D023A2" w:rsidRPr="005E5CC4" w14:paraId="1EB94024" w14:textId="77777777" w:rsidTr="00D023A2">
        <w:trPr>
          <w:cantSplit/>
        </w:trPr>
        <w:tc>
          <w:tcPr>
            <w:tcW w:w="600" w:type="dxa"/>
            <w:shd w:val="clear" w:color="auto" w:fill="F7F9FC"/>
          </w:tcPr>
          <w:p w14:paraId="61A43FE9" w14:textId="63C7CBD3" w:rsidR="00D023A2" w:rsidRPr="005E5CC4" w:rsidRDefault="006F0E44" w:rsidP="003E7A10">
            <w:pPr>
              <w:spacing w:after="30" w:line="252" w:lineRule="auto"/>
              <w:jc w:val="center"/>
              <w:rPr>
                <w:rFonts w:ascii="Times New Roman" w:hAnsi="Times New Roman" w:cs="Times New Roman"/>
                <w:sz w:val="24"/>
                <w:szCs w:val="24"/>
                <w:lang w:val="ro-RO"/>
              </w:rPr>
            </w:pPr>
            <w:r>
              <w:rPr>
                <w:rFonts w:ascii="Times New Roman" w:hAnsi="Times New Roman" w:cs="Times New Roman"/>
                <w:color w:val="000000"/>
                <w:sz w:val="24"/>
                <w:szCs w:val="24"/>
                <w:lang w:val="ro-RO"/>
              </w:rPr>
              <w:t>8</w:t>
            </w:r>
          </w:p>
        </w:tc>
        <w:tc>
          <w:tcPr>
            <w:tcW w:w="5500" w:type="dxa"/>
            <w:shd w:val="clear" w:color="auto" w:fill="F7F9FC"/>
          </w:tcPr>
          <w:p w14:paraId="7534B8F0" w14:textId="77777777" w:rsidR="00D023A2" w:rsidRPr="005E5CC4" w:rsidRDefault="00D023A2" w:rsidP="003E7A10">
            <w:pPr>
              <w:spacing w:after="30" w:line="252" w:lineRule="auto"/>
              <w:rPr>
                <w:rFonts w:ascii="Times New Roman" w:hAnsi="Times New Roman" w:cs="Times New Roman"/>
                <w:sz w:val="24"/>
                <w:szCs w:val="24"/>
                <w:lang w:val="ro-RO"/>
              </w:rPr>
            </w:pPr>
            <w:r w:rsidRPr="005E5CC4">
              <w:rPr>
                <w:rFonts w:ascii="Times New Roman" w:hAnsi="Times New Roman" w:cs="Times New Roman"/>
                <w:color w:val="000000"/>
                <w:sz w:val="24"/>
                <w:szCs w:val="24"/>
                <w:lang w:val="ro-RO"/>
              </w:rPr>
              <w:t>Există capacitate de cofinanțare și cash-</w:t>
            </w:r>
            <w:proofErr w:type="spellStart"/>
            <w:r w:rsidRPr="005E5CC4">
              <w:rPr>
                <w:rFonts w:ascii="Times New Roman" w:hAnsi="Times New Roman" w:cs="Times New Roman"/>
                <w:color w:val="000000"/>
                <w:sz w:val="24"/>
                <w:szCs w:val="24"/>
                <w:lang w:val="ro-RO"/>
              </w:rPr>
              <w:t>flow</w:t>
            </w:r>
            <w:proofErr w:type="spellEnd"/>
          </w:p>
        </w:tc>
        <w:tc>
          <w:tcPr>
            <w:tcW w:w="1300" w:type="dxa"/>
            <w:shd w:val="clear" w:color="auto" w:fill="F7F9FC"/>
          </w:tcPr>
          <w:p w14:paraId="02A7D397" w14:textId="77777777" w:rsidR="00D023A2" w:rsidRPr="005E5CC4" w:rsidRDefault="00D023A2" w:rsidP="003E7A10">
            <w:pPr>
              <w:spacing w:after="30" w:line="252" w:lineRule="auto"/>
              <w:rPr>
                <w:rFonts w:ascii="Times New Roman" w:hAnsi="Times New Roman" w:cs="Times New Roman"/>
                <w:sz w:val="24"/>
                <w:szCs w:val="24"/>
                <w:highlight w:val="yellow"/>
                <w:lang w:val="ro-RO"/>
              </w:rPr>
            </w:pPr>
            <w:r w:rsidRPr="005E5CC4">
              <w:rPr>
                <w:rFonts w:ascii="Times New Roman" w:hAnsi="Times New Roman" w:cs="Times New Roman"/>
                <w:color w:val="000000"/>
                <w:sz w:val="24"/>
                <w:szCs w:val="24"/>
                <w:highlight w:val="yellow"/>
                <w:lang w:val="ro-RO"/>
              </w:rPr>
              <w:t>[DA/NU]</w:t>
            </w:r>
          </w:p>
        </w:tc>
        <w:tc>
          <w:tcPr>
            <w:tcW w:w="2238" w:type="dxa"/>
            <w:shd w:val="clear" w:color="auto" w:fill="F7F9FC"/>
          </w:tcPr>
          <w:p w14:paraId="7B6CF9D4" w14:textId="77777777" w:rsidR="00D023A2" w:rsidRPr="005E5CC4" w:rsidRDefault="00D023A2" w:rsidP="00D06AA3">
            <w:pPr>
              <w:spacing w:after="30" w:line="252" w:lineRule="auto"/>
              <w:jc w:val="center"/>
              <w:rPr>
                <w:rFonts w:ascii="Times New Roman" w:hAnsi="Times New Roman" w:cs="Times New Roman"/>
                <w:sz w:val="24"/>
                <w:szCs w:val="24"/>
                <w:highlight w:val="yellow"/>
                <w:lang w:val="ro-RO"/>
              </w:rPr>
            </w:pPr>
            <w:r w:rsidRPr="005E5CC4">
              <w:rPr>
                <w:rFonts w:ascii="Times New Roman" w:hAnsi="Times New Roman" w:cs="Times New Roman"/>
                <w:color w:val="000000"/>
                <w:sz w:val="24"/>
                <w:szCs w:val="24"/>
                <w:highlight w:val="yellow"/>
                <w:lang w:val="ro-RO"/>
              </w:rPr>
              <w:t>[dovadă]</w:t>
            </w:r>
          </w:p>
        </w:tc>
      </w:tr>
    </w:tbl>
    <w:p w14:paraId="43DE74E0" w14:textId="77777777" w:rsidR="00D023A2" w:rsidRPr="005E5CC4" w:rsidRDefault="00D023A2" w:rsidP="00D023A2">
      <w:pPr>
        <w:spacing w:after="80" w:line="240" w:lineRule="auto"/>
        <w:rPr>
          <w:lang w:val="ro-RO"/>
        </w:rPr>
      </w:pPr>
    </w:p>
    <w:p w14:paraId="6A49ED83" w14:textId="46CBFA07" w:rsidR="00E44EED" w:rsidRPr="005E5CC4" w:rsidRDefault="00E44EED" w:rsidP="00E44EED">
      <w:pPr>
        <w:pStyle w:val="Heading1"/>
        <w:numPr>
          <w:ilvl w:val="0"/>
          <w:numId w:val="2"/>
        </w:numPr>
        <w:rPr>
          <w:rFonts w:ascii="Times New Roman" w:hAnsi="Times New Roman" w:cs="Times New Roman"/>
          <w:color w:val="000000" w:themeColor="text1"/>
          <w:sz w:val="24"/>
          <w:szCs w:val="24"/>
          <w:lang w:val="ro-RO"/>
        </w:rPr>
      </w:pPr>
      <w:r w:rsidRPr="005E5CC4">
        <w:rPr>
          <w:rFonts w:ascii="Times New Roman" w:hAnsi="Times New Roman" w:cs="Times New Roman"/>
          <w:color w:val="000000" w:themeColor="text1"/>
          <w:sz w:val="24"/>
          <w:szCs w:val="24"/>
          <w:lang w:val="ro-RO"/>
        </w:rPr>
        <w:t>Rezumatul propunerii și rolul IMM-ului</w:t>
      </w:r>
    </w:p>
    <w:p w14:paraId="3129BD6A" w14:textId="77777777" w:rsidR="00E44EED" w:rsidRDefault="00E44EED" w:rsidP="00E44EED">
      <w:pPr>
        <w:spacing w:after="100" w:line="259" w:lineRule="auto"/>
        <w:jc w:val="left"/>
        <w:rPr>
          <w:rFonts w:ascii="Times New Roman" w:hAnsi="Times New Roman" w:cs="Times New Roman"/>
          <w:color w:val="000000"/>
          <w:sz w:val="24"/>
          <w:szCs w:val="24"/>
          <w:lang w:val="ro-RO"/>
        </w:rPr>
      </w:pPr>
      <w:r w:rsidRPr="005E5CC4">
        <w:rPr>
          <w:rFonts w:ascii="Times New Roman" w:hAnsi="Times New Roman" w:cs="Times New Roman"/>
          <w:color w:val="000000"/>
          <w:sz w:val="24"/>
          <w:szCs w:val="24"/>
          <w:lang w:val="ro-RO"/>
        </w:rPr>
        <w:t>Răspunsurile trebuie să arate de ce este necesar acest IMM în parteneriat și care este contribuția sa distinctă la traseul TRL 4-9.</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0"/>
        <w:gridCol w:w="6788"/>
      </w:tblGrid>
      <w:tr w:rsidR="00DE2CB4" w:rsidRPr="005E5CC4" w14:paraId="664FC228" w14:textId="77777777" w:rsidTr="00DE2CB4">
        <w:trPr>
          <w:cantSplit/>
        </w:trPr>
        <w:tc>
          <w:tcPr>
            <w:tcW w:w="2850" w:type="dxa"/>
            <w:shd w:val="clear" w:color="auto" w:fill="F7F9FC"/>
            <w:tcMar>
              <w:top w:w="90" w:type="dxa"/>
              <w:left w:w="120" w:type="dxa"/>
              <w:bottom w:w="90" w:type="dxa"/>
              <w:right w:w="120" w:type="dxa"/>
            </w:tcMar>
            <w:vAlign w:val="center"/>
          </w:tcPr>
          <w:p w14:paraId="394B75EC" w14:textId="77777777" w:rsidR="00DE2CB4" w:rsidRPr="005E5CC4" w:rsidRDefault="00DE2CB4" w:rsidP="00DE2CB4">
            <w:pPr>
              <w:spacing w:after="30" w:line="252" w:lineRule="auto"/>
              <w:jc w:val="left"/>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Rezumat executiv</w:t>
            </w:r>
          </w:p>
        </w:tc>
        <w:tc>
          <w:tcPr>
            <w:tcW w:w="6788" w:type="dxa"/>
            <w:tcMar>
              <w:top w:w="90" w:type="dxa"/>
              <w:left w:w="120" w:type="dxa"/>
              <w:bottom w:w="90" w:type="dxa"/>
              <w:right w:w="120" w:type="dxa"/>
            </w:tcMar>
            <w:vAlign w:val="center"/>
          </w:tcPr>
          <w:p w14:paraId="1EF7B0A2" w14:textId="77777777" w:rsidR="00DE2CB4" w:rsidRPr="005E5CC4" w:rsidRDefault="00DE2CB4" w:rsidP="00DE2CB4">
            <w:pPr>
              <w:spacing w:after="30" w:line="252" w:lineRule="auto"/>
              <w:jc w:val="left"/>
              <w:rPr>
                <w:rFonts w:ascii="Times New Roman" w:hAnsi="Times New Roman" w:cs="Times New Roman"/>
                <w:color w:val="auto"/>
                <w:sz w:val="24"/>
                <w:szCs w:val="24"/>
                <w:lang w:val="ro-RO"/>
              </w:rPr>
            </w:pPr>
            <w:r w:rsidRPr="005E5CC4">
              <w:rPr>
                <w:rFonts w:ascii="Times New Roman" w:hAnsi="Times New Roman" w:cs="Times New Roman"/>
                <w:i/>
                <w:color w:val="auto"/>
                <w:sz w:val="24"/>
                <w:szCs w:val="24"/>
                <w:highlight w:val="yellow"/>
                <w:lang w:val="ro-RO"/>
              </w:rPr>
              <w:t>[Completați: maximum 2.500 de caractere: problema, soluția, rolul IMM, rezultatele asumate, investiția și valorificarea]</w:t>
            </w:r>
          </w:p>
          <w:p w14:paraId="1F3FFEC9" w14:textId="77777777" w:rsidR="00DE2CB4" w:rsidRPr="005E5CC4" w:rsidRDefault="00DE2CB4" w:rsidP="00DE2CB4">
            <w:pPr>
              <w:spacing w:after="40" w:line="252" w:lineRule="auto"/>
              <w:jc w:val="left"/>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 </w:t>
            </w:r>
          </w:p>
          <w:p w14:paraId="751E26E1" w14:textId="77777777" w:rsidR="00DE2CB4" w:rsidRPr="005E5CC4" w:rsidRDefault="00DE2CB4" w:rsidP="00DE2CB4">
            <w:pPr>
              <w:spacing w:after="40" w:line="252" w:lineRule="auto"/>
              <w:jc w:val="left"/>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 </w:t>
            </w:r>
          </w:p>
          <w:p w14:paraId="20C678FB" w14:textId="77777777" w:rsidR="00DE2CB4" w:rsidRPr="005E5CC4" w:rsidRDefault="00DE2CB4" w:rsidP="00DE2CB4">
            <w:pPr>
              <w:spacing w:after="40" w:line="252" w:lineRule="auto"/>
              <w:jc w:val="left"/>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 </w:t>
            </w:r>
          </w:p>
          <w:p w14:paraId="791BF6BE" w14:textId="77777777" w:rsidR="00DE2CB4" w:rsidRPr="005E5CC4" w:rsidRDefault="00DE2CB4" w:rsidP="00DE2CB4">
            <w:pPr>
              <w:spacing w:after="40" w:line="252" w:lineRule="auto"/>
              <w:jc w:val="left"/>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 </w:t>
            </w:r>
          </w:p>
          <w:p w14:paraId="40D5D4C1" w14:textId="77777777" w:rsidR="00DE2CB4" w:rsidRPr="005E5CC4" w:rsidRDefault="00DE2CB4" w:rsidP="00DE2CB4">
            <w:pPr>
              <w:spacing w:after="40" w:line="252" w:lineRule="auto"/>
              <w:jc w:val="left"/>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 </w:t>
            </w:r>
          </w:p>
        </w:tc>
      </w:tr>
      <w:tr w:rsidR="00DE2CB4" w:rsidRPr="005E5CC4" w14:paraId="7BD5ED9F" w14:textId="77777777" w:rsidTr="00DE2CB4">
        <w:trPr>
          <w:cantSplit/>
        </w:trPr>
        <w:tc>
          <w:tcPr>
            <w:tcW w:w="2850" w:type="dxa"/>
            <w:shd w:val="clear" w:color="auto" w:fill="F7F9FC"/>
            <w:tcMar>
              <w:top w:w="90" w:type="dxa"/>
              <w:left w:w="120" w:type="dxa"/>
              <w:bottom w:w="90" w:type="dxa"/>
              <w:right w:w="120" w:type="dxa"/>
            </w:tcMar>
            <w:vAlign w:val="center"/>
          </w:tcPr>
          <w:p w14:paraId="1CD874C4" w14:textId="77777777" w:rsidR="00DE2CB4" w:rsidRPr="005E5CC4" w:rsidRDefault="00DE2CB4" w:rsidP="00DE2CB4">
            <w:pPr>
              <w:spacing w:after="30" w:line="252" w:lineRule="auto"/>
              <w:jc w:val="left"/>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Problema industrială</w:t>
            </w:r>
          </w:p>
        </w:tc>
        <w:tc>
          <w:tcPr>
            <w:tcW w:w="6788" w:type="dxa"/>
            <w:tcMar>
              <w:top w:w="90" w:type="dxa"/>
              <w:left w:w="120" w:type="dxa"/>
              <w:bottom w:w="90" w:type="dxa"/>
              <w:right w:w="120" w:type="dxa"/>
            </w:tcMar>
            <w:vAlign w:val="center"/>
          </w:tcPr>
          <w:p w14:paraId="37043CD3" w14:textId="77777777" w:rsidR="00DE2CB4" w:rsidRPr="005E5CC4" w:rsidRDefault="00DE2CB4" w:rsidP="00DE2CB4">
            <w:pPr>
              <w:spacing w:after="30" w:line="252" w:lineRule="auto"/>
              <w:jc w:val="left"/>
              <w:rPr>
                <w:rFonts w:ascii="Times New Roman" w:hAnsi="Times New Roman" w:cs="Times New Roman"/>
                <w:color w:val="auto"/>
                <w:sz w:val="24"/>
                <w:szCs w:val="24"/>
                <w:lang w:val="ro-RO"/>
              </w:rPr>
            </w:pPr>
            <w:r w:rsidRPr="005E5CC4">
              <w:rPr>
                <w:rFonts w:ascii="Times New Roman" w:hAnsi="Times New Roman" w:cs="Times New Roman"/>
                <w:i/>
                <w:color w:val="auto"/>
                <w:sz w:val="24"/>
                <w:szCs w:val="24"/>
                <w:highlight w:val="yellow"/>
                <w:lang w:val="ro-RO"/>
              </w:rPr>
              <w:t>[Completați: problema concretă, utilizatorii afectați și limitele soluțiilor actuale]</w:t>
            </w:r>
          </w:p>
          <w:p w14:paraId="389E3847" w14:textId="77777777" w:rsidR="00DE2CB4" w:rsidRPr="005E5CC4" w:rsidRDefault="00DE2CB4" w:rsidP="00DE2CB4">
            <w:pPr>
              <w:spacing w:after="40" w:line="252" w:lineRule="auto"/>
              <w:jc w:val="left"/>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 </w:t>
            </w:r>
          </w:p>
          <w:p w14:paraId="28E1DC87" w14:textId="77777777" w:rsidR="00DE2CB4" w:rsidRPr="005E5CC4" w:rsidRDefault="00DE2CB4" w:rsidP="00DE2CB4">
            <w:pPr>
              <w:spacing w:after="40" w:line="252" w:lineRule="auto"/>
              <w:jc w:val="left"/>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 </w:t>
            </w:r>
          </w:p>
        </w:tc>
      </w:tr>
      <w:tr w:rsidR="00DE2CB4" w:rsidRPr="005E5CC4" w14:paraId="7B5FE38D" w14:textId="77777777" w:rsidTr="00DE2CB4">
        <w:trPr>
          <w:cantSplit/>
        </w:trPr>
        <w:tc>
          <w:tcPr>
            <w:tcW w:w="2850" w:type="dxa"/>
            <w:shd w:val="clear" w:color="auto" w:fill="F7F9FC"/>
            <w:tcMar>
              <w:top w:w="90" w:type="dxa"/>
              <w:left w:w="120" w:type="dxa"/>
              <w:bottom w:w="90" w:type="dxa"/>
              <w:right w:w="120" w:type="dxa"/>
            </w:tcMar>
            <w:vAlign w:val="center"/>
          </w:tcPr>
          <w:p w14:paraId="5909F102" w14:textId="77777777" w:rsidR="00DE2CB4" w:rsidRPr="005E5CC4" w:rsidRDefault="00DE2CB4" w:rsidP="00DE2CB4">
            <w:pPr>
              <w:spacing w:after="30" w:line="252" w:lineRule="auto"/>
              <w:jc w:val="left"/>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lastRenderedPageBreak/>
              <w:t>Soluția propusă</w:t>
            </w:r>
          </w:p>
        </w:tc>
        <w:tc>
          <w:tcPr>
            <w:tcW w:w="6788" w:type="dxa"/>
            <w:tcMar>
              <w:top w:w="90" w:type="dxa"/>
              <w:left w:w="120" w:type="dxa"/>
              <w:bottom w:w="90" w:type="dxa"/>
              <w:right w:w="120" w:type="dxa"/>
            </w:tcMar>
            <w:vAlign w:val="center"/>
          </w:tcPr>
          <w:p w14:paraId="6D6FCA7E" w14:textId="77777777" w:rsidR="00DE2CB4" w:rsidRPr="005E5CC4" w:rsidRDefault="00DE2CB4" w:rsidP="00DE2CB4">
            <w:pPr>
              <w:spacing w:after="30" w:line="252" w:lineRule="auto"/>
              <w:jc w:val="left"/>
              <w:rPr>
                <w:rFonts w:ascii="Times New Roman" w:hAnsi="Times New Roman" w:cs="Times New Roman"/>
                <w:color w:val="auto"/>
                <w:sz w:val="24"/>
                <w:szCs w:val="24"/>
                <w:lang w:val="ro-RO"/>
              </w:rPr>
            </w:pPr>
            <w:r w:rsidRPr="005E5CC4">
              <w:rPr>
                <w:rFonts w:ascii="Times New Roman" w:hAnsi="Times New Roman" w:cs="Times New Roman"/>
                <w:i/>
                <w:color w:val="auto"/>
                <w:sz w:val="24"/>
                <w:szCs w:val="24"/>
                <w:highlight w:val="yellow"/>
                <w:lang w:val="ro-RO"/>
              </w:rPr>
              <w:t>[Completați: componentele platformei și modul de utilizare pentru vehicule ușoare cu emisii locale zero]</w:t>
            </w:r>
          </w:p>
          <w:p w14:paraId="74B82BC5" w14:textId="77777777" w:rsidR="00DE2CB4" w:rsidRPr="005E5CC4" w:rsidRDefault="00DE2CB4" w:rsidP="00DE2CB4">
            <w:pPr>
              <w:spacing w:after="40" w:line="252" w:lineRule="auto"/>
              <w:jc w:val="left"/>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 </w:t>
            </w:r>
          </w:p>
          <w:p w14:paraId="58742943" w14:textId="77777777" w:rsidR="00DE2CB4" w:rsidRPr="005E5CC4" w:rsidRDefault="00DE2CB4" w:rsidP="00DE2CB4">
            <w:pPr>
              <w:spacing w:after="40" w:line="252" w:lineRule="auto"/>
              <w:jc w:val="left"/>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 </w:t>
            </w:r>
          </w:p>
        </w:tc>
      </w:tr>
      <w:tr w:rsidR="00DE2CB4" w:rsidRPr="005E5CC4" w14:paraId="6B3F9C10" w14:textId="77777777" w:rsidTr="00DE2CB4">
        <w:trPr>
          <w:cantSplit/>
        </w:trPr>
        <w:tc>
          <w:tcPr>
            <w:tcW w:w="2850" w:type="dxa"/>
            <w:shd w:val="clear" w:color="auto" w:fill="F7F9FC"/>
            <w:tcMar>
              <w:top w:w="90" w:type="dxa"/>
              <w:left w:w="120" w:type="dxa"/>
              <w:bottom w:w="90" w:type="dxa"/>
              <w:right w:w="120" w:type="dxa"/>
            </w:tcMar>
            <w:vAlign w:val="center"/>
          </w:tcPr>
          <w:p w14:paraId="28A98DDD" w14:textId="77777777" w:rsidR="00DE2CB4" w:rsidRPr="005E5CC4" w:rsidRDefault="00DE2CB4" w:rsidP="00DE2CB4">
            <w:pPr>
              <w:spacing w:after="30" w:line="252" w:lineRule="auto"/>
              <w:jc w:val="left"/>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Competența distinctă a IMM-ului</w:t>
            </w:r>
          </w:p>
        </w:tc>
        <w:tc>
          <w:tcPr>
            <w:tcW w:w="6788" w:type="dxa"/>
            <w:tcMar>
              <w:top w:w="90" w:type="dxa"/>
              <w:left w:w="120" w:type="dxa"/>
              <w:bottom w:w="90" w:type="dxa"/>
              <w:right w:w="120" w:type="dxa"/>
            </w:tcMar>
            <w:vAlign w:val="center"/>
          </w:tcPr>
          <w:p w14:paraId="0BB411A8" w14:textId="77777777" w:rsidR="00DE2CB4" w:rsidRPr="005E5CC4" w:rsidRDefault="00DE2CB4" w:rsidP="00DE2CB4">
            <w:pPr>
              <w:spacing w:after="30" w:line="252" w:lineRule="auto"/>
              <w:jc w:val="left"/>
              <w:rPr>
                <w:rFonts w:ascii="Times New Roman" w:hAnsi="Times New Roman" w:cs="Times New Roman"/>
                <w:color w:val="auto"/>
                <w:sz w:val="24"/>
                <w:szCs w:val="24"/>
                <w:lang w:val="ro-RO"/>
              </w:rPr>
            </w:pPr>
            <w:r w:rsidRPr="005E5CC4">
              <w:rPr>
                <w:rFonts w:ascii="Times New Roman" w:hAnsi="Times New Roman" w:cs="Times New Roman"/>
                <w:i/>
                <w:color w:val="auto"/>
                <w:sz w:val="24"/>
                <w:szCs w:val="24"/>
                <w:highlight w:val="yellow"/>
                <w:lang w:val="ro-RO"/>
              </w:rPr>
              <w:t>[Completați: know-how, experiență, infrastructură și acces la piață care completează liderul]</w:t>
            </w:r>
          </w:p>
          <w:p w14:paraId="1616209E" w14:textId="77777777" w:rsidR="00DE2CB4" w:rsidRPr="005E5CC4" w:rsidRDefault="00DE2CB4" w:rsidP="00DE2CB4">
            <w:pPr>
              <w:spacing w:after="40" w:line="252" w:lineRule="auto"/>
              <w:jc w:val="left"/>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 </w:t>
            </w:r>
          </w:p>
          <w:p w14:paraId="69EE04EB" w14:textId="77777777" w:rsidR="00DE2CB4" w:rsidRPr="005E5CC4" w:rsidRDefault="00DE2CB4" w:rsidP="00DE2CB4">
            <w:pPr>
              <w:spacing w:after="40" w:line="252" w:lineRule="auto"/>
              <w:jc w:val="left"/>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 </w:t>
            </w:r>
          </w:p>
        </w:tc>
      </w:tr>
      <w:tr w:rsidR="00DE2CB4" w:rsidRPr="005E5CC4" w14:paraId="56466EF6" w14:textId="77777777" w:rsidTr="00DE2CB4">
        <w:trPr>
          <w:cantSplit/>
        </w:trPr>
        <w:tc>
          <w:tcPr>
            <w:tcW w:w="2850" w:type="dxa"/>
            <w:shd w:val="clear" w:color="auto" w:fill="F7F9FC"/>
            <w:tcMar>
              <w:top w:w="90" w:type="dxa"/>
              <w:left w:w="120" w:type="dxa"/>
              <w:bottom w:w="90" w:type="dxa"/>
              <w:right w:w="120" w:type="dxa"/>
            </w:tcMar>
            <w:vAlign w:val="center"/>
          </w:tcPr>
          <w:p w14:paraId="0252F2D9" w14:textId="77777777" w:rsidR="00DE2CB4" w:rsidRPr="005E5CC4" w:rsidRDefault="00DE2CB4" w:rsidP="00DE2CB4">
            <w:pPr>
              <w:spacing w:after="30" w:line="252" w:lineRule="auto"/>
              <w:jc w:val="left"/>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Rolul în proiect</w:t>
            </w:r>
          </w:p>
        </w:tc>
        <w:tc>
          <w:tcPr>
            <w:tcW w:w="6788" w:type="dxa"/>
            <w:tcMar>
              <w:top w:w="90" w:type="dxa"/>
              <w:left w:w="120" w:type="dxa"/>
              <w:bottom w:w="90" w:type="dxa"/>
              <w:right w:w="120" w:type="dxa"/>
            </w:tcMar>
            <w:vAlign w:val="center"/>
          </w:tcPr>
          <w:p w14:paraId="433B2B00" w14:textId="77777777" w:rsidR="00DE2CB4" w:rsidRPr="005E5CC4" w:rsidRDefault="00DE2CB4" w:rsidP="00DE2CB4">
            <w:pPr>
              <w:spacing w:after="30" w:line="252" w:lineRule="auto"/>
              <w:jc w:val="left"/>
              <w:rPr>
                <w:rFonts w:ascii="Times New Roman" w:hAnsi="Times New Roman" w:cs="Times New Roman"/>
                <w:color w:val="auto"/>
                <w:sz w:val="24"/>
                <w:szCs w:val="24"/>
                <w:lang w:val="ro-RO"/>
              </w:rPr>
            </w:pPr>
            <w:r w:rsidRPr="005E5CC4">
              <w:rPr>
                <w:rFonts w:ascii="Times New Roman" w:hAnsi="Times New Roman" w:cs="Times New Roman"/>
                <w:i/>
                <w:color w:val="auto"/>
                <w:sz w:val="24"/>
                <w:szCs w:val="24"/>
                <w:highlight w:val="yellow"/>
                <w:lang w:val="ro-RO"/>
              </w:rPr>
              <w:t xml:space="preserve">[Completați: </w:t>
            </w:r>
            <w:proofErr w:type="spellStart"/>
            <w:r w:rsidRPr="005E5CC4">
              <w:rPr>
                <w:rFonts w:ascii="Times New Roman" w:hAnsi="Times New Roman" w:cs="Times New Roman"/>
                <w:i/>
                <w:color w:val="auto"/>
                <w:sz w:val="24"/>
                <w:szCs w:val="24"/>
                <w:highlight w:val="yellow"/>
                <w:lang w:val="ro-RO"/>
              </w:rPr>
              <w:t>co</w:t>
            </w:r>
            <w:proofErr w:type="spellEnd"/>
            <w:r w:rsidRPr="005E5CC4">
              <w:rPr>
                <w:rFonts w:ascii="Times New Roman" w:hAnsi="Times New Roman" w:cs="Times New Roman"/>
                <w:i/>
                <w:color w:val="auto"/>
                <w:sz w:val="24"/>
                <w:szCs w:val="24"/>
                <w:highlight w:val="yellow"/>
                <w:lang w:val="ro-RO"/>
              </w:rPr>
              <w:t>-dezvoltare, integrare, testare, validare, industrializare și transfer]</w:t>
            </w:r>
          </w:p>
          <w:p w14:paraId="4FED735F" w14:textId="77777777" w:rsidR="00DE2CB4" w:rsidRPr="005E5CC4" w:rsidRDefault="00DE2CB4" w:rsidP="00DE2CB4">
            <w:pPr>
              <w:spacing w:after="40" w:line="252" w:lineRule="auto"/>
              <w:jc w:val="left"/>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 </w:t>
            </w:r>
          </w:p>
          <w:p w14:paraId="636FE238" w14:textId="77777777" w:rsidR="00DE2CB4" w:rsidRPr="005E5CC4" w:rsidRDefault="00DE2CB4" w:rsidP="00DE2CB4">
            <w:pPr>
              <w:spacing w:after="40" w:line="252" w:lineRule="auto"/>
              <w:jc w:val="left"/>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 </w:t>
            </w:r>
          </w:p>
        </w:tc>
      </w:tr>
      <w:tr w:rsidR="00DE2CB4" w:rsidRPr="005E5CC4" w14:paraId="3D9F9013" w14:textId="77777777" w:rsidTr="00DE2CB4">
        <w:trPr>
          <w:cantSplit/>
        </w:trPr>
        <w:tc>
          <w:tcPr>
            <w:tcW w:w="2850" w:type="dxa"/>
            <w:shd w:val="clear" w:color="auto" w:fill="F7F9FC"/>
            <w:tcMar>
              <w:top w:w="90" w:type="dxa"/>
              <w:left w:w="120" w:type="dxa"/>
              <w:bottom w:w="90" w:type="dxa"/>
              <w:right w:w="120" w:type="dxa"/>
            </w:tcMar>
            <w:vAlign w:val="center"/>
          </w:tcPr>
          <w:p w14:paraId="671BAD6E" w14:textId="77777777" w:rsidR="00DE2CB4" w:rsidRPr="005E5CC4" w:rsidRDefault="00DE2CB4" w:rsidP="00DE2CB4">
            <w:pPr>
              <w:spacing w:after="30" w:line="252" w:lineRule="auto"/>
              <w:jc w:val="left"/>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Nevoia investiției inițiale</w:t>
            </w:r>
          </w:p>
        </w:tc>
        <w:tc>
          <w:tcPr>
            <w:tcW w:w="6788" w:type="dxa"/>
            <w:tcMar>
              <w:top w:w="90" w:type="dxa"/>
              <w:left w:w="120" w:type="dxa"/>
              <w:bottom w:w="90" w:type="dxa"/>
              <w:right w:w="120" w:type="dxa"/>
            </w:tcMar>
            <w:vAlign w:val="center"/>
          </w:tcPr>
          <w:p w14:paraId="2BD93B8A" w14:textId="77777777" w:rsidR="00DE2CB4" w:rsidRPr="005E5CC4" w:rsidRDefault="00DE2CB4" w:rsidP="00DE2CB4">
            <w:pPr>
              <w:spacing w:after="30" w:line="252" w:lineRule="auto"/>
              <w:jc w:val="left"/>
              <w:rPr>
                <w:rFonts w:ascii="Times New Roman" w:hAnsi="Times New Roman" w:cs="Times New Roman"/>
                <w:color w:val="auto"/>
                <w:sz w:val="24"/>
                <w:szCs w:val="24"/>
                <w:lang w:val="ro-RO"/>
              </w:rPr>
            </w:pPr>
            <w:r w:rsidRPr="005E5CC4">
              <w:rPr>
                <w:rFonts w:ascii="Times New Roman" w:hAnsi="Times New Roman" w:cs="Times New Roman"/>
                <w:i/>
                <w:color w:val="auto"/>
                <w:sz w:val="24"/>
                <w:szCs w:val="24"/>
                <w:highlight w:val="yellow"/>
                <w:lang w:val="ro-RO"/>
              </w:rPr>
              <w:t>[Completați: activele necesare introducerii în producție și legătura lor cu rezultatele CDI]</w:t>
            </w:r>
          </w:p>
          <w:p w14:paraId="47CDEA29" w14:textId="77777777" w:rsidR="00DE2CB4" w:rsidRPr="005E5CC4" w:rsidRDefault="00DE2CB4" w:rsidP="00DE2CB4">
            <w:pPr>
              <w:spacing w:after="40" w:line="252" w:lineRule="auto"/>
              <w:jc w:val="left"/>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 </w:t>
            </w:r>
          </w:p>
          <w:p w14:paraId="419CF63E" w14:textId="77777777" w:rsidR="00DE2CB4" w:rsidRPr="005E5CC4" w:rsidRDefault="00DE2CB4" w:rsidP="00DE2CB4">
            <w:pPr>
              <w:spacing w:after="40" w:line="252" w:lineRule="auto"/>
              <w:jc w:val="left"/>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 </w:t>
            </w:r>
          </w:p>
        </w:tc>
      </w:tr>
      <w:tr w:rsidR="00DE2CB4" w:rsidRPr="005E5CC4" w14:paraId="0713C4FC" w14:textId="77777777" w:rsidTr="00DE2CB4">
        <w:trPr>
          <w:cantSplit/>
        </w:trPr>
        <w:tc>
          <w:tcPr>
            <w:tcW w:w="2850" w:type="dxa"/>
            <w:shd w:val="clear" w:color="auto" w:fill="F7F9FC"/>
            <w:tcMar>
              <w:top w:w="90" w:type="dxa"/>
              <w:left w:w="120" w:type="dxa"/>
              <w:bottom w:w="90" w:type="dxa"/>
              <w:right w:w="120" w:type="dxa"/>
            </w:tcMar>
            <w:vAlign w:val="center"/>
          </w:tcPr>
          <w:p w14:paraId="2D6703CB" w14:textId="77777777" w:rsidR="00DE2CB4" w:rsidRPr="005E5CC4" w:rsidRDefault="00DE2CB4" w:rsidP="00DE2CB4">
            <w:pPr>
              <w:spacing w:after="30" w:line="252" w:lineRule="auto"/>
              <w:jc w:val="left"/>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Interesul comercial</w:t>
            </w:r>
          </w:p>
        </w:tc>
        <w:tc>
          <w:tcPr>
            <w:tcW w:w="6788" w:type="dxa"/>
            <w:tcMar>
              <w:top w:w="90" w:type="dxa"/>
              <w:left w:w="120" w:type="dxa"/>
              <w:bottom w:w="90" w:type="dxa"/>
              <w:right w:w="120" w:type="dxa"/>
            </w:tcMar>
            <w:vAlign w:val="center"/>
          </w:tcPr>
          <w:p w14:paraId="640942E2" w14:textId="77777777" w:rsidR="00DE2CB4" w:rsidRPr="005E5CC4" w:rsidRDefault="00DE2CB4" w:rsidP="00DE2CB4">
            <w:pPr>
              <w:spacing w:after="30" w:line="252" w:lineRule="auto"/>
              <w:jc w:val="left"/>
              <w:rPr>
                <w:rFonts w:ascii="Times New Roman" w:hAnsi="Times New Roman" w:cs="Times New Roman"/>
                <w:color w:val="auto"/>
                <w:sz w:val="24"/>
                <w:szCs w:val="24"/>
                <w:lang w:val="ro-RO"/>
              </w:rPr>
            </w:pPr>
            <w:r w:rsidRPr="005E5CC4">
              <w:rPr>
                <w:rFonts w:ascii="Times New Roman" w:hAnsi="Times New Roman" w:cs="Times New Roman"/>
                <w:i/>
                <w:color w:val="auto"/>
                <w:sz w:val="24"/>
                <w:szCs w:val="24"/>
                <w:highlight w:val="yellow"/>
                <w:lang w:val="ro-RO"/>
              </w:rPr>
              <w:t>[Completați: produsul/serviciul/procesul care va fi exploatat, clienții și calea spre piață]</w:t>
            </w:r>
          </w:p>
          <w:p w14:paraId="5257C486" w14:textId="77777777" w:rsidR="00DE2CB4" w:rsidRPr="005E5CC4" w:rsidRDefault="00DE2CB4" w:rsidP="00DE2CB4">
            <w:pPr>
              <w:spacing w:after="40" w:line="252" w:lineRule="auto"/>
              <w:jc w:val="left"/>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 </w:t>
            </w:r>
          </w:p>
          <w:p w14:paraId="0C1B1C27" w14:textId="77777777" w:rsidR="00DE2CB4" w:rsidRPr="005E5CC4" w:rsidRDefault="00DE2CB4" w:rsidP="00DE2CB4">
            <w:pPr>
              <w:spacing w:after="40" w:line="252" w:lineRule="auto"/>
              <w:jc w:val="left"/>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 </w:t>
            </w:r>
          </w:p>
        </w:tc>
      </w:tr>
    </w:tbl>
    <w:p w14:paraId="2CD8F30F" w14:textId="77777777" w:rsidR="008D4335" w:rsidRPr="005E5CC4" w:rsidRDefault="008D4335" w:rsidP="008D4335">
      <w:pPr>
        <w:keepNext/>
        <w:keepLines/>
        <w:spacing w:before="180" w:after="80" w:line="259" w:lineRule="auto"/>
        <w:jc w:val="left"/>
        <w:outlineLvl w:val="1"/>
        <w:rPr>
          <w:rFonts w:ascii="Times New Roman" w:eastAsiaTheme="majorEastAsia" w:hAnsi="Times New Roman" w:cs="Times New Roman"/>
          <w:b/>
          <w:bCs/>
          <w:color w:val="000000" w:themeColor="text1"/>
          <w:sz w:val="24"/>
          <w:szCs w:val="24"/>
          <w:lang w:val="ro-RO"/>
        </w:rPr>
      </w:pPr>
      <w:r w:rsidRPr="005E5CC4">
        <w:rPr>
          <w:rFonts w:ascii="Times New Roman" w:eastAsiaTheme="majorEastAsia" w:hAnsi="Times New Roman" w:cs="Times New Roman"/>
          <w:b/>
          <w:bCs/>
          <w:color w:val="000000" w:themeColor="text1"/>
          <w:sz w:val="24"/>
          <w:szCs w:val="24"/>
          <w:lang w:val="ro-RO"/>
        </w:rPr>
        <w:t>2.1 Obiectivele asumate de IMM</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800"/>
        <w:gridCol w:w="1979"/>
        <w:gridCol w:w="1821"/>
        <w:gridCol w:w="1438"/>
      </w:tblGrid>
      <w:tr w:rsidR="008D4335" w:rsidRPr="005E5CC4" w14:paraId="3D07BE34" w14:textId="77777777" w:rsidTr="008D4335">
        <w:trPr>
          <w:tblHeader/>
        </w:trPr>
        <w:tc>
          <w:tcPr>
            <w:tcW w:w="600" w:type="dxa"/>
            <w:shd w:val="clear" w:color="auto" w:fill="17365D"/>
            <w:tcMar>
              <w:top w:w="90" w:type="dxa"/>
              <w:left w:w="120" w:type="dxa"/>
              <w:bottom w:w="90" w:type="dxa"/>
              <w:right w:w="120" w:type="dxa"/>
            </w:tcMar>
            <w:vAlign w:val="center"/>
          </w:tcPr>
          <w:p w14:paraId="19F14491" w14:textId="77777777" w:rsidR="008D4335" w:rsidRPr="005E5CC4" w:rsidRDefault="008D4335" w:rsidP="008D4335">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FFFFFF"/>
                <w:sz w:val="24"/>
                <w:szCs w:val="24"/>
                <w:lang w:val="ro-RO"/>
              </w:rPr>
              <w:t>Nr.</w:t>
            </w:r>
          </w:p>
        </w:tc>
        <w:tc>
          <w:tcPr>
            <w:tcW w:w="3800" w:type="dxa"/>
            <w:shd w:val="clear" w:color="auto" w:fill="17365D"/>
            <w:tcMar>
              <w:top w:w="90" w:type="dxa"/>
              <w:left w:w="120" w:type="dxa"/>
              <w:bottom w:w="90" w:type="dxa"/>
              <w:right w:w="120" w:type="dxa"/>
            </w:tcMar>
            <w:vAlign w:val="center"/>
          </w:tcPr>
          <w:p w14:paraId="57E03867" w14:textId="77777777" w:rsidR="008D4335" w:rsidRPr="005E5CC4" w:rsidRDefault="008D4335" w:rsidP="008D4335">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FFFFFF"/>
                <w:sz w:val="24"/>
                <w:szCs w:val="24"/>
                <w:lang w:val="ro-RO"/>
              </w:rPr>
              <w:t>Obiectiv SMART</w:t>
            </w:r>
          </w:p>
        </w:tc>
        <w:tc>
          <w:tcPr>
            <w:tcW w:w="1979" w:type="dxa"/>
            <w:shd w:val="clear" w:color="auto" w:fill="17365D"/>
            <w:tcMar>
              <w:top w:w="90" w:type="dxa"/>
              <w:left w:w="120" w:type="dxa"/>
              <w:bottom w:w="90" w:type="dxa"/>
              <w:right w:w="120" w:type="dxa"/>
            </w:tcMar>
            <w:vAlign w:val="center"/>
          </w:tcPr>
          <w:p w14:paraId="4FE0BD6E" w14:textId="77777777" w:rsidR="008D4335" w:rsidRPr="005E5CC4" w:rsidRDefault="008D4335" w:rsidP="008D4335">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FFFFFF"/>
                <w:sz w:val="24"/>
                <w:szCs w:val="24"/>
                <w:lang w:val="ro-RO"/>
              </w:rPr>
              <w:t>Indicator/țintă</w:t>
            </w:r>
          </w:p>
        </w:tc>
        <w:tc>
          <w:tcPr>
            <w:tcW w:w="1821" w:type="dxa"/>
            <w:shd w:val="clear" w:color="auto" w:fill="17365D"/>
            <w:tcMar>
              <w:top w:w="90" w:type="dxa"/>
              <w:left w:w="120" w:type="dxa"/>
              <w:bottom w:w="90" w:type="dxa"/>
              <w:right w:w="120" w:type="dxa"/>
            </w:tcMar>
            <w:vAlign w:val="center"/>
          </w:tcPr>
          <w:p w14:paraId="7BD00205" w14:textId="77777777" w:rsidR="008D4335" w:rsidRPr="005E5CC4" w:rsidRDefault="008D4335" w:rsidP="008D4335">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FFFFFF"/>
                <w:sz w:val="24"/>
                <w:szCs w:val="24"/>
                <w:lang w:val="ro-RO"/>
              </w:rPr>
              <w:t>Rezultat</w:t>
            </w:r>
          </w:p>
        </w:tc>
        <w:tc>
          <w:tcPr>
            <w:tcW w:w="1438" w:type="dxa"/>
            <w:shd w:val="clear" w:color="auto" w:fill="17365D"/>
            <w:tcMar>
              <w:top w:w="90" w:type="dxa"/>
              <w:left w:w="120" w:type="dxa"/>
              <w:bottom w:w="90" w:type="dxa"/>
              <w:right w:w="120" w:type="dxa"/>
            </w:tcMar>
            <w:vAlign w:val="center"/>
          </w:tcPr>
          <w:p w14:paraId="75EA6A95" w14:textId="77777777" w:rsidR="008D4335" w:rsidRPr="005E5CC4" w:rsidRDefault="008D4335" w:rsidP="008D4335">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FFFFFF"/>
                <w:sz w:val="24"/>
                <w:szCs w:val="24"/>
                <w:lang w:val="ro-RO"/>
              </w:rPr>
              <w:t>Termen</w:t>
            </w:r>
          </w:p>
        </w:tc>
      </w:tr>
      <w:tr w:rsidR="008D4335" w:rsidRPr="005E5CC4" w14:paraId="0E3197B9" w14:textId="77777777" w:rsidTr="008D4335">
        <w:trPr>
          <w:cantSplit/>
        </w:trPr>
        <w:tc>
          <w:tcPr>
            <w:tcW w:w="600" w:type="dxa"/>
            <w:shd w:val="clear" w:color="auto" w:fill="F7F9FC"/>
          </w:tcPr>
          <w:p w14:paraId="6D18B644" w14:textId="77777777" w:rsidR="008D4335" w:rsidRPr="005E5CC4" w:rsidRDefault="008D4335" w:rsidP="008D4335">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000000"/>
                <w:sz w:val="24"/>
                <w:szCs w:val="24"/>
                <w:lang w:val="ro-RO"/>
              </w:rPr>
              <w:t>1</w:t>
            </w:r>
          </w:p>
        </w:tc>
        <w:tc>
          <w:tcPr>
            <w:tcW w:w="3800" w:type="dxa"/>
            <w:shd w:val="clear" w:color="auto" w:fill="F7F9FC"/>
          </w:tcPr>
          <w:p w14:paraId="681545B0"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[Obiectiv SMART 1]</w:t>
            </w:r>
          </w:p>
        </w:tc>
        <w:tc>
          <w:tcPr>
            <w:tcW w:w="1979" w:type="dxa"/>
            <w:shd w:val="clear" w:color="auto" w:fill="F7F9FC"/>
          </w:tcPr>
          <w:p w14:paraId="131F5BDD"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[KPI și țintă]</w:t>
            </w:r>
          </w:p>
        </w:tc>
        <w:tc>
          <w:tcPr>
            <w:tcW w:w="1821" w:type="dxa"/>
            <w:shd w:val="clear" w:color="auto" w:fill="F7F9FC"/>
          </w:tcPr>
          <w:p w14:paraId="3513E87B"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[R1-R5]</w:t>
            </w:r>
          </w:p>
        </w:tc>
        <w:tc>
          <w:tcPr>
            <w:tcW w:w="1438" w:type="dxa"/>
            <w:shd w:val="clear" w:color="auto" w:fill="F7F9FC"/>
          </w:tcPr>
          <w:p w14:paraId="57CA7D31"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[M...]</w:t>
            </w:r>
          </w:p>
        </w:tc>
      </w:tr>
      <w:tr w:rsidR="008D4335" w:rsidRPr="005E5CC4" w14:paraId="235B333E" w14:textId="77777777" w:rsidTr="008D4335">
        <w:trPr>
          <w:cantSplit/>
        </w:trPr>
        <w:tc>
          <w:tcPr>
            <w:tcW w:w="600" w:type="dxa"/>
            <w:shd w:val="clear" w:color="auto" w:fill="FFFFFF"/>
          </w:tcPr>
          <w:p w14:paraId="1F963C4C" w14:textId="77777777" w:rsidR="008D4335" w:rsidRPr="005E5CC4" w:rsidRDefault="008D4335" w:rsidP="008D4335">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000000"/>
                <w:sz w:val="24"/>
                <w:szCs w:val="24"/>
                <w:lang w:val="ro-RO"/>
              </w:rPr>
              <w:t>2</w:t>
            </w:r>
          </w:p>
        </w:tc>
        <w:tc>
          <w:tcPr>
            <w:tcW w:w="3800" w:type="dxa"/>
            <w:shd w:val="clear" w:color="auto" w:fill="FFFFFF"/>
          </w:tcPr>
          <w:p w14:paraId="6193E9E7"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[Obiectiv SMART 2]</w:t>
            </w:r>
          </w:p>
        </w:tc>
        <w:tc>
          <w:tcPr>
            <w:tcW w:w="1979" w:type="dxa"/>
            <w:shd w:val="clear" w:color="auto" w:fill="FFFFFF"/>
          </w:tcPr>
          <w:p w14:paraId="028128E6"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[KPI și țintă]</w:t>
            </w:r>
          </w:p>
        </w:tc>
        <w:tc>
          <w:tcPr>
            <w:tcW w:w="1821" w:type="dxa"/>
            <w:shd w:val="clear" w:color="auto" w:fill="FFFFFF"/>
          </w:tcPr>
          <w:p w14:paraId="300ABB33"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[R1-R5]</w:t>
            </w:r>
          </w:p>
        </w:tc>
        <w:tc>
          <w:tcPr>
            <w:tcW w:w="1438" w:type="dxa"/>
            <w:shd w:val="clear" w:color="auto" w:fill="FFFFFF"/>
          </w:tcPr>
          <w:p w14:paraId="26BC5D7C"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[M...]</w:t>
            </w:r>
          </w:p>
        </w:tc>
      </w:tr>
      <w:tr w:rsidR="008D4335" w:rsidRPr="005E5CC4" w14:paraId="5E58B40A" w14:textId="77777777" w:rsidTr="008D4335">
        <w:trPr>
          <w:cantSplit/>
        </w:trPr>
        <w:tc>
          <w:tcPr>
            <w:tcW w:w="600" w:type="dxa"/>
            <w:shd w:val="clear" w:color="auto" w:fill="F7F9FC"/>
          </w:tcPr>
          <w:p w14:paraId="7CC99927" w14:textId="77777777" w:rsidR="008D4335" w:rsidRPr="005E5CC4" w:rsidRDefault="008D4335" w:rsidP="008D4335">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000000"/>
                <w:sz w:val="24"/>
                <w:szCs w:val="24"/>
                <w:lang w:val="ro-RO"/>
              </w:rPr>
              <w:t>3</w:t>
            </w:r>
          </w:p>
        </w:tc>
        <w:tc>
          <w:tcPr>
            <w:tcW w:w="3800" w:type="dxa"/>
            <w:shd w:val="clear" w:color="auto" w:fill="F7F9FC"/>
          </w:tcPr>
          <w:p w14:paraId="5D055FE2"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[Obiectiv SMART 3]</w:t>
            </w:r>
          </w:p>
        </w:tc>
        <w:tc>
          <w:tcPr>
            <w:tcW w:w="1979" w:type="dxa"/>
            <w:shd w:val="clear" w:color="auto" w:fill="F7F9FC"/>
          </w:tcPr>
          <w:p w14:paraId="323C3E8A"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[KPI și țintă]</w:t>
            </w:r>
          </w:p>
        </w:tc>
        <w:tc>
          <w:tcPr>
            <w:tcW w:w="1821" w:type="dxa"/>
            <w:shd w:val="clear" w:color="auto" w:fill="F7F9FC"/>
          </w:tcPr>
          <w:p w14:paraId="4C37FB04"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[R1-R5]</w:t>
            </w:r>
          </w:p>
        </w:tc>
        <w:tc>
          <w:tcPr>
            <w:tcW w:w="1438" w:type="dxa"/>
            <w:shd w:val="clear" w:color="auto" w:fill="F7F9FC"/>
          </w:tcPr>
          <w:p w14:paraId="1AA59BDA"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[M...]</w:t>
            </w:r>
          </w:p>
        </w:tc>
      </w:tr>
      <w:tr w:rsidR="008D4335" w:rsidRPr="005E5CC4" w14:paraId="061DF511" w14:textId="77777777" w:rsidTr="008D4335">
        <w:trPr>
          <w:cantSplit/>
        </w:trPr>
        <w:tc>
          <w:tcPr>
            <w:tcW w:w="600" w:type="dxa"/>
            <w:shd w:val="clear" w:color="auto" w:fill="FFFFFF"/>
          </w:tcPr>
          <w:p w14:paraId="0BFFC62B" w14:textId="77777777" w:rsidR="008D4335" w:rsidRPr="005E5CC4" w:rsidRDefault="008D4335" w:rsidP="008D4335">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000000"/>
                <w:sz w:val="24"/>
                <w:szCs w:val="24"/>
                <w:lang w:val="ro-RO"/>
              </w:rPr>
              <w:t>4</w:t>
            </w:r>
          </w:p>
        </w:tc>
        <w:tc>
          <w:tcPr>
            <w:tcW w:w="3800" w:type="dxa"/>
            <w:shd w:val="clear" w:color="auto" w:fill="FFFFFF"/>
          </w:tcPr>
          <w:p w14:paraId="6E620DA0"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[Obiectiv SMART 4]</w:t>
            </w:r>
          </w:p>
        </w:tc>
        <w:tc>
          <w:tcPr>
            <w:tcW w:w="1979" w:type="dxa"/>
            <w:shd w:val="clear" w:color="auto" w:fill="FFFFFF"/>
          </w:tcPr>
          <w:p w14:paraId="42B1A132"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[KPI și țintă]</w:t>
            </w:r>
          </w:p>
        </w:tc>
        <w:tc>
          <w:tcPr>
            <w:tcW w:w="1821" w:type="dxa"/>
            <w:shd w:val="clear" w:color="auto" w:fill="FFFFFF"/>
          </w:tcPr>
          <w:p w14:paraId="3381CE8F"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[R1-R5]</w:t>
            </w:r>
          </w:p>
        </w:tc>
        <w:tc>
          <w:tcPr>
            <w:tcW w:w="1438" w:type="dxa"/>
            <w:shd w:val="clear" w:color="auto" w:fill="FFFFFF"/>
          </w:tcPr>
          <w:p w14:paraId="15DE2429"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[M...]</w:t>
            </w:r>
          </w:p>
        </w:tc>
      </w:tr>
      <w:tr w:rsidR="008D4335" w:rsidRPr="005E5CC4" w14:paraId="5B8E5F70" w14:textId="77777777" w:rsidTr="008D4335">
        <w:trPr>
          <w:cantSplit/>
        </w:trPr>
        <w:tc>
          <w:tcPr>
            <w:tcW w:w="600" w:type="dxa"/>
            <w:shd w:val="clear" w:color="auto" w:fill="F7F9FC"/>
          </w:tcPr>
          <w:p w14:paraId="464F3B2F" w14:textId="77777777" w:rsidR="008D4335" w:rsidRPr="005E5CC4" w:rsidRDefault="008D4335" w:rsidP="008D4335">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000000"/>
                <w:sz w:val="24"/>
                <w:szCs w:val="24"/>
                <w:lang w:val="ro-RO"/>
              </w:rPr>
              <w:t>5</w:t>
            </w:r>
          </w:p>
        </w:tc>
        <w:tc>
          <w:tcPr>
            <w:tcW w:w="3800" w:type="dxa"/>
            <w:shd w:val="clear" w:color="auto" w:fill="F7F9FC"/>
          </w:tcPr>
          <w:p w14:paraId="689E41C7"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[Obiectiv SMART 5]</w:t>
            </w:r>
          </w:p>
        </w:tc>
        <w:tc>
          <w:tcPr>
            <w:tcW w:w="1979" w:type="dxa"/>
            <w:shd w:val="clear" w:color="auto" w:fill="F7F9FC"/>
          </w:tcPr>
          <w:p w14:paraId="1A4E68FB"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[KPI și țintă]</w:t>
            </w:r>
          </w:p>
        </w:tc>
        <w:tc>
          <w:tcPr>
            <w:tcW w:w="1821" w:type="dxa"/>
            <w:shd w:val="clear" w:color="auto" w:fill="F7F9FC"/>
          </w:tcPr>
          <w:p w14:paraId="4D1E180F"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[R1-R5]</w:t>
            </w:r>
          </w:p>
        </w:tc>
        <w:tc>
          <w:tcPr>
            <w:tcW w:w="1438" w:type="dxa"/>
            <w:shd w:val="clear" w:color="auto" w:fill="F7F9FC"/>
          </w:tcPr>
          <w:p w14:paraId="168DDE1B" w14:textId="77777777" w:rsidR="008D4335" w:rsidRPr="005E5CC4" w:rsidRDefault="008D4335" w:rsidP="008D4335">
            <w:pPr>
              <w:spacing w:after="30" w:line="252" w:lineRule="auto"/>
              <w:jc w:val="left"/>
              <w:rPr>
                <w:rFonts w:ascii="Times New Roman" w:hAnsi="Times New Roman" w:cs="Times New Roman"/>
                <w:color w:val="auto"/>
                <w:sz w:val="24"/>
                <w:szCs w:val="24"/>
                <w:highlight w:val="yellow"/>
                <w:lang w:val="ro-RO"/>
              </w:rPr>
            </w:pPr>
            <w:r w:rsidRPr="005E5CC4">
              <w:rPr>
                <w:rFonts w:ascii="Times New Roman" w:hAnsi="Times New Roman" w:cs="Times New Roman"/>
                <w:color w:val="000000"/>
                <w:sz w:val="24"/>
                <w:szCs w:val="24"/>
                <w:highlight w:val="yellow"/>
                <w:lang w:val="ro-RO"/>
              </w:rPr>
              <w:t>[M...]</w:t>
            </w:r>
          </w:p>
        </w:tc>
      </w:tr>
    </w:tbl>
    <w:p w14:paraId="35AC2197" w14:textId="31927359" w:rsidR="000B73EC" w:rsidRPr="005E5CC4" w:rsidRDefault="000B73EC" w:rsidP="005E5CC4">
      <w:pPr>
        <w:pStyle w:val="Heading1"/>
        <w:numPr>
          <w:ilvl w:val="0"/>
          <w:numId w:val="2"/>
        </w:numPr>
        <w:rPr>
          <w:rFonts w:ascii="Times New Roman" w:hAnsi="Times New Roman" w:cs="Times New Roman"/>
          <w:color w:val="000000" w:themeColor="text1"/>
          <w:sz w:val="24"/>
          <w:szCs w:val="24"/>
          <w:lang w:val="ro-RO"/>
        </w:rPr>
      </w:pPr>
      <w:r w:rsidRPr="005E5CC4">
        <w:rPr>
          <w:rFonts w:ascii="Times New Roman" w:hAnsi="Times New Roman" w:cs="Times New Roman"/>
          <w:color w:val="000000" w:themeColor="text1"/>
          <w:sz w:val="24"/>
          <w:szCs w:val="24"/>
          <w:lang w:val="ro-RO"/>
        </w:rPr>
        <w:t>Gradul de noutate al propunerii - 20 puncte</w:t>
      </w:r>
    </w:p>
    <w:p w14:paraId="27917E71" w14:textId="77777777" w:rsidR="000B73EC" w:rsidRPr="005E5CC4" w:rsidRDefault="000B73EC" w:rsidP="000B73EC">
      <w:pP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Noutatea se demonstrează față de stadiul tehnicii și piață, nu doar față de situația internă a întreprinderii. Se indică surse și valori comparabile.</w:t>
      </w:r>
    </w:p>
    <w:p w14:paraId="13AC6DB3" w14:textId="681F5792" w:rsidR="000B73EC" w:rsidRPr="005E5CC4" w:rsidRDefault="000B73EC" w:rsidP="005E5CC4">
      <w:pPr>
        <w:keepNext/>
        <w:keepLines/>
        <w:spacing w:before="180" w:after="80" w:line="259" w:lineRule="auto"/>
        <w:jc w:val="left"/>
        <w:outlineLvl w:val="1"/>
        <w:rPr>
          <w:rFonts w:ascii="Times New Roman" w:eastAsiaTheme="majorEastAsia" w:hAnsi="Times New Roman" w:cs="Times New Roman"/>
          <w:b/>
          <w:bCs/>
          <w:color w:val="000000" w:themeColor="text1"/>
          <w:sz w:val="24"/>
          <w:szCs w:val="24"/>
          <w:lang w:val="ro-RO"/>
        </w:rPr>
      </w:pPr>
      <w:r w:rsidRPr="00C001AD">
        <w:rPr>
          <w:rFonts w:ascii="Times New Roman" w:eastAsiaTheme="majorEastAsia" w:hAnsi="Times New Roman" w:cs="Times New Roman"/>
          <w:b/>
          <w:bCs/>
          <w:color w:val="000000" w:themeColor="text1"/>
          <w:sz w:val="24"/>
          <w:szCs w:val="24"/>
          <w:lang w:val="ro-RO"/>
        </w:rPr>
        <w:lastRenderedPageBreak/>
        <w:t>3.1 Nivelul tehnologic de pornire - TRL 4</w:t>
      </w:r>
      <w:r w:rsidR="004B7B67" w:rsidRPr="00C001AD">
        <w:rPr>
          <w:rFonts w:ascii="Times New Roman" w:eastAsiaTheme="majorEastAsia" w:hAnsi="Times New Roman" w:cs="Times New Roman"/>
          <w:b/>
          <w:bCs/>
          <w:color w:val="000000" w:themeColor="text1"/>
          <w:sz w:val="24"/>
          <w:szCs w:val="24"/>
          <w:lang w:val="ro-RO"/>
        </w:rPr>
        <w:t xml:space="preserve"> – propus de lider</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0"/>
        <w:gridCol w:w="2246"/>
        <w:gridCol w:w="2246"/>
        <w:gridCol w:w="2246"/>
      </w:tblGrid>
      <w:tr w:rsidR="000B73EC" w:rsidRPr="005E5CC4" w14:paraId="070DE689" w14:textId="77777777" w:rsidTr="005E5CC4">
        <w:trPr>
          <w:cantSplit/>
        </w:trPr>
        <w:tc>
          <w:tcPr>
            <w:tcW w:w="2900" w:type="dxa"/>
            <w:shd w:val="clear" w:color="auto" w:fill="F7F9FC"/>
            <w:tcMar>
              <w:top w:w="90" w:type="dxa"/>
              <w:left w:w="120" w:type="dxa"/>
              <w:bottom w:w="90" w:type="dxa"/>
              <w:right w:w="120" w:type="dxa"/>
            </w:tcMar>
            <w:vAlign w:val="center"/>
          </w:tcPr>
          <w:p w14:paraId="58F92BCA"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Tehnologia existentă înainte de proiect</w:t>
            </w:r>
          </w:p>
        </w:tc>
        <w:tc>
          <w:tcPr>
            <w:tcW w:w="6738" w:type="dxa"/>
            <w:gridSpan w:val="3"/>
            <w:tcMar>
              <w:top w:w="90" w:type="dxa"/>
              <w:left w:w="120" w:type="dxa"/>
              <w:bottom w:w="90" w:type="dxa"/>
              <w:right w:w="120" w:type="dxa"/>
            </w:tcMar>
            <w:vAlign w:val="center"/>
          </w:tcPr>
          <w:p w14:paraId="36052505" w14:textId="77777777" w:rsidR="00050DF4" w:rsidRPr="001B73E0" w:rsidRDefault="00050DF4" w:rsidP="0028675C">
            <w:pPr>
              <w:pStyle w:val="ListParagraph"/>
              <w:numPr>
                <w:ilvl w:val="0"/>
                <w:numId w:val="12"/>
              </w:numPr>
              <w:spacing w:after="160" w:line="259" w:lineRule="auto"/>
              <w:ind w:left="666"/>
              <w:jc w:val="left"/>
              <w:rPr>
                <w:rFonts w:ascii="Times New Roman" w:hAnsi="Times New Roman" w:cs="Times New Roman"/>
              </w:rPr>
            </w:pPr>
            <w:proofErr w:type="spellStart"/>
            <w:r w:rsidRPr="001B73E0">
              <w:rPr>
                <w:rFonts w:ascii="Times New Roman" w:hAnsi="Times New Roman" w:cs="Times New Roman"/>
              </w:rPr>
              <w:t>în</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cadrul</w:t>
            </w:r>
            <w:proofErr w:type="spellEnd"/>
            <w:r w:rsidRPr="001B73E0">
              <w:rPr>
                <w:rFonts w:ascii="Times New Roman" w:hAnsi="Times New Roman" w:cs="Times New Roman"/>
              </w:rPr>
              <w:t xml:space="preserve"> Smart Pneumatics Lab (</w:t>
            </w:r>
            <w:proofErr w:type="spellStart"/>
            <w:r w:rsidRPr="001B73E0">
              <w:rPr>
                <w:rFonts w:ascii="Times New Roman" w:hAnsi="Times New Roman" w:cs="Times New Roman"/>
              </w:rPr>
              <w:t>facultatea</w:t>
            </w:r>
            <w:proofErr w:type="spellEnd"/>
            <w:r w:rsidRPr="001B73E0">
              <w:rPr>
                <w:rFonts w:ascii="Times New Roman" w:hAnsi="Times New Roman" w:cs="Times New Roman"/>
              </w:rPr>
              <w:t xml:space="preserve"> de </w:t>
            </w:r>
            <w:proofErr w:type="spellStart"/>
            <w:r w:rsidRPr="001B73E0">
              <w:rPr>
                <w:rFonts w:ascii="Times New Roman" w:hAnsi="Times New Roman" w:cs="Times New Roman"/>
              </w:rPr>
              <w:t>Inginerie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Industrială</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şi</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Robotică</w:t>
            </w:r>
            <w:proofErr w:type="spellEnd"/>
            <w:r w:rsidRPr="001B73E0">
              <w:rPr>
                <w:rFonts w:ascii="Times New Roman" w:hAnsi="Times New Roman" w:cs="Times New Roman"/>
              </w:rPr>
              <w:t xml:space="preserve"> din UNSTPB) a </w:t>
            </w:r>
            <w:proofErr w:type="spellStart"/>
            <w:r w:rsidRPr="001B73E0">
              <w:rPr>
                <w:rFonts w:ascii="Times New Roman" w:hAnsi="Times New Roman" w:cs="Times New Roman"/>
              </w:rPr>
              <w:t>fost</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dezvoltat</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începând</w:t>
            </w:r>
            <w:proofErr w:type="spellEnd"/>
            <w:r w:rsidRPr="001B73E0">
              <w:rPr>
                <w:rFonts w:ascii="Times New Roman" w:hAnsi="Times New Roman" w:cs="Times New Roman"/>
              </w:rPr>
              <w:t xml:space="preserve"> cu 2017, </w:t>
            </w:r>
            <w:proofErr w:type="spellStart"/>
            <w:r w:rsidRPr="001B73E0">
              <w:rPr>
                <w:rFonts w:ascii="Times New Roman" w:hAnsi="Times New Roman" w:cs="Times New Roman"/>
              </w:rPr>
              <w:t>proiectul</w:t>
            </w:r>
            <w:proofErr w:type="spellEnd"/>
            <w:r w:rsidRPr="001B73E0">
              <w:rPr>
                <w:rFonts w:ascii="Times New Roman" w:hAnsi="Times New Roman" w:cs="Times New Roman"/>
              </w:rPr>
              <w:t xml:space="preserve"> UPBAIR, </w:t>
            </w:r>
            <w:proofErr w:type="spellStart"/>
            <w:r w:rsidRPr="001B73E0">
              <w:rPr>
                <w:rFonts w:ascii="Times New Roman" w:hAnsi="Times New Roman" w:cs="Times New Roman"/>
              </w:rPr>
              <w:t>dedicat</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vehiculelor</w:t>
            </w:r>
            <w:proofErr w:type="spellEnd"/>
            <w:r w:rsidRPr="001B73E0">
              <w:rPr>
                <w:rFonts w:ascii="Times New Roman" w:hAnsi="Times New Roman" w:cs="Times New Roman"/>
              </w:rPr>
              <w:t xml:space="preserve"> cu </w:t>
            </w:r>
            <w:proofErr w:type="spellStart"/>
            <w:r w:rsidRPr="001B73E0">
              <w:rPr>
                <w:rFonts w:ascii="Times New Roman" w:hAnsi="Times New Roman" w:cs="Times New Roman"/>
              </w:rPr>
              <w:t>propulsie</w:t>
            </w:r>
            <w:proofErr w:type="spellEnd"/>
            <w:r w:rsidRPr="001B73E0">
              <w:rPr>
                <w:rFonts w:ascii="Times New Roman" w:hAnsi="Times New Roman" w:cs="Times New Roman"/>
              </w:rPr>
              <w:t xml:space="preserve"> pneumatic (VPP); </w:t>
            </w:r>
          </w:p>
          <w:p w14:paraId="7E69FD3D" w14:textId="77777777" w:rsidR="00050DF4" w:rsidRPr="001B73E0" w:rsidRDefault="00050DF4" w:rsidP="0028675C">
            <w:pPr>
              <w:pStyle w:val="ListParagraph"/>
              <w:numPr>
                <w:ilvl w:val="0"/>
                <w:numId w:val="12"/>
              </w:numPr>
              <w:spacing w:after="160" w:line="259" w:lineRule="auto"/>
              <w:ind w:left="666"/>
              <w:jc w:val="left"/>
              <w:rPr>
                <w:rFonts w:ascii="Times New Roman" w:hAnsi="Times New Roman" w:cs="Times New Roman"/>
              </w:rPr>
            </w:pPr>
            <w:r w:rsidRPr="001B73E0">
              <w:rPr>
                <w:rFonts w:ascii="Times New Roman" w:hAnsi="Times New Roman" w:cs="Times New Roman"/>
              </w:rPr>
              <w:t xml:space="preserve">au </w:t>
            </w:r>
            <w:proofErr w:type="spellStart"/>
            <w:r w:rsidRPr="001B73E0">
              <w:rPr>
                <w:rFonts w:ascii="Times New Roman" w:hAnsi="Times New Roman" w:cs="Times New Roman"/>
              </w:rPr>
              <w:t>fost</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proiectate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construite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și</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exploatate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succesiv</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mai</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multe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generații</w:t>
            </w:r>
            <w:proofErr w:type="spellEnd"/>
            <w:r w:rsidRPr="001B73E0">
              <w:rPr>
                <w:rFonts w:ascii="Times New Roman" w:hAnsi="Times New Roman" w:cs="Times New Roman"/>
              </w:rPr>
              <w:t xml:space="preserve"> de VPP; </w:t>
            </w:r>
          </w:p>
          <w:p w14:paraId="432517DA" w14:textId="77777777" w:rsidR="00050DF4" w:rsidRPr="001B73E0" w:rsidRDefault="00050DF4" w:rsidP="0028675C">
            <w:pPr>
              <w:pStyle w:val="ListParagraph"/>
              <w:numPr>
                <w:ilvl w:val="0"/>
                <w:numId w:val="12"/>
              </w:numPr>
              <w:spacing w:after="160" w:line="259" w:lineRule="auto"/>
              <w:ind w:left="666"/>
              <w:jc w:val="left"/>
              <w:rPr>
                <w:rFonts w:ascii="Times New Roman" w:hAnsi="Times New Roman" w:cs="Times New Roman"/>
              </w:rPr>
            </w:pPr>
            <w:proofErr w:type="spellStart"/>
            <w:r w:rsidRPr="001B73E0">
              <w:rPr>
                <w:rFonts w:ascii="Times New Roman" w:hAnsi="Times New Roman" w:cs="Times New Roman"/>
              </w:rPr>
              <w:t>sistemele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dezvoltate</w:t>
            </w:r>
            <w:proofErr w:type="spellEnd"/>
            <w:r w:rsidRPr="001B73E0">
              <w:rPr>
                <w:rFonts w:ascii="Times New Roman" w:hAnsi="Times New Roman" w:cs="Times New Roman"/>
              </w:rPr>
              <w:t xml:space="preserve"> au </w:t>
            </w:r>
            <w:proofErr w:type="spellStart"/>
            <w:r w:rsidRPr="001B73E0">
              <w:rPr>
                <w:rFonts w:ascii="Times New Roman" w:hAnsi="Times New Roman" w:cs="Times New Roman"/>
              </w:rPr>
              <w:t>inclus</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soluții</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mecanice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pneumatice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și</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începând</w:t>
            </w:r>
            <w:proofErr w:type="spellEnd"/>
            <w:r w:rsidRPr="001B73E0">
              <w:rPr>
                <w:rFonts w:ascii="Times New Roman" w:hAnsi="Times New Roman" w:cs="Times New Roman"/>
              </w:rPr>
              <w:t xml:space="preserve"> cu </w:t>
            </w:r>
            <w:proofErr w:type="spellStart"/>
            <w:r w:rsidRPr="001B73E0">
              <w:rPr>
                <w:rFonts w:ascii="Times New Roman" w:hAnsi="Times New Roman" w:cs="Times New Roman"/>
              </w:rPr>
              <w:t>ediția</w:t>
            </w:r>
            <w:proofErr w:type="spellEnd"/>
            <w:r w:rsidRPr="001B73E0">
              <w:rPr>
                <w:rFonts w:ascii="Times New Roman" w:hAnsi="Times New Roman" w:cs="Times New Roman"/>
              </w:rPr>
              <w:t xml:space="preserve"> 2018, </w:t>
            </w:r>
            <w:proofErr w:type="spellStart"/>
            <w:r w:rsidRPr="001B73E0">
              <w:rPr>
                <w:rFonts w:ascii="Times New Roman" w:hAnsi="Times New Roman" w:cs="Times New Roman"/>
              </w:rPr>
              <w:t>comandă</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electronică</w:t>
            </w:r>
            <w:proofErr w:type="spellEnd"/>
            <w:r w:rsidRPr="001B73E0">
              <w:rPr>
                <w:rFonts w:ascii="Times New Roman" w:hAnsi="Times New Roman" w:cs="Times New Roman"/>
              </w:rPr>
              <w:t xml:space="preserve"> </w:t>
            </w:r>
            <w:proofErr w:type="gramStart"/>
            <w:r w:rsidRPr="001B73E0">
              <w:rPr>
                <w:rFonts w:ascii="Times New Roman" w:hAnsi="Times New Roman" w:cs="Times New Roman"/>
              </w:rPr>
              <w:t>a</w:t>
            </w:r>
            <w:proofErr w:type="gramEnd"/>
            <w:r w:rsidRPr="001B73E0">
              <w:rPr>
                <w:rFonts w:ascii="Times New Roman" w:hAnsi="Times New Roman" w:cs="Times New Roman"/>
              </w:rPr>
              <w:t xml:space="preserve"> </w:t>
            </w:r>
            <w:proofErr w:type="spellStart"/>
            <w:r w:rsidRPr="001B73E0">
              <w:rPr>
                <w:rFonts w:ascii="Times New Roman" w:hAnsi="Times New Roman" w:cs="Times New Roman"/>
              </w:rPr>
              <w:t>echipamentelor</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pneumatice</w:t>
            </w:r>
            <w:proofErr w:type="spellEnd"/>
            <w:r w:rsidRPr="001B73E0">
              <w:rPr>
                <w:rFonts w:ascii="Times New Roman" w:hAnsi="Times New Roman" w:cs="Times New Roman"/>
              </w:rPr>
              <w:t xml:space="preserve">; </w:t>
            </w:r>
          </w:p>
          <w:p w14:paraId="0110E86E" w14:textId="77777777" w:rsidR="00050DF4" w:rsidRPr="001B73E0" w:rsidRDefault="00050DF4" w:rsidP="0028675C">
            <w:pPr>
              <w:pStyle w:val="ListParagraph"/>
              <w:numPr>
                <w:ilvl w:val="0"/>
                <w:numId w:val="12"/>
              </w:numPr>
              <w:spacing w:after="0" w:line="259" w:lineRule="auto"/>
              <w:ind w:left="666" w:hanging="357"/>
              <w:jc w:val="left"/>
              <w:rPr>
                <w:rFonts w:ascii="Times New Roman" w:hAnsi="Times New Roman" w:cs="Times New Roman"/>
              </w:rPr>
            </w:pPr>
            <w:proofErr w:type="spellStart"/>
            <w:r w:rsidRPr="001B73E0">
              <w:rPr>
                <w:rFonts w:ascii="Times New Roman" w:hAnsi="Times New Roman" w:cs="Times New Roman"/>
              </w:rPr>
              <w:t>tehnologiile</w:t>
            </w:r>
            <w:proofErr w:type="spellEnd"/>
            <w:r w:rsidRPr="001B73E0">
              <w:rPr>
                <w:rFonts w:ascii="Times New Roman" w:hAnsi="Times New Roman" w:cs="Times New Roman"/>
              </w:rPr>
              <w:t xml:space="preserve"> au </w:t>
            </w:r>
            <w:proofErr w:type="spellStart"/>
            <w:r w:rsidRPr="001B73E0">
              <w:rPr>
                <w:rFonts w:ascii="Times New Roman" w:hAnsi="Times New Roman" w:cs="Times New Roman"/>
              </w:rPr>
              <w:t>fost</w:t>
            </w:r>
            <w:proofErr w:type="spellEnd"/>
            <w:r w:rsidRPr="001B73E0">
              <w:rPr>
                <w:rFonts w:ascii="Times New Roman" w:hAnsi="Times New Roman" w:cs="Times New Roman"/>
              </w:rPr>
              <w:t xml:space="preserve"> testate </w:t>
            </w:r>
            <w:proofErr w:type="spellStart"/>
            <w:r w:rsidRPr="001B73E0">
              <w:rPr>
                <w:rFonts w:ascii="Times New Roman" w:hAnsi="Times New Roman" w:cs="Times New Roman"/>
              </w:rPr>
              <w:t>în</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competiții</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internaționale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și</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în</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standuri</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experimentale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proprii</w:t>
            </w:r>
            <w:proofErr w:type="spellEnd"/>
            <w:r w:rsidRPr="001B73E0">
              <w:rPr>
                <w:rFonts w:ascii="Times New Roman" w:hAnsi="Times New Roman" w:cs="Times New Roman"/>
              </w:rPr>
              <w:t xml:space="preserve">. </w:t>
            </w:r>
          </w:p>
          <w:p w14:paraId="00B17C76" w14:textId="77777777" w:rsidR="00050DF4" w:rsidRPr="001B73E0" w:rsidRDefault="00050DF4" w:rsidP="00050DF4">
            <w:pPr>
              <w:spacing w:after="0" w:line="259" w:lineRule="auto"/>
              <w:rPr>
                <w:rFonts w:ascii="Times New Roman" w:hAnsi="Times New Roman" w:cs="Times New Roman"/>
              </w:rPr>
            </w:pPr>
            <w:r w:rsidRPr="001B73E0">
              <w:rPr>
                <w:rFonts w:ascii="Times New Roman" w:hAnsi="Times New Roman" w:cs="Times New Roman"/>
                <w:b/>
                <w:bCs/>
              </w:rPr>
              <w:t>A</w:t>
            </w:r>
            <w:r w:rsidRPr="001B73E0">
              <w:rPr>
                <w:rFonts w:ascii="Times New Roman" w:hAnsi="Times New Roman" w:cs="Times New Roman"/>
              </w:rPr>
              <w:t xml:space="preserve">u </w:t>
            </w:r>
            <w:proofErr w:type="spellStart"/>
            <w:r w:rsidRPr="001B73E0">
              <w:rPr>
                <w:rFonts w:ascii="Times New Roman" w:hAnsi="Times New Roman" w:cs="Times New Roman"/>
              </w:rPr>
              <w:t>fost</w:t>
            </w:r>
            <w:proofErr w:type="spellEnd"/>
            <w:r w:rsidRPr="001B73E0">
              <w:rPr>
                <w:rFonts w:ascii="Times New Roman" w:hAnsi="Times New Roman" w:cs="Times New Roman"/>
              </w:rPr>
              <w:t xml:space="preserve"> validate:</w:t>
            </w:r>
          </w:p>
          <w:p w14:paraId="34006CB2" w14:textId="77777777" w:rsidR="00050DF4" w:rsidRPr="001B73E0" w:rsidRDefault="00050DF4" w:rsidP="00050DF4">
            <w:pPr>
              <w:numPr>
                <w:ilvl w:val="0"/>
                <w:numId w:val="13"/>
              </w:numPr>
              <w:spacing w:after="0" w:line="259" w:lineRule="auto"/>
              <w:jc w:val="left"/>
              <w:rPr>
                <w:rFonts w:ascii="Times New Roman" w:hAnsi="Times New Roman" w:cs="Times New Roman"/>
              </w:rPr>
            </w:pPr>
            <w:proofErr w:type="spellStart"/>
            <w:r w:rsidRPr="001B73E0">
              <w:rPr>
                <w:rFonts w:ascii="Times New Roman" w:hAnsi="Times New Roman" w:cs="Times New Roman"/>
              </w:rPr>
              <w:t>arhitectura</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vehiculului</w:t>
            </w:r>
            <w:proofErr w:type="spellEnd"/>
            <w:r w:rsidRPr="001B73E0">
              <w:rPr>
                <w:rFonts w:ascii="Times New Roman" w:hAnsi="Times New Roman" w:cs="Times New Roman"/>
              </w:rPr>
              <w:t xml:space="preserve"> pneumatic; </w:t>
            </w:r>
          </w:p>
          <w:p w14:paraId="0F56C5FD" w14:textId="77777777" w:rsidR="00050DF4" w:rsidRPr="001B73E0" w:rsidRDefault="00050DF4" w:rsidP="00050DF4">
            <w:pPr>
              <w:numPr>
                <w:ilvl w:val="0"/>
                <w:numId w:val="13"/>
              </w:numPr>
              <w:spacing w:after="0" w:line="259" w:lineRule="auto"/>
              <w:jc w:val="left"/>
              <w:rPr>
                <w:rFonts w:ascii="Times New Roman" w:hAnsi="Times New Roman" w:cs="Times New Roman"/>
              </w:rPr>
            </w:pPr>
            <w:proofErr w:type="spellStart"/>
            <w:r w:rsidRPr="001B73E0">
              <w:rPr>
                <w:rFonts w:ascii="Times New Roman" w:hAnsi="Times New Roman" w:cs="Times New Roman"/>
              </w:rPr>
              <w:t>sistemele</w:t>
            </w:r>
            <w:proofErr w:type="spellEnd"/>
            <w:r w:rsidRPr="001B73E0">
              <w:rPr>
                <w:rFonts w:ascii="Times New Roman" w:hAnsi="Times New Roman" w:cs="Times New Roman"/>
              </w:rPr>
              <w:t xml:space="preserve"> de </w:t>
            </w:r>
            <w:proofErr w:type="spellStart"/>
            <w:r w:rsidRPr="001B73E0">
              <w:rPr>
                <w:rFonts w:ascii="Times New Roman" w:hAnsi="Times New Roman" w:cs="Times New Roman"/>
              </w:rPr>
              <w:t>propulsie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pneumatică</w:t>
            </w:r>
            <w:proofErr w:type="spellEnd"/>
            <w:r w:rsidRPr="001B73E0">
              <w:rPr>
                <w:rFonts w:ascii="Times New Roman" w:hAnsi="Times New Roman" w:cs="Times New Roman"/>
              </w:rPr>
              <w:t xml:space="preserve">; </w:t>
            </w:r>
          </w:p>
          <w:p w14:paraId="0EF63386" w14:textId="77777777" w:rsidR="00050DF4" w:rsidRPr="001B73E0" w:rsidRDefault="00050DF4" w:rsidP="00050DF4">
            <w:pPr>
              <w:numPr>
                <w:ilvl w:val="0"/>
                <w:numId w:val="13"/>
              </w:numPr>
              <w:spacing w:after="0" w:line="259" w:lineRule="auto"/>
              <w:jc w:val="left"/>
              <w:rPr>
                <w:rFonts w:ascii="Times New Roman" w:hAnsi="Times New Roman" w:cs="Times New Roman"/>
              </w:rPr>
            </w:pPr>
            <w:proofErr w:type="spellStart"/>
            <w:r w:rsidRPr="001B73E0">
              <w:rPr>
                <w:rFonts w:ascii="Times New Roman" w:hAnsi="Times New Roman" w:cs="Times New Roman"/>
              </w:rPr>
              <w:t>sistemele</w:t>
            </w:r>
            <w:proofErr w:type="spellEnd"/>
            <w:r w:rsidRPr="001B73E0">
              <w:rPr>
                <w:rFonts w:ascii="Times New Roman" w:hAnsi="Times New Roman" w:cs="Times New Roman"/>
              </w:rPr>
              <w:t xml:space="preserve"> de </w:t>
            </w:r>
            <w:proofErr w:type="spellStart"/>
            <w:r w:rsidRPr="001B73E0">
              <w:rPr>
                <w:rFonts w:ascii="Times New Roman" w:hAnsi="Times New Roman" w:cs="Times New Roman"/>
              </w:rPr>
              <w:t>comandă</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și</w:t>
            </w:r>
            <w:proofErr w:type="spellEnd"/>
            <w:r w:rsidRPr="001B73E0">
              <w:rPr>
                <w:rFonts w:ascii="Times New Roman" w:hAnsi="Times New Roman" w:cs="Times New Roman"/>
              </w:rPr>
              <w:t xml:space="preserve"> control; </w:t>
            </w:r>
          </w:p>
          <w:p w14:paraId="162344C8" w14:textId="77777777" w:rsidR="00050DF4" w:rsidRPr="001B73E0" w:rsidRDefault="00050DF4" w:rsidP="00050DF4">
            <w:pPr>
              <w:numPr>
                <w:ilvl w:val="0"/>
                <w:numId w:val="13"/>
              </w:numPr>
              <w:spacing w:after="0" w:line="259" w:lineRule="auto"/>
              <w:jc w:val="left"/>
              <w:rPr>
                <w:rFonts w:ascii="Times New Roman" w:hAnsi="Times New Roman" w:cs="Times New Roman"/>
              </w:rPr>
            </w:pPr>
            <w:proofErr w:type="spellStart"/>
            <w:r w:rsidRPr="001B73E0">
              <w:rPr>
                <w:rFonts w:ascii="Times New Roman" w:hAnsi="Times New Roman" w:cs="Times New Roman"/>
              </w:rPr>
              <w:t>integrarea</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componentelor</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pneumatice</w:t>
            </w:r>
            <w:proofErr w:type="spellEnd"/>
            <w:r w:rsidRPr="001B73E0">
              <w:rPr>
                <w:rFonts w:ascii="Times New Roman" w:hAnsi="Times New Roman" w:cs="Times New Roman"/>
              </w:rPr>
              <w:t xml:space="preserve"> AVENTICS/Emerson; </w:t>
            </w:r>
          </w:p>
          <w:p w14:paraId="6212651D" w14:textId="77777777" w:rsidR="00050DF4" w:rsidRPr="001B73E0" w:rsidRDefault="00050DF4" w:rsidP="00050DF4">
            <w:pPr>
              <w:numPr>
                <w:ilvl w:val="0"/>
                <w:numId w:val="13"/>
              </w:numPr>
              <w:spacing w:after="0" w:line="259" w:lineRule="auto"/>
              <w:jc w:val="left"/>
              <w:rPr>
                <w:rFonts w:ascii="Times New Roman" w:hAnsi="Times New Roman" w:cs="Times New Roman"/>
              </w:rPr>
            </w:pPr>
            <w:proofErr w:type="spellStart"/>
            <w:r w:rsidRPr="001B73E0">
              <w:rPr>
                <w:rFonts w:ascii="Times New Roman" w:hAnsi="Times New Roman" w:cs="Times New Roman"/>
              </w:rPr>
              <w:t>funcționarea</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vehiculului</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în</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condiții</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reale</w:t>
            </w:r>
            <w:proofErr w:type="spellEnd"/>
            <w:r w:rsidRPr="001B73E0">
              <w:rPr>
                <w:rFonts w:ascii="Times New Roman" w:hAnsi="Times New Roman" w:cs="Times New Roman"/>
              </w:rPr>
              <w:t xml:space="preserve"> de </w:t>
            </w:r>
            <w:proofErr w:type="spellStart"/>
            <w:r w:rsidRPr="001B73E0">
              <w:rPr>
                <w:rFonts w:ascii="Times New Roman" w:hAnsi="Times New Roman" w:cs="Times New Roman"/>
              </w:rPr>
              <w:t>competiție</w:t>
            </w:r>
            <w:proofErr w:type="spellEnd"/>
            <w:r w:rsidRPr="001B73E0">
              <w:rPr>
                <w:rFonts w:ascii="Times New Roman" w:hAnsi="Times New Roman" w:cs="Times New Roman"/>
              </w:rPr>
              <w:t xml:space="preserve">; </w:t>
            </w:r>
          </w:p>
          <w:p w14:paraId="76BDF16C" w14:textId="77777777" w:rsidR="00050DF4" w:rsidRPr="001B73E0" w:rsidRDefault="00050DF4" w:rsidP="00050DF4">
            <w:pPr>
              <w:numPr>
                <w:ilvl w:val="0"/>
                <w:numId w:val="13"/>
              </w:numPr>
              <w:spacing w:after="0" w:line="259" w:lineRule="auto"/>
              <w:jc w:val="left"/>
              <w:rPr>
                <w:rFonts w:ascii="Times New Roman" w:hAnsi="Times New Roman" w:cs="Times New Roman"/>
              </w:rPr>
            </w:pPr>
            <w:proofErr w:type="spellStart"/>
            <w:r w:rsidRPr="001B73E0">
              <w:rPr>
                <w:rFonts w:ascii="Times New Roman" w:hAnsi="Times New Roman" w:cs="Times New Roman"/>
              </w:rPr>
              <w:t>soluții</w:t>
            </w:r>
            <w:proofErr w:type="spellEnd"/>
            <w:r w:rsidRPr="001B73E0">
              <w:rPr>
                <w:rFonts w:ascii="Times New Roman" w:hAnsi="Times New Roman" w:cs="Times New Roman"/>
              </w:rPr>
              <w:t xml:space="preserve"> de </w:t>
            </w:r>
            <w:proofErr w:type="spellStart"/>
            <w:r w:rsidRPr="001B73E0">
              <w:rPr>
                <w:rFonts w:ascii="Times New Roman" w:hAnsi="Times New Roman" w:cs="Times New Roman"/>
              </w:rPr>
              <w:t>comandă</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electronică</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introduse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în</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generațiile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recente</w:t>
            </w:r>
            <w:proofErr w:type="spellEnd"/>
            <w:r w:rsidRPr="001B73E0">
              <w:rPr>
                <w:rFonts w:ascii="Times New Roman" w:hAnsi="Times New Roman" w:cs="Times New Roman"/>
              </w:rPr>
              <w:t xml:space="preserve"> de </w:t>
            </w:r>
            <w:proofErr w:type="spellStart"/>
            <w:r w:rsidRPr="001B73E0">
              <w:rPr>
                <w:rFonts w:ascii="Times New Roman" w:hAnsi="Times New Roman" w:cs="Times New Roman"/>
              </w:rPr>
              <w:t>pneumobile</w:t>
            </w:r>
            <w:proofErr w:type="spellEnd"/>
            <w:r w:rsidRPr="001B73E0">
              <w:rPr>
                <w:rFonts w:ascii="Times New Roman" w:hAnsi="Times New Roman" w:cs="Times New Roman"/>
              </w:rPr>
              <w:t xml:space="preserve">. </w:t>
            </w:r>
          </w:p>
          <w:p w14:paraId="53DE025F" w14:textId="47C18180" w:rsidR="000B73EC" w:rsidRPr="00C63A1E" w:rsidRDefault="00050DF4" w:rsidP="00050DF4">
            <w:pPr>
              <w:spacing w:after="30" w:line="252" w:lineRule="auto"/>
              <w:rPr>
                <w:rFonts w:ascii="Times New Roman" w:hAnsi="Times New Roman" w:cs="Times New Roman"/>
                <w:iCs/>
                <w:color w:val="auto"/>
                <w:sz w:val="24"/>
                <w:szCs w:val="24"/>
                <w:highlight w:val="yellow"/>
                <w:lang w:val="ro-RO"/>
              </w:rPr>
            </w:pPr>
            <w:proofErr w:type="spellStart"/>
            <w:r w:rsidRPr="001B73E0">
              <w:rPr>
                <w:rFonts w:ascii="Times New Roman" w:hAnsi="Times New Roman" w:cs="Times New Roman"/>
              </w:rPr>
              <w:t>Rezultatele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obținute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în</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cadrul</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proiectului</w:t>
            </w:r>
            <w:proofErr w:type="spellEnd"/>
            <w:r w:rsidRPr="001B73E0">
              <w:rPr>
                <w:rFonts w:ascii="Times New Roman" w:hAnsi="Times New Roman" w:cs="Times New Roman"/>
              </w:rPr>
              <w:t xml:space="preserve"> UPBAIR </w:t>
            </w:r>
            <w:proofErr w:type="spellStart"/>
            <w:r w:rsidRPr="001B73E0">
              <w:rPr>
                <w:rFonts w:ascii="Times New Roman" w:hAnsi="Times New Roman" w:cs="Times New Roman"/>
              </w:rPr>
              <w:t>și</w:t>
            </w:r>
            <w:proofErr w:type="spellEnd"/>
            <w:r w:rsidRPr="001B73E0">
              <w:rPr>
                <w:rFonts w:ascii="Times New Roman" w:hAnsi="Times New Roman" w:cs="Times New Roman"/>
              </w:rPr>
              <w:t xml:space="preserve"> al </w:t>
            </w:r>
            <w:proofErr w:type="spellStart"/>
            <w:r w:rsidRPr="001B73E0">
              <w:rPr>
                <w:rFonts w:ascii="Times New Roman" w:hAnsi="Times New Roman" w:cs="Times New Roman"/>
              </w:rPr>
              <w:t>activităților</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desfășurate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în</w:t>
            </w:r>
            <w:proofErr w:type="spellEnd"/>
            <w:r w:rsidRPr="001B73E0">
              <w:rPr>
                <w:rFonts w:ascii="Times New Roman" w:hAnsi="Times New Roman" w:cs="Times New Roman"/>
              </w:rPr>
              <w:t xml:space="preserve"> Smart Pneumatics Laboratory </w:t>
            </w:r>
            <w:proofErr w:type="spellStart"/>
            <w:r w:rsidRPr="001B73E0">
              <w:rPr>
                <w:rFonts w:ascii="Times New Roman" w:hAnsi="Times New Roman" w:cs="Times New Roman"/>
              </w:rPr>
              <w:t>constituie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baza</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tehnologică</w:t>
            </w:r>
            <w:proofErr w:type="spellEnd"/>
            <w:r w:rsidRPr="001B73E0">
              <w:rPr>
                <w:rFonts w:ascii="Times New Roman" w:hAnsi="Times New Roman" w:cs="Times New Roman"/>
              </w:rPr>
              <w:t xml:space="preserve"> a </w:t>
            </w:r>
            <w:proofErr w:type="spellStart"/>
            <w:r w:rsidRPr="001B73E0">
              <w:rPr>
                <w:rFonts w:ascii="Times New Roman" w:hAnsi="Times New Roman" w:cs="Times New Roman"/>
              </w:rPr>
              <w:t>proiectului</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propus</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Aceste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rezultate</w:t>
            </w:r>
            <w:proofErr w:type="spellEnd"/>
            <w:r w:rsidRPr="001B73E0">
              <w:rPr>
                <w:rFonts w:ascii="Times New Roman" w:hAnsi="Times New Roman" w:cs="Times New Roman"/>
              </w:rPr>
              <w:t xml:space="preserve"> au </w:t>
            </w:r>
            <w:proofErr w:type="spellStart"/>
            <w:r w:rsidRPr="001B73E0">
              <w:rPr>
                <w:rFonts w:ascii="Times New Roman" w:hAnsi="Times New Roman" w:cs="Times New Roman"/>
              </w:rPr>
              <w:t>permis</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validarea</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experimentală</w:t>
            </w:r>
            <w:proofErr w:type="spellEnd"/>
            <w:r w:rsidRPr="001B73E0">
              <w:rPr>
                <w:rFonts w:ascii="Times New Roman" w:hAnsi="Times New Roman" w:cs="Times New Roman"/>
              </w:rPr>
              <w:t xml:space="preserve"> a </w:t>
            </w:r>
            <w:proofErr w:type="spellStart"/>
            <w:r w:rsidRPr="001B73E0">
              <w:rPr>
                <w:rFonts w:ascii="Times New Roman" w:hAnsi="Times New Roman" w:cs="Times New Roman"/>
              </w:rPr>
              <w:t>unor</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soluții</w:t>
            </w:r>
            <w:proofErr w:type="spellEnd"/>
            <w:r w:rsidRPr="001B73E0">
              <w:rPr>
                <w:rFonts w:ascii="Times New Roman" w:hAnsi="Times New Roman" w:cs="Times New Roman"/>
              </w:rPr>
              <w:t xml:space="preserve"> de </w:t>
            </w:r>
            <w:proofErr w:type="spellStart"/>
            <w:r w:rsidRPr="001B73E0">
              <w:rPr>
                <w:rFonts w:ascii="Times New Roman" w:hAnsi="Times New Roman" w:cs="Times New Roman"/>
              </w:rPr>
              <w:t>propulsie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pneumatică</w:t>
            </w:r>
            <w:proofErr w:type="spellEnd"/>
            <w:r w:rsidRPr="001B73E0">
              <w:rPr>
                <w:rFonts w:ascii="Times New Roman" w:hAnsi="Times New Roman" w:cs="Times New Roman"/>
              </w:rPr>
              <w:t xml:space="preserve">, de </w:t>
            </w:r>
            <w:proofErr w:type="spellStart"/>
            <w:r w:rsidRPr="001B73E0">
              <w:rPr>
                <w:rFonts w:ascii="Times New Roman" w:hAnsi="Times New Roman" w:cs="Times New Roman"/>
              </w:rPr>
              <w:t>comandă</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și</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integrare</w:t>
            </w:r>
            <w:proofErr w:type="spellEnd"/>
            <w:r w:rsidRPr="001B73E0">
              <w:rPr>
                <w:rFonts w:ascii="Times New Roman" w:hAnsi="Times New Roman" w:cs="Times New Roman"/>
              </w:rPr>
              <w:t xml:space="preserve"> a </w:t>
            </w:r>
            <w:proofErr w:type="spellStart"/>
            <w:r w:rsidRPr="001B73E0">
              <w:rPr>
                <w:rFonts w:ascii="Times New Roman" w:hAnsi="Times New Roman" w:cs="Times New Roman"/>
              </w:rPr>
              <w:t>subsistemelor</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reprezentând</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punctul</w:t>
            </w:r>
            <w:proofErr w:type="spellEnd"/>
            <w:r w:rsidRPr="001B73E0">
              <w:rPr>
                <w:rFonts w:ascii="Times New Roman" w:hAnsi="Times New Roman" w:cs="Times New Roman"/>
              </w:rPr>
              <w:t xml:space="preserve"> de </w:t>
            </w:r>
            <w:proofErr w:type="spellStart"/>
            <w:r w:rsidRPr="001B73E0">
              <w:rPr>
                <w:rFonts w:ascii="Times New Roman" w:hAnsi="Times New Roman" w:cs="Times New Roman"/>
              </w:rPr>
              <w:t>plecare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pentru</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dezvoltarea</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platformei</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inteligente</w:t>
            </w:r>
            <w:proofErr w:type="spellEnd"/>
            <w:r w:rsidRPr="001B73E0">
              <w:rPr>
                <w:rFonts w:ascii="Times New Roman" w:hAnsi="Times New Roman" w:cs="Times New Roman"/>
              </w:rPr>
              <w:t xml:space="preserve"> de </w:t>
            </w:r>
            <w:proofErr w:type="spellStart"/>
            <w:r w:rsidRPr="001B73E0">
              <w:rPr>
                <w:rFonts w:ascii="Times New Roman" w:hAnsi="Times New Roman" w:cs="Times New Roman"/>
              </w:rPr>
              <w:t>propulsie</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hibridă</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pneumatică</w:t>
            </w:r>
            <w:proofErr w:type="spellEnd"/>
            <w:r w:rsidRPr="001B73E0">
              <w:rPr>
                <w:rFonts w:ascii="Times New Roman" w:hAnsi="Times New Roman" w:cs="Times New Roman"/>
              </w:rPr>
              <w:t xml:space="preserve"> din </w:t>
            </w:r>
            <w:proofErr w:type="spellStart"/>
            <w:r w:rsidRPr="001B73E0">
              <w:rPr>
                <w:rFonts w:ascii="Times New Roman" w:hAnsi="Times New Roman" w:cs="Times New Roman"/>
              </w:rPr>
              <w:t>cadrul</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proiectului</w:t>
            </w:r>
            <w:proofErr w:type="spellEnd"/>
            <w:r w:rsidRPr="001B73E0">
              <w:rPr>
                <w:rFonts w:ascii="Times New Roman" w:hAnsi="Times New Roman" w:cs="Times New Roman"/>
              </w:rPr>
              <w:t xml:space="preserve"> </w:t>
            </w:r>
            <w:proofErr w:type="spellStart"/>
            <w:r w:rsidRPr="001B73E0">
              <w:rPr>
                <w:rFonts w:ascii="Times New Roman" w:hAnsi="Times New Roman" w:cs="Times New Roman"/>
              </w:rPr>
              <w:t>propus</w:t>
            </w:r>
            <w:proofErr w:type="spellEnd"/>
            <w:r w:rsidRPr="001B73E0">
              <w:rPr>
                <w:rFonts w:ascii="Times New Roman" w:hAnsi="Times New Roman" w:cs="Times New Roman"/>
              </w:rPr>
              <w:t>.</w:t>
            </w:r>
            <w:r w:rsidR="000B73EC" w:rsidRPr="00C63A1E">
              <w:rPr>
                <w:rFonts w:ascii="Times New Roman" w:hAnsi="Times New Roman" w:cs="Times New Roman"/>
                <w:iCs/>
                <w:color w:val="auto"/>
                <w:sz w:val="24"/>
                <w:szCs w:val="24"/>
                <w:highlight w:val="yellow"/>
                <w:lang w:val="ro-RO"/>
              </w:rPr>
              <w:t xml:space="preserve"> </w:t>
            </w:r>
          </w:p>
        </w:tc>
      </w:tr>
      <w:tr w:rsidR="00050DF4" w:rsidRPr="005E5CC4" w14:paraId="37914CA2" w14:textId="77777777" w:rsidTr="00195031">
        <w:trPr>
          <w:cantSplit/>
          <w:trHeight w:val="123"/>
        </w:trPr>
        <w:tc>
          <w:tcPr>
            <w:tcW w:w="2900" w:type="dxa"/>
            <w:vMerge w:val="restart"/>
            <w:shd w:val="clear" w:color="auto" w:fill="F7F9FC"/>
            <w:tcMar>
              <w:top w:w="90" w:type="dxa"/>
              <w:left w:w="120" w:type="dxa"/>
              <w:bottom w:w="90" w:type="dxa"/>
              <w:right w:w="120" w:type="dxa"/>
            </w:tcMar>
            <w:vAlign w:val="center"/>
          </w:tcPr>
          <w:p w14:paraId="72906D9E" w14:textId="77777777" w:rsidR="00050DF4" w:rsidRDefault="00050DF4" w:rsidP="003E7A10">
            <w:pPr>
              <w:spacing w:after="30" w:line="252" w:lineRule="auto"/>
              <w:rPr>
                <w:rFonts w:ascii="Times New Roman" w:hAnsi="Times New Roman" w:cs="Times New Roman"/>
                <w:b/>
                <w:color w:val="auto"/>
                <w:sz w:val="24"/>
                <w:szCs w:val="24"/>
                <w:lang w:val="ro-RO"/>
              </w:rPr>
            </w:pPr>
            <w:r w:rsidRPr="005E5CC4">
              <w:rPr>
                <w:rFonts w:ascii="Times New Roman" w:hAnsi="Times New Roman" w:cs="Times New Roman"/>
                <w:b/>
                <w:color w:val="auto"/>
                <w:sz w:val="24"/>
                <w:szCs w:val="24"/>
                <w:lang w:val="ro-RO"/>
              </w:rPr>
              <w:t>Dovada TRL 4</w:t>
            </w:r>
          </w:p>
          <w:p w14:paraId="3B51B816" w14:textId="06FA5550" w:rsidR="00050DF4" w:rsidRPr="005E5CC4" w:rsidRDefault="00050DF4" w:rsidP="003E7A10">
            <w:pPr>
              <w:spacing w:after="30" w:line="252" w:lineRule="auto"/>
              <w:rPr>
                <w:rFonts w:ascii="Times New Roman" w:hAnsi="Times New Roman" w:cs="Times New Roman"/>
                <w:color w:val="auto"/>
                <w:sz w:val="24"/>
                <w:szCs w:val="24"/>
                <w:lang w:val="ro-RO"/>
              </w:rPr>
            </w:pPr>
          </w:p>
        </w:tc>
        <w:tc>
          <w:tcPr>
            <w:tcW w:w="2246" w:type="dxa"/>
            <w:tcMar>
              <w:top w:w="90" w:type="dxa"/>
              <w:left w:w="120" w:type="dxa"/>
              <w:bottom w:w="90" w:type="dxa"/>
              <w:right w:w="120" w:type="dxa"/>
            </w:tcMar>
            <w:vAlign w:val="center"/>
          </w:tcPr>
          <w:p w14:paraId="586F5B00" w14:textId="47A51DEE" w:rsidR="00050DF4" w:rsidRPr="00050DF4" w:rsidRDefault="00050DF4" w:rsidP="00050DF4">
            <w:pPr>
              <w:spacing w:after="40" w:line="252" w:lineRule="auto"/>
              <w:jc w:val="center"/>
              <w:rPr>
                <w:rFonts w:ascii="Times New Roman" w:hAnsi="Times New Roman" w:cs="Times New Roman"/>
                <w:b/>
                <w:bCs/>
                <w:iCs/>
                <w:color w:val="auto"/>
                <w:sz w:val="18"/>
                <w:szCs w:val="18"/>
                <w:lang w:val="ro-RO"/>
              </w:rPr>
            </w:pPr>
            <w:r w:rsidRPr="00050DF4">
              <w:rPr>
                <w:rFonts w:ascii="Times New Roman" w:hAnsi="Times New Roman" w:cs="Times New Roman"/>
                <w:b/>
                <w:bCs/>
                <w:iCs/>
                <w:color w:val="auto"/>
                <w:sz w:val="18"/>
                <w:szCs w:val="18"/>
                <w:lang w:val="ro-RO"/>
              </w:rPr>
              <w:t>Dovadă</w:t>
            </w:r>
          </w:p>
        </w:tc>
        <w:tc>
          <w:tcPr>
            <w:tcW w:w="2246" w:type="dxa"/>
            <w:vAlign w:val="center"/>
          </w:tcPr>
          <w:p w14:paraId="46FEF9E9" w14:textId="516695F9" w:rsidR="00050DF4" w:rsidRPr="00050DF4" w:rsidRDefault="00050DF4" w:rsidP="00050DF4">
            <w:pPr>
              <w:spacing w:after="40" w:line="252" w:lineRule="auto"/>
              <w:jc w:val="center"/>
              <w:rPr>
                <w:rFonts w:ascii="Times New Roman" w:hAnsi="Times New Roman" w:cs="Times New Roman"/>
                <w:b/>
                <w:bCs/>
                <w:color w:val="auto"/>
                <w:sz w:val="18"/>
                <w:szCs w:val="18"/>
                <w:lang w:val="ro-RO"/>
              </w:rPr>
            </w:pPr>
            <w:r w:rsidRPr="00050DF4">
              <w:rPr>
                <w:rFonts w:ascii="Times New Roman" w:hAnsi="Times New Roman" w:cs="Times New Roman"/>
                <w:b/>
                <w:bCs/>
                <w:color w:val="auto"/>
                <w:sz w:val="18"/>
                <w:szCs w:val="18"/>
                <w:lang w:val="ro-RO"/>
              </w:rPr>
              <w:t xml:space="preserve">Descriere </w:t>
            </w:r>
          </w:p>
        </w:tc>
        <w:tc>
          <w:tcPr>
            <w:tcW w:w="2246" w:type="dxa"/>
            <w:vAlign w:val="center"/>
          </w:tcPr>
          <w:p w14:paraId="43A8A366" w14:textId="3A721E81" w:rsidR="00050DF4" w:rsidRPr="00050DF4" w:rsidRDefault="00050DF4" w:rsidP="00050DF4">
            <w:pPr>
              <w:spacing w:after="40" w:line="252" w:lineRule="auto"/>
              <w:jc w:val="center"/>
              <w:rPr>
                <w:rFonts w:ascii="Times New Roman" w:hAnsi="Times New Roman" w:cs="Times New Roman"/>
                <w:b/>
                <w:bCs/>
                <w:color w:val="auto"/>
                <w:sz w:val="18"/>
                <w:szCs w:val="18"/>
                <w:lang w:val="ro-RO"/>
              </w:rPr>
            </w:pPr>
            <w:r w:rsidRPr="00050DF4">
              <w:rPr>
                <w:rFonts w:ascii="Times New Roman" w:hAnsi="Times New Roman" w:cs="Times New Roman"/>
                <w:b/>
                <w:bCs/>
                <w:color w:val="auto"/>
                <w:sz w:val="18"/>
                <w:szCs w:val="18"/>
                <w:lang w:val="ro-RO"/>
              </w:rPr>
              <w:t>Cod dovadă</w:t>
            </w:r>
          </w:p>
        </w:tc>
      </w:tr>
      <w:tr w:rsidR="00050DF4" w:rsidRPr="005E5CC4" w14:paraId="10E2F08B" w14:textId="77777777" w:rsidTr="00195031">
        <w:trPr>
          <w:cantSplit/>
          <w:trHeight w:val="117"/>
        </w:trPr>
        <w:tc>
          <w:tcPr>
            <w:tcW w:w="2900" w:type="dxa"/>
            <w:vMerge/>
            <w:shd w:val="clear" w:color="auto" w:fill="F7F9FC"/>
            <w:tcMar>
              <w:top w:w="90" w:type="dxa"/>
              <w:left w:w="120" w:type="dxa"/>
              <w:bottom w:w="90" w:type="dxa"/>
              <w:right w:w="120" w:type="dxa"/>
            </w:tcMar>
            <w:vAlign w:val="center"/>
          </w:tcPr>
          <w:p w14:paraId="75722427" w14:textId="77777777" w:rsidR="00050DF4" w:rsidRPr="005E5CC4" w:rsidRDefault="00050DF4" w:rsidP="003E7A10">
            <w:pPr>
              <w:spacing w:after="30" w:line="252" w:lineRule="auto"/>
              <w:rPr>
                <w:rFonts w:ascii="Times New Roman" w:hAnsi="Times New Roman" w:cs="Times New Roman"/>
                <w:b/>
                <w:color w:val="auto"/>
                <w:sz w:val="24"/>
                <w:szCs w:val="24"/>
                <w:lang w:val="ro-RO"/>
              </w:rPr>
            </w:pPr>
          </w:p>
        </w:tc>
        <w:tc>
          <w:tcPr>
            <w:tcW w:w="2246" w:type="dxa"/>
            <w:tcMar>
              <w:top w:w="90" w:type="dxa"/>
              <w:left w:w="120" w:type="dxa"/>
              <w:bottom w:w="90" w:type="dxa"/>
              <w:right w:w="120" w:type="dxa"/>
            </w:tcMar>
            <w:vAlign w:val="center"/>
          </w:tcPr>
          <w:p w14:paraId="12EF8746" w14:textId="3D05DC2A" w:rsidR="00050DF4" w:rsidRPr="00050DF4" w:rsidRDefault="00050DF4" w:rsidP="003E7A10">
            <w:pPr>
              <w:spacing w:after="40" w:line="252" w:lineRule="auto"/>
              <w:rPr>
                <w:rFonts w:ascii="Times New Roman" w:hAnsi="Times New Roman" w:cs="Times New Roman"/>
                <w:iCs/>
                <w:color w:val="auto"/>
                <w:sz w:val="18"/>
                <w:szCs w:val="18"/>
                <w:lang w:val="ro-RO"/>
              </w:rPr>
            </w:pPr>
            <w:proofErr w:type="spellStart"/>
            <w:r w:rsidRPr="00050DF4">
              <w:rPr>
                <w:rFonts w:ascii="Times New Roman" w:hAnsi="Times New Roman" w:cs="Times New Roman"/>
                <w:iCs/>
                <w:color w:val="auto"/>
                <w:sz w:val="18"/>
                <w:szCs w:val="18"/>
              </w:rPr>
              <w:t>P</w:t>
            </w:r>
            <w:r w:rsidRPr="00050DF4">
              <w:rPr>
                <w:rFonts w:ascii="Times New Roman" w:hAnsi="Times New Roman" w:cs="Times New Roman"/>
                <w:iCs/>
                <w:color w:val="auto"/>
                <w:sz w:val="18"/>
                <w:szCs w:val="18"/>
              </w:rPr>
              <w:t>rototip</w:t>
            </w:r>
            <w:proofErr w:type="spellEnd"/>
            <w:r w:rsidRPr="00050DF4">
              <w:rPr>
                <w:rFonts w:ascii="Times New Roman" w:hAnsi="Times New Roman" w:cs="Times New Roman"/>
                <w:iCs/>
                <w:color w:val="auto"/>
                <w:sz w:val="18"/>
                <w:szCs w:val="18"/>
              </w:rPr>
              <w:t xml:space="preserve"> experimental UPBAIR</w:t>
            </w:r>
          </w:p>
        </w:tc>
        <w:tc>
          <w:tcPr>
            <w:tcW w:w="2246" w:type="dxa"/>
            <w:vAlign w:val="center"/>
          </w:tcPr>
          <w:p w14:paraId="0A2549B2" w14:textId="153ED537" w:rsidR="00050DF4" w:rsidRPr="00050DF4" w:rsidRDefault="00050DF4" w:rsidP="003E7A10">
            <w:pPr>
              <w:spacing w:after="40" w:line="252" w:lineRule="auto"/>
              <w:rPr>
                <w:rFonts w:ascii="Times New Roman" w:hAnsi="Times New Roman" w:cs="Times New Roman"/>
                <w:iCs/>
                <w:color w:val="auto"/>
                <w:sz w:val="18"/>
                <w:szCs w:val="18"/>
                <w:lang w:val="ro-RO"/>
              </w:rPr>
            </w:pPr>
            <w:proofErr w:type="spellStart"/>
            <w:r w:rsidRPr="00050DF4">
              <w:rPr>
                <w:rFonts w:ascii="Times New Roman" w:hAnsi="Times New Roman" w:cs="Times New Roman"/>
                <w:iCs/>
                <w:color w:val="auto"/>
                <w:sz w:val="18"/>
                <w:szCs w:val="18"/>
              </w:rPr>
              <w:t>Vehicul</w:t>
            </w:r>
            <w:proofErr w:type="spellEnd"/>
            <w:r w:rsidRPr="00050DF4">
              <w:rPr>
                <w:rFonts w:ascii="Times New Roman" w:hAnsi="Times New Roman" w:cs="Times New Roman"/>
                <w:iCs/>
                <w:color w:val="auto"/>
                <w:sz w:val="18"/>
                <w:szCs w:val="18"/>
              </w:rPr>
              <w:t xml:space="preserve"> pneumatic experimental </w:t>
            </w:r>
            <w:proofErr w:type="spellStart"/>
            <w:r w:rsidRPr="00050DF4">
              <w:rPr>
                <w:rFonts w:ascii="Times New Roman" w:hAnsi="Times New Roman" w:cs="Times New Roman"/>
                <w:iCs/>
                <w:color w:val="auto"/>
                <w:sz w:val="18"/>
                <w:szCs w:val="18"/>
              </w:rPr>
              <w:t>dezvoltat</w:t>
            </w:r>
            <w:proofErr w:type="spellEnd"/>
            <w:r w:rsidRPr="00050DF4">
              <w:rPr>
                <w:rFonts w:ascii="Times New Roman" w:hAnsi="Times New Roman" w:cs="Times New Roman"/>
                <w:iCs/>
                <w:color w:val="auto"/>
                <w:sz w:val="18"/>
                <w:szCs w:val="18"/>
              </w:rPr>
              <w:t xml:space="preserve"> </w:t>
            </w:r>
            <w:proofErr w:type="spellStart"/>
            <w:r w:rsidRPr="00050DF4">
              <w:rPr>
                <w:rFonts w:ascii="Times New Roman" w:hAnsi="Times New Roman" w:cs="Times New Roman"/>
                <w:iCs/>
                <w:color w:val="auto"/>
                <w:sz w:val="18"/>
                <w:szCs w:val="18"/>
              </w:rPr>
              <w:t>și</w:t>
            </w:r>
            <w:proofErr w:type="spellEnd"/>
            <w:r w:rsidRPr="00050DF4">
              <w:rPr>
                <w:rFonts w:ascii="Times New Roman" w:hAnsi="Times New Roman" w:cs="Times New Roman"/>
                <w:iCs/>
                <w:color w:val="auto"/>
                <w:sz w:val="18"/>
                <w:szCs w:val="18"/>
              </w:rPr>
              <w:t xml:space="preserve"> </w:t>
            </w:r>
            <w:proofErr w:type="spellStart"/>
            <w:r w:rsidRPr="00050DF4">
              <w:rPr>
                <w:rFonts w:ascii="Times New Roman" w:hAnsi="Times New Roman" w:cs="Times New Roman"/>
                <w:iCs/>
                <w:color w:val="auto"/>
                <w:sz w:val="18"/>
                <w:szCs w:val="18"/>
              </w:rPr>
              <w:t>testat</w:t>
            </w:r>
            <w:proofErr w:type="spellEnd"/>
            <w:r w:rsidRPr="00050DF4">
              <w:rPr>
                <w:rFonts w:ascii="Times New Roman" w:hAnsi="Times New Roman" w:cs="Times New Roman"/>
                <w:iCs/>
                <w:color w:val="auto"/>
                <w:sz w:val="18"/>
                <w:szCs w:val="18"/>
              </w:rPr>
              <w:t xml:space="preserve"> </w:t>
            </w:r>
            <w:proofErr w:type="spellStart"/>
            <w:r w:rsidRPr="00050DF4">
              <w:rPr>
                <w:rFonts w:ascii="Times New Roman" w:hAnsi="Times New Roman" w:cs="Times New Roman"/>
                <w:iCs/>
                <w:color w:val="auto"/>
                <w:sz w:val="18"/>
                <w:szCs w:val="18"/>
              </w:rPr>
              <w:t>în</w:t>
            </w:r>
            <w:proofErr w:type="spellEnd"/>
            <w:r w:rsidRPr="00050DF4">
              <w:rPr>
                <w:rFonts w:ascii="Times New Roman" w:hAnsi="Times New Roman" w:cs="Times New Roman"/>
                <w:iCs/>
                <w:color w:val="auto"/>
                <w:sz w:val="18"/>
                <w:szCs w:val="18"/>
              </w:rPr>
              <w:t xml:space="preserve"> </w:t>
            </w:r>
            <w:proofErr w:type="spellStart"/>
            <w:r w:rsidRPr="00050DF4">
              <w:rPr>
                <w:rFonts w:ascii="Times New Roman" w:hAnsi="Times New Roman" w:cs="Times New Roman"/>
                <w:iCs/>
                <w:color w:val="auto"/>
                <w:sz w:val="18"/>
                <w:szCs w:val="18"/>
              </w:rPr>
              <w:t>cadrul</w:t>
            </w:r>
            <w:proofErr w:type="spellEnd"/>
            <w:r w:rsidRPr="00050DF4">
              <w:rPr>
                <w:rFonts w:ascii="Times New Roman" w:hAnsi="Times New Roman" w:cs="Times New Roman"/>
                <w:iCs/>
                <w:color w:val="auto"/>
                <w:sz w:val="18"/>
                <w:szCs w:val="18"/>
              </w:rPr>
              <w:t xml:space="preserve"> Smart Pneumatics Laboratory</w:t>
            </w:r>
          </w:p>
        </w:tc>
        <w:tc>
          <w:tcPr>
            <w:tcW w:w="2246" w:type="dxa"/>
            <w:vAlign w:val="center"/>
          </w:tcPr>
          <w:p w14:paraId="36E1D631" w14:textId="3D2B06E1" w:rsidR="00050DF4" w:rsidRPr="00050DF4" w:rsidRDefault="00050DF4" w:rsidP="0028675C">
            <w:pPr>
              <w:spacing w:after="40" w:line="252" w:lineRule="auto"/>
              <w:jc w:val="center"/>
              <w:rPr>
                <w:rFonts w:ascii="Times New Roman" w:hAnsi="Times New Roman" w:cs="Times New Roman"/>
                <w:iCs/>
                <w:color w:val="auto"/>
                <w:sz w:val="18"/>
                <w:szCs w:val="18"/>
                <w:lang w:val="ro-RO"/>
              </w:rPr>
            </w:pPr>
            <w:r>
              <w:rPr>
                <w:rFonts w:ascii="Times New Roman" w:hAnsi="Times New Roman" w:cs="Times New Roman"/>
                <w:iCs/>
                <w:color w:val="auto"/>
                <w:sz w:val="18"/>
                <w:szCs w:val="18"/>
                <w:lang w:val="ro-RO"/>
              </w:rPr>
              <w:t>D1</w:t>
            </w:r>
          </w:p>
        </w:tc>
      </w:tr>
      <w:tr w:rsidR="00050DF4" w:rsidRPr="005E5CC4" w14:paraId="5193CC50" w14:textId="77777777" w:rsidTr="00195031">
        <w:trPr>
          <w:cantSplit/>
          <w:trHeight w:val="117"/>
        </w:trPr>
        <w:tc>
          <w:tcPr>
            <w:tcW w:w="2900" w:type="dxa"/>
            <w:vMerge/>
            <w:shd w:val="clear" w:color="auto" w:fill="F7F9FC"/>
            <w:tcMar>
              <w:top w:w="90" w:type="dxa"/>
              <w:left w:w="120" w:type="dxa"/>
              <w:bottom w:w="90" w:type="dxa"/>
              <w:right w:w="120" w:type="dxa"/>
            </w:tcMar>
            <w:vAlign w:val="center"/>
          </w:tcPr>
          <w:p w14:paraId="6D32B6B2" w14:textId="77777777" w:rsidR="00050DF4" w:rsidRPr="005E5CC4" w:rsidRDefault="00050DF4" w:rsidP="003E7A10">
            <w:pPr>
              <w:spacing w:after="30" w:line="252" w:lineRule="auto"/>
              <w:rPr>
                <w:rFonts w:ascii="Times New Roman" w:hAnsi="Times New Roman" w:cs="Times New Roman"/>
                <w:b/>
                <w:color w:val="auto"/>
                <w:sz w:val="24"/>
                <w:szCs w:val="24"/>
                <w:lang w:val="ro-RO"/>
              </w:rPr>
            </w:pPr>
          </w:p>
        </w:tc>
        <w:tc>
          <w:tcPr>
            <w:tcW w:w="2246" w:type="dxa"/>
            <w:tcMar>
              <w:top w:w="90" w:type="dxa"/>
              <w:left w:w="120" w:type="dxa"/>
              <w:bottom w:w="90" w:type="dxa"/>
              <w:right w:w="120" w:type="dxa"/>
            </w:tcMar>
            <w:vAlign w:val="center"/>
          </w:tcPr>
          <w:p w14:paraId="72F21A37" w14:textId="3C2B2776" w:rsidR="00050DF4" w:rsidRPr="00050DF4" w:rsidRDefault="00050DF4" w:rsidP="003E7A10">
            <w:pPr>
              <w:spacing w:after="40" w:line="252" w:lineRule="auto"/>
              <w:rPr>
                <w:rFonts w:ascii="Times New Roman" w:hAnsi="Times New Roman" w:cs="Times New Roman"/>
                <w:iCs/>
                <w:color w:val="auto"/>
                <w:sz w:val="18"/>
                <w:szCs w:val="18"/>
                <w:lang w:val="ro-RO"/>
              </w:rPr>
            </w:pPr>
            <w:proofErr w:type="spellStart"/>
            <w:r w:rsidRPr="00050DF4">
              <w:rPr>
                <w:rFonts w:ascii="Times New Roman" w:hAnsi="Times New Roman" w:cs="Times New Roman"/>
                <w:iCs/>
                <w:color w:val="auto"/>
                <w:sz w:val="18"/>
                <w:szCs w:val="18"/>
              </w:rPr>
              <w:t>Participări</w:t>
            </w:r>
            <w:proofErr w:type="spellEnd"/>
            <w:r w:rsidRPr="00050DF4">
              <w:rPr>
                <w:rFonts w:ascii="Times New Roman" w:hAnsi="Times New Roman" w:cs="Times New Roman"/>
                <w:iCs/>
                <w:color w:val="auto"/>
                <w:sz w:val="18"/>
                <w:szCs w:val="18"/>
              </w:rPr>
              <w:t xml:space="preserve"> la </w:t>
            </w:r>
            <w:proofErr w:type="spellStart"/>
            <w:r w:rsidRPr="00050DF4">
              <w:rPr>
                <w:rFonts w:ascii="Times New Roman" w:hAnsi="Times New Roman" w:cs="Times New Roman"/>
                <w:iCs/>
                <w:color w:val="auto"/>
                <w:sz w:val="18"/>
                <w:szCs w:val="18"/>
              </w:rPr>
              <w:t>competiția</w:t>
            </w:r>
            <w:proofErr w:type="spellEnd"/>
            <w:r w:rsidRPr="00050DF4">
              <w:rPr>
                <w:rFonts w:ascii="Times New Roman" w:hAnsi="Times New Roman" w:cs="Times New Roman"/>
                <w:iCs/>
                <w:color w:val="auto"/>
                <w:sz w:val="18"/>
                <w:szCs w:val="18"/>
              </w:rPr>
              <w:t xml:space="preserve"> </w:t>
            </w:r>
            <w:proofErr w:type="spellStart"/>
            <w:r w:rsidRPr="00050DF4">
              <w:rPr>
                <w:rFonts w:ascii="Times New Roman" w:hAnsi="Times New Roman" w:cs="Times New Roman"/>
                <w:iCs/>
                <w:color w:val="auto"/>
                <w:sz w:val="18"/>
                <w:szCs w:val="18"/>
              </w:rPr>
              <w:t>internațională</w:t>
            </w:r>
            <w:proofErr w:type="spellEnd"/>
            <w:r w:rsidRPr="00050DF4">
              <w:rPr>
                <w:rFonts w:ascii="Times New Roman" w:hAnsi="Times New Roman" w:cs="Times New Roman"/>
                <w:iCs/>
                <w:color w:val="auto"/>
                <w:sz w:val="18"/>
                <w:szCs w:val="18"/>
              </w:rPr>
              <w:t xml:space="preserve"> </w:t>
            </w:r>
            <w:proofErr w:type="spellStart"/>
            <w:r w:rsidRPr="00050DF4">
              <w:rPr>
                <w:rFonts w:ascii="Times New Roman" w:hAnsi="Times New Roman" w:cs="Times New Roman"/>
                <w:iCs/>
                <w:color w:val="auto"/>
                <w:sz w:val="18"/>
                <w:szCs w:val="18"/>
              </w:rPr>
              <w:t>Aventics</w:t>
            </w:r>
            <w:proofErr w:type="spellEnd"/>
            <w:r w:rsidRPr="00050DF4">
              <w:rPr>
                <w:rFonts w:ascii="Times New Roman" w:hAnsi="Times New Roman" w:cs="Times New Roman"/>
                <w:iCs/>
                <w:color w:val="auto"/>
                <w:sz w:val="18"/>
                <w:szCs w:val="18"/>
              </w:rPr>
              <w:t xml:space="preserve"> </w:t>
            </w:r>
            <w:proofErr w:type="spellStart"/>
            <w:r w:rsidRPr="00050DF4">
              <w:rPr>
                <w:rFonts w:ascii="Times New Roman" w:hAnsi="Times New Roman" w:cs="Times New Roman"/>
                <w:iCs/>
                <w:color w:val="auto"/>
                <w:sz w:val="18"/>
                <w:szCs w:val="18"/>
              </w:rPr>
              <w:t>Pneumobil</w:t>
            </w:r>
            <w:proofErr w:type="spellEnd"/>
          </w:p>
        </w:tc>
        <w:tc>
          <w:tcPr>
            <w:tcW w:w="2246" w:type="dxa"/>
            <w:vAlign w:val="center"/>
          </w:tcPr>
          <w:p w14:paraId="4CE4AE62" w14:textId="31F3F28E" w:rsidR="00050DF4" w:rsidRPr="00050DF4" w:rsidRDefault="00050DF4" w:rsidP="003E7A10">
            <w:pPr>
              <w:spacing w:after="40" w:line="252" w:lineRule="auto"/>
              <w:rPr>
                <w:rFonts w:ascii="Times New Roman" w:hAnsi="Times New Roman" w:cs="Times New Roman"/>
                <w:iCs/>
                <w:color w:val="auto"/>
                <w:sz w:val="18"/>
                <w:szCs w:val="18"/>
                <w:lang w:val="ro-RO"/>
              </w:rPr>
            </w:pPr>
            <w:proofErr w:type="spellStart"/>
            <w:r w:rsidRPr="00050DF4">
              <w:rPr>
                <w:rFonts w:ascii="Times New Roman" w:hAnsi="Times New Roman" w:cs="Times New Roman"/>
                <w:iCs/>
                <w:color w:val="auto"/>
                <w:sz w:val="18"/>
                <w:szCs w:val="18"/>
              </w:rPr>
              <w:t>Participarea</w:t>
            </w:r>
            <w:proofErr w:type="spellEnd"/>
            <w:r w:rsidRPr="00050DF4">
              <w:rPr>
                <w:rFonts w:ascii="Times New Roman" w:hAnsi="Times New Roman" w:cs="Times New Roman"/>
                <w:iCs/>
                <w:color w:val="auto"/>
                <w:sz w:val="18"/>
                <w:szCs w:val="18"/>
              </w:rPr>
              <w:t xml:space="preserve"> </w:t>
            </w:r>
            <w:proofErr w:type="spellStart"/>
            <w:r w:rsidRPr="00050DF4">
              <w:rPr>
                <w:rFonts w:ascii="Times New Roman" w:hAnsi="Times New Roman" w:cs="Times New Roman"/>
                <w:iCs/>
                <w:color w:val="auto"/>
                <w:sz w:val="18"/>
                <w:szCs w:val="18"/>
              </w:rPr>
              <w:t>succesivă</w:t>
            </w:r>
            <w:proofErr w:type="spellEnd"/>
            <w:r w:rsidRPr="00050DF4">
              <w:rPr>
                <w:rFonts w:ascii="Times New Roman" w:hAnsi="Times New Roman" w:cs="Times New Roman"/>
                <w:iCs/>
                <w:color w:val="auto"/>
                <w:sz w:val="18"/>
                <w:szCs w:val="18"/>
              </w:rPr>
              <w:t xml:space="preserve"> </w:t>
            </w:r>
            <w:r>
              <w:rPr>
                <w:rFonts w:ascii="Times New Roman" w:hAnsi="Times New Roman" w:cs="Times New Roman"/>
                <w:iCs/>
                <w:color w:val="auto"/>
                <w:sz w:val="18"/>
                <w:szCs w:val="18"/>
              </w:rPr>
              <w:t xml:space="preserve">din 2017 </w:t>
            </w:r>
            <w:r w:rsidRPr="00050DF4">
              <w:rPr>
                <w:rFonts w:ascii="Times New Roman" w:hAnsi="Times New Roman" w:cs="Times New Roman"/>
                <w:iCs/>
                <w:color w:val="auto"/>
                <w:sz w:val="18"/>
                <w:szCs w:val="18"/>
              </w:rPr>
              <w:t xml:space="preserve">cu </w:t>
            </w:r>
            <w:proofErr w:type="spellStart"/>
            <w:r w:rsidRPr="00050DF4">
              <w:rPr>
                <w:rFonts w:ascii="Times New Roman" w:hAnsi="Times New Roman" w:cs="Times New Roman"/>
                <w:iCs/>
                <w:color w:val="auto"/>
                <w:sz w:val="18"/>
                <w:szCs w:val="18"/>
              </w:rPr>
              <w:t>prototipuri</w:t>
            </w:r>
            <w:proofErr w:type="spellEnd"/>
            <w:r w:rsidRPr="00050DF4">
              <w:rPr>
                <w:rFonts w:ascii="Times New Roman" w:hAnsi="Times New Roman" w:cs="Times New Roman"/>
                <w:iCs/>
                <w:color w:val="auto"/>
                <w:sz w:val="18"/>
                <w:szCs w:val="18"/>
              </w:rPr>
              <w:t xml:space="preserve"> </w:t>
            </w:r>
            <w:proofErr w:type="spellStart"/>
            <w:r w:rsidRPr="00050DF4">
              <w:rPr>
                <w:rFonts w:ascii="Times New Roman" w:hAnsi="Times New Roman" w:cs="Times New Roman"/>
                <w:iCs/>
                <w:color w:val="auto"/>
                <w:sz w:val="18"/>
                <w:szCs w:val="18"/>
              </w:rPr>
              <w:t>funcționale</w:t>
            </w:r>
            <w:proofErr w:type="spellEnd"/>
            <w:r w:rsidRPr="00050DF4">
              <w:rPr>
                <w:rFonts w:ascii="Times New Roman" w:hAnsi="Times New Roman" w:cs="Times New Roman"/>
                <w:iCs/>
                <w:color w:val="auto"/>
                <w:sz w:val="18"/>
                <w:szCs w:val="18"/>
              </w:rPr>
              <w:t xml:space="preserve"> </w:t>
            </w:r>
            <w:proofErr w:type="spellStart"/>
            <w:r w:rsidRPr="00050DF4">
              <w:rPr>
                <w:rFonts w:ascii="Times New Roman" w:hAnsi="Times New Roman" w:cs="Times New Roman"/>
                <w:iCs/>
                <w:color w:val="auto"/>
                <w:sz w:val="18"/>
                <w:szCs w:val="18"/>
              </w:rPr>
              <w:t>și</w:t>
            </w:r>
            <w:proofErr w:type="spellEnd"/>
            <w:r w:rsidRPr="00050DF4">
              <w:rPr>
                <w:rFonts w:ascii="Times New Roman" w:hAnsi="Times New Roman" w:cs="Times New Roman"/>
                <w:iCs/>
                <w:color w:val="auto"/>
                <w:sz w:val="18"/>
                <w:szCs w:val="18"/>
              </w:rPr>
              <w:t xml:space="preserve"> </w:t>
            </w:r>
            <w:proofErr w:type="spellStart"/>
            <w:r w:rsidRPr="00050DF4">
              <w:rPr>
                <w:rFonts w:ascii="Times New Roman" w:hAnsi="Times New Roman" w:cs="Times New Roman"/>
                <w:iCs/>
                <w:color w:val="auto"/>
                <w:sz w:val="18"/>
                <w:szCs w:val="18"/>
              </w:rPr>
              <w:t>validarea</w:t>
            </w:r>
            <w:proofErr w:type="spellEnd"/>
            <w:r w:rsidRPr="00050DF4">
              <w:rPr>
                <w:rFonts w:ascii="Times New Roman" w:hAnsi="Times New Roman" w:cs="Times New Roman"/>
                <w:iCs/>
                <w:color w:val="auto"/>
                <w:sz w:val="18"/>
                <w:szCs w:val="18"/>
              </w:rPr>
              <w:t xml:space="preserve"> </w:t>
            </w:r>
            <w:proofErr w:type="spellStart"/>
            <w:r w:rsidRPr="00050DF4">
              <w:rPr>
                <w:rFonts w:ascii="Times New Roman" w:hAnsi="Times New Roman" w:cs="Times New Roman"/>
                <w:iCs/>
                <w:color w:val="auto"/>
                <w:sz w:val="18"/>
                <w:szCs w:val="18"/>
              </w:rPr>
              <w:t>soluțiilor</w:t>
            </w:r>
            <w:proofErr w:type="spellEnd"/>
            <w:r w:rsidRPr="00050DF4">
              <w:rPr>
                <w:rFonts w:ascii="Times New Roman" w:hAnsi="Times New Roman" w:cs="Times New Roman"/>
                <w:iCs/>
                <w:color w:val="auto"/>
                <w:sz w:val="18"/>
                <w:szCs w:val="18"/>
              </w:rPr>
              <w:t xml:space="preserve"> </w:t>
            </w:r>
            <w:proofErr w:type="spellStart"/>
            <w:r w:rsidRPr="00050DF4">
              <w:rPr>
                <w:rFonts w:ascii="Times New Roman" w:hAnsi="Times New Roman" w:cs="Times New Roman"/>
                <w:iCs/>
                <w:color w:val="auto"/>
                <w:sz w:val="18"/>
                <w:szCs w:val="18"/>
              </w:rPr>
              <w:t>tehnice</w:t>
            </w:r>
            <w:proofErr w:type="spellEnd"/>
            <w:r w:rsidRPr="00050DF4">
              <w:rPr>
                <w:rFonts w:ascii="Times New Roman" w:hAnsi="Times New Roman" w:cs="Times New Roman"/>
                <w:iCs/>
                <w:color w:val="auto"/>
                <w:sz w:val="18"/>
                <w:szCs w:val="18"/>
              </w:rPr>
              <w:t xml:space="preserve"> </w:t>
            </w:r>
            <w:proofErr w:type="spellStart"/>
            <w:r w:rsidRPr="00050DF4">
              <w:rPr>
                <w:rFonts w:ascii="Times New Roman" w:hAnsi="Times New Roman" w:cs="Times New Roman"/>
                <w:iCs/>
                <w:color w:val="auto"/>
                <w:sz w:val="18"/>
                <w:szCs w:val="18"/>
              </w:rPr>
              <w:t>în</w:t>
            </w:r>
            <w:proofErr w:type="spellEnd"/>
            <w:r w:rsidRPr="00050DF4">
              <w:rPr>
                <w:rFonts w:ascii="Times New Roman" w:hAnsi="Times New Roman" w:cs="Times New Roman"/>
                <w:iCs/>
                <w:color w:val="auto"/>
                <w:sz w:val="18"/>
                <w:szCs w:val="18"/>
              </w:rPr>
              <w:t xml:space="preserve"> </w:t>
            </w:r>
            <w:proofErr w:type="spellStart"/>
            <w:r w:rsidRPr="00050DF4">
              <w:rPr>
                <w:rFonts w:ascii="Times New Roman" w:hAnsi="Times New Roman" w:cs="Times New Roman"/>
                <w:iCs/>
                <w:color w:val="auto"/>
                <w:sz w:val="18"/>
                <w:szCs w:val="18"/>
              </w:rPr>
              <w:t>condiții</w:t>
            </w:r>
            <w:proofErr w:type="spellEnd"/>
            <w:r w:rsidRPr="00050DF4">
              <w:rPr>
                <w:rFonts w:ascii="Times New Roman" w:hAnsi="Times New Roman" w:cs="Times New Roman"/>
                <w:iCs/>
                <w:color w:val="auto"/>
                <w:sz w:val="18"/>
                <w:szCs w:val="18"/>
              </w:rPr>
              <w:t xml:space="preserve"> </w:t>
            </w:r>
            <w:proofErr w:type="spellStart"/>
            <w:r w:rsidRPr="00050DF4">
              <w:rPr>
                <w:rFonts w:ascii="Times New Roman" w:hAnsi="Times New Roman" w:cs="Times New Roman"/>
                <w:iCs/>
                <w:color w:val="auto"/>
                <w:sz w:val="18"/>
                <w:szCs w:val="18"/>
              </w:rPr>
              <w:t>reale</w:t>
            </w:r>
            <w:proofErr w:type="spellEnd"/>
            <w:r w:rsidRPr="00050DF4">
              <w:rPr>
                <w:rFonts w:ascii="Times New Roman" w:hAnsi="Times New Roman" w:cs="Times New Roman"/>
                <w:iCs/>
                <w:color w:val="auto"/>
                <w:sz w:val="18"/>
                <w:szCs w:val="18"/>
              </w:rPr>
              <w:t xml:space="preserve"> de </w:t>
            </w:r>
            <w:proofErr w:type="spellStart"/>
            <w:r w:rsidRPr="00050DF4">
              <w:rPr>
                <w:rFonts w:ascii="Times New Roman" w:hAnsi="Times New Roman" w:cs="Times New Roman"/>
                <w:iCs/>
                <w:color w:val="auto"/>
                <w:sz w:val="18"/>
                <w:szCs w:val="18"/>
              </w:rPr>
              <w:t>funcționare</w:t>
            </w:r>
            <w:proofErr w:type="spellEnd"/>
          </w:p>
        </w:tc>
        <w:tc>
          <w:tcPr>
            <w:tcW w:w="2246" w:type="dxa"/>
            <w:vAlign w:val="center"/>
          </w:tcPr>
          <w:p w14:paraId="4D97BF54" w14:textId="12DE2467" w:rsidR="00050DF4" w:rsidRPr="00050DF4" w:rsidRDefault="00050DF4" w:rsidP="0028675C">
            <w:pPr>
              <w:spacing w:after="40" w:line="252" w:lineRule="auto"/>
              <w:jc w:val="center"/>
              <w:rPr>
                <w:rFonts w:ascii="Times New Roman" w:hAnsi="Times New Roman" w:cs="Times New Roman"/>
                <w:iCs/>
                <w:color w:val="auto"/>
                <w:sz w:val="18"/>
                <w:szCs w:val="18"/>
                <w:lang w:val="ro-RO"/>
              </w:rPr>
            </w:pPr>
            <w:r>
              <w:rPr>
                <w:rFonts w:ascii="Times New Roman" w:hAnsi="Times New Roman" w:cs="Times New Roman"/>
                <w:iCs/>
                <w:color w:val="auto"/>
                <w:sz w:val="18"/>
                <w:szCs w:val="18"/>
                <w:lang w:val="ro-RO"/>
              </w:rPr>
              <w:t>D2</w:t>
            </w:r>
          </w:p>
        </w:tc>
      </w:tr>
      <w:tr w:rsidR="00050DF4" w:rsidRPr="005E5CC4" w14:paraId="2D2B0152" w14:textId="77777777" w:rsidTr="00195031">
        <w:trPr>
          <w:cantSplit/>
          <w:trHeight w:val="117"/>
        </w:trPr>
        <w:tc>
          <w:tcPr>
            <w:tcW w:w="2900" w:type="dxa"/>
            <w:vMerge/>
            <w:shd w:val="clear" w:color="auto" w:fill="F7F9FC"/>
            <w:tcMar>
              <w:top w:w="90" w:type="dxa"/>
              <w:left w:w="120" w:type="dxa"/>
              <w:bottom w:w="90" w:type="dxa"/>
              <w:right w:w="120" w:type="dxa"/>
            </w:tcMar>
            <w:vAlign w:val="center"/>
          </w:tcPr>
          <w:p w14:paraId="2E11E7E3" w14:textId="77777777" w:rsidR="00050DF4" w:rsidRPr="005E5CC4" w:rsidRDefault="00050DF4" w:rsidP="003E7A10">
            <w:pPr>
              <w:spacing w:after="30" w:line="252" w:lineRule="auto"/>
              <w:rPr>
                <w:rFonts w:ascii="Times New Roman" w:hAnsi="Times New Roman" w:cs="Times New Roman"/>
                <w:b/>
                <w:color w:val="auto"/>
                <w:sz w:val="24"/>
                <w:szCs w:val="24"/>
                <w:lang w:val="ro-RO"/>
              </w:rPr>
            </w:pPr>
          </w:p>
        </w:tc>
        <w:tc>
          <w:tcPr>
            <w:tcW w:w="2246" w:type="dxa"/>
            <w:tcMar>
              <w:top w:w="90" w:type="dxa"/>
              <w:left w:w="120" w:type="dxa"/>
              <w:bottom w:w="90" w:type="dxa"/>
              <w:right w:w="120" w:type="dxa"/>
            </w:tcMar>
            <w:vAlign w:val="center"/>
          </w:tcPr>
          <w:p w14:paraId="3EC24D90" w14:textId="45693E30" w:rsidR="00050DF4" w:rsidRPr="00050DF4" w:rsidRDefault="0054192D" w:rsidP="003E7A10">
            <w:pPr>
              <w:spacing w:after="40" w:line="252" w:lineRule="auto"/>
              <w:rPr>
                <w:rFonts w:ascii="Times New Roman" w:hAnsi="Times New Roman" w:cs="Times New Roman"/>
                <w:iCs/>
                <w:color w:val="auto"/>
                <w:sz w:val="18"/>
                <w:szCs w:val="18"/>
                <w:lang w:val="ro-RO"/>
              </w:rPr>
            </w:pPr>
            <w:r w:rsidRPr="0054192D">
              <w:rPr>
                <w:rFonts w:ascii="Times New Roman" w:hAnsi="Times New Roman" w:cs="Times New Roman"/>
                <w:iCs/>
                <w:color w:val="auto"/>
                <w:sz w:val="18"/>
                <w:szCs w:val="18"/>
              </w:rPr>
              <w:t>Stand experimental de laborator</w:t>
            </w:r>
          </w:p>
        </w:tc>
        <w:tc>
          <w:tcPr>
            <w:tcW w:w="2246" w:type="dxa"/>
            <w:vAlign w:val="center"/>
          </w:tcPr>
          <w:p w14:paraId="3F265219" w14:textId="0B8453C5" w:rsidR="00050DF4" w:rsidRPr="0054192D" w:rsidRDefault="0054192D" w:rsidP="003E7A10">
            <w:pPr>
              <w:spacing w:after="40" w:line="252" w:lineRule="auto"/>
              <w:rPr>
                <w:lang w:val="ro-RO"/>
              </w:rPr>
            </w:pPr>
            <w:r w:rsidRPr="0054192D">
              <w:rPr>
                <w:rFonts w:ascii="Times New Roman" w:hAnsi="Times New Roman" w:cs="Times New Roman"/>
                <w:iCs/>
                <w:color w:val="auto"/>
                <w:sz w:val="18"/>
                <w:szCs w:val="18"/>
              </w:rPr>
              <w:t xml:space="preserve">Stand </w:t>
            </w:r>
            <w:proofErr w:type="spellStart"/>
            <w:r w:rsidRPr="0054192D">
              <w:rPr>
                <w:rFonts w:ascii="Times New Roman" w:hAnsi="Times New Roman" w:cs="Times New Roman"/>
                <w:iCs/>
                <w:color w:val="auto"/>
                <w:sz w:val="18"/>
                <w:szCs w:val="18"/>
              </w:rPr>
              <w:t>utilizat</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pentru</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validarea</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subsistemelor</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pneumatice</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și</w:t>
            </w:r>
            <w:proofErr w:type="spellEnd"/>
            <w:r w:rsidRPr="0054192D">
              <w:rPr>
                <w:rFonts w:ascii="Times New Roman" w:hAnsi="Times New Roman" w:cs="Times New Roman"/>
                <w:iCs/>
                <w:color w:val="auto"/>
                <w:sz w:val="18"/>
                <w:szCs w:val="18"/>
              </w:rPr>
              <w:t xml:space="preserve"> a </w:t>
            </w:r>
            <w:proofErr w:type="spellStart"/>
            <w:r w:rsidRPr="0054192D">
              <w:rPr>
                <w:rFonts w:ascii="Times New Roman" w:hAnsi="Times New Roman" w:cs="Times New Roman"/>
                <w:iCs/>
                <w:color w:val="auto"/>
                <w:sz w:val="18"/>
                <w:szCs w:val="18"/>
              </w:rPr>
              <w:t>comenz</w:t>
            </w:r>
            <w:r>
              <w:rPr>
                <w:rFonts w:ascii="Times New Roman" w:hAnsi="Times New Roman" w:cs="Times New Roman"/>
                <w:iCs/>
                <w:color w:val="auto"/>
                <w:sz w:val="18"/>
                <w:szCs w:val="18"/>
              </w:rPr>
              <w:t>i</w:t>
            </w:r>
            <w:proofErr w:type="spellEnd"/>
            <w:r>
              <w:rPr>
                <w:rFonts w:ascii="Times New Roman" w:hAnsi="Times New Roman" w:cs="Times New Roman"/>
                <w:iCs/>
                <w:color w:val="auto"/>
                <w:sz w:val="18"/>
                <w:szCs w:val="18"/>
              </w:rPr>
              <w:t xml:space="preserve"> </w:t>
            </w:r>
            <w:proofErr w:type="spellStart"/>
            <w:r>
              <w:rPr>
                <w:rFonts w:ascii="Times New Roman" w:hAnsi="Times New Roman" w:cs="Times New Roman"/>
                <w:iCs/>
                <w:color w:val="auto"/>
                <w:sz w:val="18"/>
                <w:szCs w:val="18"/>
              </w:rPr>
              <w:t>şi</w:t>
            </w:r>
            <w:proofErr w:type="spellEnd"/>
            <w:r>
              <w:rPr>
                <w:rFonts w:ascii="Times New Roman" w:hAnsi="Times New Roman" w:cs="Times New Roman"/>
                <w:iCs/>
                <w:color w:val="auto"/>
                <w:sz w:val="18"/>
                <w:szCs w:val="18"/>
              </w:rPr>
              <w:t xml:space="preserve"> </w:t>
            </w:r>
            <w:proofErr w:type="spellStart"/>
            <w:r>
              <w:rPr>
                <w:rFonts w:ascii="Times New Roman" w:hAnsi="Times New Roman" w:cs="Times New Roman"/>
                <w:iCs/>
                <w:color w:val="auto"/>
                <w:sz w:val="18"/>
                <w:szCs w:val="18"/>
              </w:rPr>
              <w:t>controlului</w:t>
            </w:r>
            <w:proofErr w:type="spellEnd"/>
            <w:r>
              <w:rPr>
                <w:rFonts w:ascii="Times New Roman" w:hAnsi="Times New Roman" w:cs="Times New Roman"/>
                <w:iCs/>
                <w:color w:val="auto"/>
                <w:sz w:val="18"/>
                <w:szCs w:val="18"/>
              </w:rPr>
              <w:t xml:space="preserve"> electronic</w:t>
            </w:r>
          </w:p>
        </w:tc>
        <w:tc>
          <w:tcPr>
            <w:tcW w:w="2246" w:type="dxa"/>
            <w:vAlign w:val="center"/>
          </w:tcPr>
          <w:p w14:paraId="7FF9CC99" w14:textId="4054D5E2" w:rsidR="00050DF4" w:rsidRPr="00050DF4" w:rsidRDefault="0054192D" w:rsidP="0028675C">
            <w:pPr>
              <w:spacing w:after="40" w:line="252" w:lineRule="auto"/>
              <w:jc w:val="center"/>
              <w:rPr>
                <w:rFonts w:ascii="Times New Roman" w:hAnsi="Times New Roman" w:cs="Times New Roman"/>
                <w:iCs/>
                <w:color w:val="auto"/>
                <w:sz w:val="18"/>
                <w:szCs w:val="18"/>
                <w:lang w:val="ro-RO"/>
              </w:rPr>
            </w:pPr>
            <w:r>
              <w:rPr>
                <w:rFonts w:ascii="Times New Roman" w:hAnsi="Times New Roman" w:cs="Times New Roman"/>
                <w:iCs/>
                <w:color w:val="auto"/>
                <w:sz w:val="18"/>
                <w:szCs w:val="18"/>
                <w:lang w:val="ro-RO"/>
              </w:rPr>
              <w:t>D3</w:t>
            </w:r>
          </w:p>
        </w:tc>
      </w:tr>
      <w:tr w:rsidR="00050DF4" w:rsidRPr="005E5CC4" w14:paraId="3C31E165" w14:textId="77777777" w:rsidTr="00195031">
        <w:trPr>
          <w:cantSplit/>
          <w:trHeight w:val="117"/>
        </w:trPr>
        <w:tc>
          <w:tcPr>
            <w:tcW w:w="2900" w:type="dxa"/>
            <w:vMerge/>
            <w:shd w:val="clear" w:color="auto" w:fill="F7F9FC"/>
            <w:tcMar>
              <w:top w:w="90" w:type="dxa"/>
              <w:left w:w="120" w:type="dxa"/>
              <w:bottom w:w="90" w:type="dxa"/>
              <w:right w:w="120" w:type="dxa"/>
            </w:tcMar>
            <w:vAlign w:val="center"/>
          </w:tcPr>
          <w:p w14:paraId="65DE6474" w14:textId="77777777" w:rsidR="00050DF4" w:rsidRPr="005E5CC4" w:rsidRDefault="00050DF4" w:rsidP="003E7A10">
            <w:pPr>
              <w:spacing w:after="30" w:line="252" w:lineRule="auto"/>
              <w:rPr>
                <w:rFonts w:ascii="Times New Roman" w:hAnsi="Times New Roman" w:cs="Times New Roman"/>
                <w:b/>
                <w:color w:val="auto"/>
                <w:sz w:val="24"/>
                <w:szCs w:val="24"/>
                <w:lang w:val="ro-RO"/>
              </w:rPr>
            </w:pPr>
          </w:p>
        </w:tc>
        <w:tc>
          <w:tcPr>
            <w:tcW w:w="2246" w:type="dxa"/>
            <w:tcMar>
              <w:top w:w="90" w:type="dxa"/>
              <w:left w:w="120" w:type="dxa"/>
              <w:bottom w:w="90" w:type="dxa"/>
              <w:right w:w="120" w:type="dxa"/>
            </w:tcMar>
            <w:vAlign w:val="center"/>
          </w:tcPr>
          <w:p w14:paraId="1913C7BF" w14:textId="640715D3" w:rsidR="00050DF4" w:rsidRPr="00050DF4" w:rsidRDefault="0054192D" w:rsidP="003E7A10">
            <w:pPr>
              <w:spacing w:after="40" w:line="252" w:lineRule="auto"/>
              <w:rPr>
                <w:rFonts w:ascii="Times New Roman" w:hAnsi="Times New Roman" w:cs="Times New Roman"/>
                <w:iCs/>
                <w:color w:val="auto"/>
                <w:sz w:val="18"/>
                <w:szCs w:val="18"/>
                <w:lang w:val="ro-RO"/>
              </w:rPr>
            </w:pPr>
            <w:proofErr w:type="spellStart"/>
            <w:r w:rsidRPr="0054192D">
              <w:rPr>
                <w:rFonts w:ascii="Times New Roman" w:hAnsi="Times New Roman" w:cs="Times New Roman"/>
                <w:iCs/>
                <w:color w:val="auto"/>
                <w:sz w:val="18"/>
                <w:szCs w:val="18"/>
              </w:rPr>
              <w:t>Modele</w:t>
            </w:r>
            <w:proofErr w:type="spellEnd"/>
            <w:r w:rsidRPr="0054192D">
              <w:rPr>
                <w:rFonts w:ascii="Times New Roman" w:hAnsi="Times New Roman" w:cs="Times New Roman"/>
                <w:iCs/>
                <w:color w:val="auto"/>
                <w:sz w:val="18"/>
                <w:szCs w:val="18"/>
              </w:rPr>
              <w:t xml:space="preserve"> CAD </w:t>
            </w:r>
            <w:proofErr w:type="spellStart"/>
            <w:r w:rsidRPr="0054192D">
              <w:rPr>
                <w:rFonts w:ascii="Times New Roman" w:hAnsi="Times New Roman" w:cs="Times New Roman"/>
                <w:iCs/>
                <w:color w:val="auto"/>
                <w:sz w:val="18"/>
                <w:szCs w:val="18"/>
              </w:rPr>
              <w:t>și</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documentație</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tehnică</w:t>
            </w:r>
            <w:proofErr w:type="spellEnd"/>
          </w:p>
        </w:tc>
        <w:tc>
          <w:tcPr>
            <w:tcW w:w="2246" w:type="dxa"/>
            <w:vAlign w:val="center"/>
          </w:tcPr>
          <w:p w14:paraId="26E2B2FE" w14:textId="0996D8F3" w:rsidR="00050DF4" w:rsidRPr="00050DF4" w:rsidRDefault="0054192D" w:rsidP="003E7A10">
            <w:pPr>
              <w:spacing w:after="40" w:line="252" w:lineRule="auto"/>
              <w:rPr>
                <w:rFonts w:ascii="Times New Roman" w:hAnsi="Times New Roman" w:cs="Times New Roman"/>
                <w:iCs/>
                <w:color w:val="auto"/>
                <w:sz w:val="18"/>
                <w:szCs w:val="18"/>
                <w:lang w:val="ro-RO"/>
              </w:rPr>
            </w:pPr>
            <w:proofErr w:type="spellStart"/>
            <w:r w:rsidRPr="0054192D">
              <w:rPr>
                <w:rFonts w:ascii="Times New Roman" w:hAnsi="Times New Roman" w:cs="Times New Roman"/>
                <w:iCs/>
                <w:color w:val="auto"/>
                <w:sz w:val="18"/>
                <w:szCs w:val="18"/>
              </w:rPr>
              <w:t>Proiect</w:t>
            </w:r>
            <w:r>
              <w:rPr>
                <w:rFonts w:ascii="Times New Roman" w:hAnsi="Times New Roman" w:cs="Times New Roman"/>
                <w:iCs/>
                <w:color w:val="auto"/>
                <w:sz w:val="18"/>
                <w:szCs w:val="18"/>
              </w:rPr>
              <w:t>ele</w:t>
            </w:r>
            <w:proofErr w:type="spellEnd"/>
            <w:r>
              <w:rPr>
                <w:rFonts w:ascii="Times New Roman" w:hAnsi="Times New Roman" w:cs="Times New Roman"/>
                <w:iCs/>
                <w:color w:val="auto"/>
                <w:sz w:val="18"/>
                <w:szCs w:val="18"/>
              </w:rPr>
              <w:t xml:space="preserve"> </w:t>
            </w:r>
            <w:proofErr w:type="spellStart"/>
            <w:r>
              <w:rPr>
                <w:rFonts w:ascii="Times New Roman" w:hAnsi="Times New Roman" w:cs="Times New Roman"/>
                <w:iCs/>
                <w:color w:val="auto"/>
                <w:sz w:val="18"/>
                <w:szCs w:val="18"/>
              </w:rPr>
              <w:t>tehnice</w:t>
            </w:r>
            <w:proofErr w:type="spellEnd"/>
            <w:r>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și</w:t>
            </w:r>
            <w:proofErr w:type="spellEnd"/>
            <w:r w:rsidRPr="0054192D">
              <w:rPr>
                <w:rFonts w:ascii="Times New Roman" w:hAnsi="Times New Roman" w:cs="Times New Roman"/>
                <w:iCs/>
                <w:color w:val="auto"/>
                <w:sz w:val="18"/>
                <w:szCs w:val="18"/>
              </w:rPr>
              <w:t xml:space="preserve"> integrarea component</w:t>
            </w:r>
            <w:proofErr w:type="spellStart"/>
            <w:r w:rsidRPr="0054192D">
              <w:rPr>
                <w:rFonts w:ascii="Times New Roman" w:hAnsi="Times New Roman" w:cs="Times New Roman"/>
                <w:iCs/>
                <w:color w:val="auto"/>
                <w:sz w:val="18"/>
                <w:szCs w:val="18"/>
              </w:rPr>
              <w:t>elor</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sistemului</w:t>
            </w:r>
            <w:proofErr w:type="spellEnd"/>
            <w:r w:rsidRPr="0054192D">
              <w:rPr>
                <w:rFonts w:ascii="Times New Roman" w:hAnsi="Times New Roman" w:cs="Times New Roman"/>
                <w:iCs/>
                <w:color w:val="auto"/>
                <w:sz w:val="18"/>
                <w:szCs w:val="18"/>
              </w:rPr>
              <w:t xml:space="preserve"> de </w:t>
            </w:r>
            <w:proofErr w:type="spellStart"/>
            <w:r>
              <w:rPr>
                <w:rFonts w:ascii="Times New Roman" w:hAnsi="Times New Roman" w:cs="Times New Roman"/>
                <w:iCs/>
                <w:color w:val="auto"/>
                <w:sz w:val="18"/>
                <w:szCs w:val="18"/>
              </w:rPr>
              <w:t>propulsie</w:t>
            </w:r>
            <w:proofErr w:type="spellEnd"/>
            <w:r>
              <w:rPr>
                <w:rFonts w:ascii="Times New Roman" w:hAnsi="Times New Roman" w:cs="Times New Roman"/>
                <w:iCs/>
                <w:color w:val="auto"/>
                <w:sz w:val="18"/>
                <w:szCs w:val="18"/>
              </w:rPr>
              <w:t xml:space="preserve"> (conform </w:t>
            </w:r>
            <w:proofErr w:type="spellStart"/>
            <w:r>
              <w:rPr>
                <w:rFonts w:ascii="Times New Roman" w:hAnsi="Times New Roman" w:cs="Times New Roman"/>
                <w:iCs/>
                <w:color w:val="auto"/>
                <w:sz w:val="18"/>
                <w:szCs w:val="18"/>
              </w:rPr>
              <w:t>cerinţelor</w:t>
            </w:r>
            <w:proofErr w:type="spellEnd"/>
            <w:r>
              <w:rPr>
                <w:rFonts w:ascii="Times New Roman" w:hAnsi="Times New Roman" w:cs="Times New Roman"/>
                <w:iCs/>
                <w:color w:val="auto"/>
                <w:sz w:val="18"/>
                <w:szCs w:val="18"/>
              </w:rPr>
              <w:t xml:space="preserve"> </w:t>
            </w:r>
            <w:proofErr w:type="spellStart"/>
            <w:r>
              <w:rPr>
                <w:rFonts w:ascii="Times New Roman" w:hAnsi="Times New Roman" w:cs="Times New Roman"/>
                <w:iCs/>
                <w:color w:val="auto"/>
                <w:sz w:val="18"/>
                <w:szCs w:val="18"/>
              </w:rPr>
              <w:t>concursului</w:t>
            </w:r>
            <w:proofErr w:type="spellEnd"/>
            <w:r>
              <w:rPr>
                <w:rFonts w:ascii="Times New Roman" w:hAnsi="Times New Roman" w:cs="Times New Roman"/>
                <w:iCs/>
                <w:color w:val="auto"/>
                <w:sz w:val="18"/>
                <w:szCs w:val="18"/>
              </w:rPr>
              <w:t xml:space="preserve"> </w:t>
            </w:r>
            <w:proofErr w:type="spellStart"/>
            <w:r>
              <w:rPr>
                <w:rFonts w:ascii="Times New Roman" w:hAnsi="Times New Roman" w:cs="Times New Roman"/>
                <w:iCs/>
                <w:color w:val="auto"/>
                <w:sz w:val="18"/>
                <w:szCs w:val="18"/>
              </w:rPr>
              <w:t>internaţionale</w:t>
            </w:r>
            <w:proofErr w:type="spellEnd"/>
            <w:r>
              <w:rPr>
                <w:rFonts w:ascii="Times New Roman" w:hAnsi="Times New Roman" w:cs="Times New Roman"/>
                <w:iCs/>
                <w:color w:val="auto"/>
                <w:sz w:val="18"/>
                <w:szCs w:val="18"/>
              </w:rPr>
              <w:t xml:space="preserve"> </w:t>
            </w:r>
            <w:proofErr w:type="spellStart"/>
            <w:r>
              <w:rPr>
                <w:rFonts w:ascii="Times New Roman" w:hAnsi="Times New Roman" w:cs="Times New Roman"/>
                <w:iCs/>
                <w:color w:val="auto"/>
                <w:sz w:val="18"/>
                <w:szCs w:val="18"/>
              </w:rPr>
              <w:t>Aaventics</w:t>
            </w:r>
            <w:proofErr w:type="spellEnd"/>
            <w:r>
              <w:rPr>
                <w:rFonts w:ascii="Times New Roman" w:hAnsi="Times New Roman" w:cs="Times New Roman"/>
                <w:iCs/>
                <w:color w:val="auto"/>
                <w:sz w:val="18"/>
                <w:szCs w:val="18"/>
              </w:rPr>
              <w:t>/Emerson)</w:t>
            </w:r>
          </w:p>
        </w:tc>
        <w:tc>
          <w:tcPr>
            <w:tcW w:w="2246" w:type="dxa"/>
            <w:vAlign w:val="center"/>
          </w:tcPr>
          <w:p w14:paraId="1FC0A2CA" w14:textId="50E6B96D" w:rsidR="00050DF4" w:rsidRPr="00050DF4" w:rsidRDefault="0054192D" w:rsidP="0028675C">
            <w:pPr>
              <w:spacing w:after="40" w:line="252" w:lineRule="auto"/>
              <w:jc w:val="center"/>
              <w:rPr>
                <w:rFonts w:ascii="Times New Roman" w:hAnsi="Times New Roman" w:cs="Times New Roman"/>
                <w:iCs/>
                <w:color w:val="auto"/>
                <w:sz w:val="18"/>
                <w:szCs w:val="18"/>
                <w:lang w:val="ro-RO"/>
              </w:rPr>
            </w:pPr>
            <w:r>
              <w:rPr>
                <w:rFonts w:ascii="Times New Roman" w:hAnsi="Times New Roman" w:cs="Times New Roman"/>
                <w:iCs/>
                <w:color w:val="auto"/>
                <w:sz w:val="18"/>
                <w:szCs w:val="18"/>
                <w:lang w:val="ro-RO"/>
              </w:rPr>
              <w:t>D4</w:t>
            </w:r>
          </w:p>
        </w:tc>
      </w:tr>
      <w:tr w:rsidR="00050DF4" w:rsidRPr="005E5CC4" w14:paraId="0B0B013D" w14:textId="77777777" w:rsidTr="00195031">
        <w:trPr>
          <w:cantSplit/>
          <w:trHeight w:val="117"/>
        </w:trPr>
        <w:tc>
          <w:tcPr>
            <w:tcW w:w="2900" w:type="dxa"/>
            <w:vMerge/>
            <w:shd w:val="clear" w:color="auto" w:fill="F7F9FC"/>
            <w:tcMar>
              <w:top w:w="90" w:type="dxa"/>
              <w:left w:w="120" w:type="dxa"/>
              <w:bottom w:w="90" w:type="dxa"/>
              <w:right w:w="120" w:type="dxa"/>
            </w:tcMar>
            <w:vAlign w:val="center"/>
          </w:tcPr>
          <w:p w14:paraId="60A0BA81" w14:textId="77777777" w:rsidR="00050DF4" w:rsidRPr="005E5CC4" w:rsidRDefault="00050DF4" w:rsidP="003E7A10">
            <w:pPr>
              <w:spacing w:after="30" w:line="252" w:lineRule="auto"/>
              <w:rPr>
                <w:rFonts w:ascii="Times New Roman" w:hAnsi="Times New Roman" w:cs="Times New Roman"/>
                <w:b/>
                <w:color w:val="auto"/>
                <w:sz w:val="24"/>
                <w:szCs w:val="24"/>
                <w:lang w:val="ro-RO"/>
              </w:rPr>
            </w:pPr>
          </w:p>
        </w:tc>
        <w:tc>
          <w:tcPr>
            <w:tcW w:w="2246" w:type="dxa"/>
            <w:tcMar>
              <w:top w:w="90" w:type="dxa"/>
              <w:left w:w="120" w:type="dxa"/>
              <w:bottom w:w="90" w:type="dxa"/>
              <w:right w:w="120" w:type="dxa"/>
            </w:tcMar>
            <w:vAlign w:val="center"/>
          </w:tcPr>
          <w:p w14:paraId="4E3E287C" w14:textId="6A185908" w:rsidR="00050DF4" w:rsidRPr="00050DF4" w:rsidRDefault="0054192D" w:rsidP="003E7A10">
            <w:pPr>
              <w:spacing w:after="40" w:line="252" w:lineRule="auto"/>
              <w:rPr>
                <w:rFonts w:ascii="Times New Roman" w:hAnsi="Times New Roman" w:cs="Times New Roman"/>
                <w:iCs/>
                <w:color w:val="auto"/>
                <w:sz w:val="18"/>
                <w:szCs w:val="18"/>
                <w:lang w:val="ro-RO"/>
              </w:rPr>
            </w:pPr>
            <w:proofErr w:type="spellStart"/>
            <w:r w:rsidRPr="0054192D">
              <w:rPr>
                <w:rFonts w:ascii="Times New Roman" w:hAnsi="Times New Roman" w:cs="Times New Roman"/>
                <w:iCs/>
                <w:color w:val="auto"/>
                <w:sz w:val="18"/>
                <w:szCs w:val="18"/>
              </w:rPr>
              <w:t>Simulări</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și</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rezultate</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experimentale</w:t>
            </w:r>
            <w:proofErr w:type="spellEnd"/>
          </w:p>
        </w:tc>
        <w:tc>
          <w:tcPr>
            <w:tcW w:w="2246" w:type="dxa"/>
            <w:vAlign w:val="center"/>
          </w:tcPr>
          <w:p w14:paraId="41A3F5C3" w14:textId="2CA99725" w:rsidR="00050DF4" w:rsidRPr="00050DF4" w:rsidRDefault="0054192D" w:rsidP="003E7A10">
            <w:pPr>
              <w:spacing w:after="40" w:line="252" w:lineRule="auto"/>
              <w:rPr>
                <w:rFonts w:ascii="Times New Roman" w:hAnsi="Times New Roman" w:cs="Times New Roman"/>
                <w:iCs/>
                <w:color w:val="auto"/>
                <w:sz w:val="18"/>
                <w:szCs w:val="18"/>
                <w:lang w:val="ro-RO"/>
              </w:rPr>
            </w:pPr>
            <w:proofErr w:type="spellStart"/>
            <w:r w:rsidRPr="0054192D">
              <w:rPr>
                <w:rFonts w:ascii="Times New Roman" w:hAnsi="Times New Roman" w:cs="Times New Roman"/>
                <w:iCs/>
                <w:color w:val="auto"/>
                <w:sz w:val="18"/>
                <w:szCs w:val="18"/>
              </w:rPr>
              <w:t>Validarea</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funcționării</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componentelor</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și</w:t>
            </w:r>
            <w:proofErr w:type="spellEnd"/>
            <w:r w:rsidRPr="0054192D">
              <w:rPr>
                <w:rFonts w:ascii="Times New Roman" w:hAnsi="Times New Roman" w:cs="Times New Roman"/>
                <w:iCs/>
                <w:color w:val="auto"/>
                <w:sz w:val="18"/>
                <w:szCs w:val="18"/>
              </w:rPr>
              <w:t xml:space="preserve"> a </w:t>
            </w:r>
            <w:proofErr w:type="spellStart"/>
            <w:r w:rsidRPr="0054192D">
              <w:rPr>
                <w:rFonts w:ascii="Times New Roman" w:hAnsi="Times New Roman" w:cs="Times New Roman"/>
                <w:iCs/>
                <w:color w:val="auto"/>
                <w:sz w:val="18"/>
                <w:szCs w:val="18"/>
              </w:rPr>
              <w:t>conceptului</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tehnologic</w:t>
            </w:r>
            <w:proofErr w:type="spellEnd"/>
          </w:p>
        </w:tc>
        <w:tc>
          <w:tcPr>
            <w:tcW w:w="2246" w:type="dxa"/>
            <w:vAlign w:val="center"/>
          </w:tcPr>
          <w:p w14:paraId="111FC666" w14:textId="635F0962" w:rsidR="00050DF4" w:rsidRPr="00050DF4" w:rsidRDefault="0054192D" w:rsidP="0028675C">
            <w:pPr>
              <w:spacing w:after="40" w:line="252" w:lineRule="auto"/>
              <w:jc w:val="center"/>
              <w:rPr>
                <w:rFonts w:ascii="Times New Roman" w:hAnsi="Times New Roman" w:cs="Times New Roman"/>
                <w:iCs/>
                <w:color w:val="auto"/>
                <w:sz w:val="18"/>
                <w:szCs w:val="18"/>
                <w:lang w:val="ro-RO"/>
              </w:rPr>
            </w:pPr>
            <w:r>
              <w:rPr>
                <w:rFonts w:ascii="Times New Roman" w:hAnsi="Times New Roman" w:cs="Times New Roman"/>
                <w:iCs/>
                <w:color w:val="auto"/>
                <w:sz w:val="18"/>
                <w:szCs w:val="18"/>
                <w:lang w:val="ro-RO"/>
              </w:rPr>
              <w:t>D5</w:t>
            </w:r>
          </w:p>
        </w:tc>
      </w:tr>
      <w:tr w:rsidR="00050DF4" w:rsidRPr="005E5CC4" w14:paraId="2A08FDB2" w14:textId="77777777" w:rsidTr="00195031">
        <w:trPr>
          <w:cantSplit/>
          <w:trHeight w:val="117"/>
        </w:trPr>
        <w:tc>
          <w:tcPr>
            <w:tcW w:w="2900" w:type="dxa"/>
            <w:vMerge/>
            <w:shd w:val="clear" w:color="auto" w:fill="F7F9FC"/>
            <w:tcMar>
              <w:top w:w="90" w:type="dxa"/>
              <w:left w:w="120" w:type="dxa"/>
              <w:bottom w:w="90" w:type="dxa"/>
              <w:right w:w="120" w:type="dxa"/>
            </w:tcMar>
            <w:vAlign w:val="center"/>
          </w:tcPr>
          <w:p w14:paraId="403B2DE5" w14:textId="77777777" w:rsidR="00050DF4" w:rsidRPr="005E5CC4" w:rsidRDefault="00050DF4" w:rsidP="003E7A10">
            <w:pPr>
              <w:spacing w:after="30" w:line="252" w:lineRule="auto"/>
              <w:rPr>
                <w:rFonts w:ascii="Times New Roman" w:hAnsi="Times New Roman" w:cs="Times New Roman"/>
                <w:b/>
                <w:color w:val="auto"/>
                <w:sz w:val="24"/>
                <w:szCs w:val="24"/>
                <w:lang w:val="ro-RO"/>
              </w:rPr>
            </w:pPr>
          </w:p>
        </w:tc>
        <w:tc>
          <w:tcPr>
            <w:tcW w:w="2246" w:type="dxa"/>
            <w:tcMar>
              <w:top w:w="90" w:type="dxa"/>
              <w:left w:w="120" w:type="dxa"/>
              <w:bottom w:w="90" w:type="dxa"/>
              <w:right w:w="120" w:type="dxa"/>
            </w:tcMar>
            <w:vAlign w:val="center"/>
          </w:tcPr>
          <w:p w14:paraId="1238F1FA" w14:textId="62CAD73E" w:rsidR="00050DF4" w:rsidRPr="00050DF4" w:rsidRDefault="0054192D" w:rsidP="003E7A10">
            <w:pPr>
              <w:spacing w:after="40" w:line="252" w:lineRule="auto"/>
              <w:rPr>
                <w:rFonts w:ascii="Times New Roman" w:hAnsi="Times New Roman" w:cs="Times New Roman"/>
                <w:iCs/>
                <w:color w:val="auto"/>
                <w:sz w:val="18"/>
                <w:szCs w:val="18"/>
                <w:lang w:val="ro-RO"/>
              </w:rPr>
            </w:pPr>
            <w:proofErr w:type="spellStart"/>
            <w:r w:rsidRPr="0054192D">
              <w:rPr>
                <w:rFonts w:ascii="Times New Roman" w:hAnsi="Times New Roman" w:cs="Times New Roman"/>
                <w:iCs/>
                <w:color w:val="auto"/>
                <w:sz w:val="18"/>
                <w:szCs w:val="18"/>
              </w:rPr>
              <w:t>Publicații</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științifice</w:t>
            </w:r>
            <w:proofErr w:type="spellEnd"/>
          </w:p>
        </w:tc>
        <w:tc>
          <w:tcPr>
            <w:tcW w:w="2246" w:type="dxa"/>
            <w:vAlign w:val="center"/>
          </w:tcPr>
          <w:p w14:paraId="2DA7B965" w14:textId="37859091" w:rsidR="00050DF4" w:rsidRPr="00050DF4" w:rsidRDefault="0054192D" w:rsidP="003E7A10">
            <w:pPr>
              <w:spacing w:after="40" w:line="252" w:lineRule="auto"/>
              <w:rPr>
                <w:rFonts w:ascii="Times New Roman" w:hAnsi="Times New Roman" w:cs="Times New Roman"/>
                <w:iCs/>
                <w:color w:val="auto"/>
                <w:sz w:val="18"/>
                <w:szCs w:val="18"/>
                <w:lang w:val="ro-RO"/>
              </w:rPr>
            </w:pPr>
            <w:proofErr w:type="spellStart"/>
            <w:r w:rsidRPr="0054192D">
              <w:rPr>
                <w:rFonts w:ascii="Times New Roman" w:hAnsi="Times New Roman" w:cs="Times New Roman"/>
                <w:iCs/>
                <w:color w:val="auto"/>
                <w:sz w:val="18"/>
                <w:szCs w:val="18"/>
              </w:rPr>
              <w:t>Articole</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rezultate</w:t>
            </w:r>
            <w:proofErr w:type="spellEnd"/>
            <w:r w:rsidRPr="0054192D">
              <w:rPr>
                <w:rFonts w:ascii="Times New Roman" w:hAnsi="Times New Roman" w:cs="Times New Roman"/>
                <w:iCs/>
                <w:color w:val="auto"/>
                <w:sz w:val="18"/>
                <w:szCs w:val="18"/>
              </w:rPr>
              <w:t xml:space="preserve"> din </w:t>
            </w:r>
            <w:proofErr w:type="spellStart"/>
            <w:r w:rsidRPr="0054192D">
              <w:rPr>
                <w:rFonts w:ascii="Times New Roman" w:hAnsi="Times New Roman" w:cs="Times New Roman"/>
                <w:iCs/>
                <w:color w:val="auto"/>
                <w:sz w:val="18"/>
                <w:szCs w:val="18"/>
              </w:rPr>
              <w:t>cercetările</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laboratorului</w:t>
            </w:r>
            <w:proofErr w:type="spellEnd"/>
          </w:p>
        </w:tc>
        <w:tc>
          <w:tcPr>
            <w:tcW w:w="2246" w:type="dxa"/>
            <w:vAlign w:val="center"/>
          </w:tcPr>
          <w:p w14:paraId="395C6E87" w14:textId="5E26EF1C" w:rsidR="00050DF4" w:rsidRPr="00050DF4" w:rsidRDefault="0054192D" w:rsidP="0028675C">
            <w:pPr>
              <w:spacing w:after="40" w:line="252" w:lineRule="auto"/>
              <w:jc w:val="center"/>
              <w:rPr>
                <w:rFonts w:ascii="Times New Roman" w:hAnsi="Times New Roman" w:cs="Times New Roman"/>
                <w:iCs/>
                <w:color w:val="auto"/>
                <w:sz w:val="18"/>
                <w:szCs w:val="18"/>
                <w:lang w:val="ro-RO"/>
              </w:rPr>
            </w:pPr>
            <w:r>
              <w:rPr>
                <w:rFonts w:ascii="Times New Roman" w:hAnsi="Times New Roman" w:cs="Times New Roman"/>
                <w:iCs/>
                <w:color w:val="auto"/>
                <w:sz w:val="18"/>
                <w:szCs w:val="18"/>
                <w:lang w:val="ro-RO"/>
              </w:rPr>
              <w:t>D6</w:t>
            </w:r>
          </w:p>
        </w:tc>
      </w:tr>
      <w:tr w:rsidR="00050DF4" w:rsidRPr="005E5CC4" w14:paraId="04A9DE55" w14:textId="77777777" w:rsidTr="00195031">
        <w:trPr>
          <w:cantSplit/>
          <w:trHeight w:val="117"/>
        </w:trPr>
        <w:tc>
          <w:tcPr>
            <w:tcW w:w="2900" w:type="dxa"/>
            <w:vMerge/>
            <w:shd w:val="clear" w:color="auto" w:fill="F7F9FC"/>
            <w:tcMar>
              <w:top w:w="90" w:type="dxa"/>
              <w:left w:w="120" w:type="dxa"/>
              <w:bottom w:w="90" w:type="dxa"/>
              <w:right w:w="120" w:type="dxa"/>
            </w:tcMar>
            <w:vAlign w:val="center"/>
          </w:tcPr>
          <w:p w14:paraId="35F96889" w14:textId="77777777" w:rsidR="00050DF4" w:rsidRPr="005E5CC4" w:rsidRDefault="00050DF4" w:rsidP="003E7A10">
            <w:pPr>
              <w:spacing w:after="30" w:line="252" w:lineRule="auto"/>
              <w:rPr>
                <w:rFonts w:ascii="Times New Roman" w:hAnsi="Times New Roman" w:cs="Times New Roman"/>
                <w:b/>
                <w:color w:val="auto"/>
                <w:sz w:val="24"/>
                <w:szCs w:val="24"/>
                <w:lang w:val="ro-RO"/>
              </w:rPr>
            </w:pPr>
          </w:p>
        </w:tc>
        <w:tc>
          <w:tcPr>
            <w:tcW w:w="2246" w:type="dxa"/>
            <w:tcMar>
              <w:top w:w="90" w:type="dxa"/>
              <w:left w:w="120" w:type="dxa"/>
              <w:bottom w:w="90" w:type="dxa"/>
              <w:right w:w="120" w:type="dxa"/>
            </w:tcMar>
            <w:vAlign w:val="center"/>
          </w:tcPr>
          <w:p w14:paraId="400C8519" w14:textId="608F6E3D" w:rsidR="00050DF4" w:rsidRPr="00050DF4" w:rsidRDefault="0054192D" w:rsidP="003E7A10">
            <w:pPr>
              <w:spacing w:after="40" w:line="252" w:lineRule="auto"/>
              <w:rPr>
                <w:rFonts w:ascii="Times New Roman" w:hAnsi="Times New Roman" w:cs="Times New Roman"/>
                <w:iCs/>
                <w:color w:val="auto"/>
                <w:sz w:val="18"/>
                <w:szCs w:val="18"/>
                <w:lang w:val="ro-RO"/>
              </w:rPr>
            </w:pPr>
            <w:proofErr w:type="spellStart"/>
            <w:r w:rsidRPr="0054192D">
              <w:rPr>
                <w:rFonts w:ascii="Times New Roman" w:hAnsi="Times New Roman" w:cs="Times New Roman"/>
                <w:iCs/>
                <w:color w:val="auto"/>
                <w:sz w:val="18"/>
                <w:szCs w:val="18"/>
              </w:rPr>
              <w:t>Brevete</w:t>
            </w:r>
            <w:proofErr w:type="spellEnd"/>
            <w:r w:rsidRPr="0054192D">
              <w:rPr>
                <w:rFonts w:ascii="Times New Roman" w:hAnsi="Times New Roman" w:cs="Times New Roman"/>
                <w:iCs/>
                <w:color w:val="auto"/>
                <w:sz w:val="18"/>
                <w:szCs w:val="18"/>
              </w:rPr>
              <w:t xml:space="preserve"> / </w:t>
            </w:r>
            <w:proofErr w:type="spellStart"/>
            <w:r w:rsidRPr="0054192D">
              <w:rPr>
                <w:rFonts w:ascii="Times New Roman" w:hAnsi="Times New Roman" w:cs="Times New Roman"/>
                <w:iCs/>
                <w:color w:val="auto"/>
                <w:sz w:val="18"/>
                <w:szCs w:val="18"/>
              </w:rPr>
              <w:t>cereri</w:t>
            </w:r>
            <w:proofErr w:type="spellEnd"/>
            <w:r w:rsidRPr="0054192D">
              <w:rPr>
                <w:rFonts w:ascii="Times New Roman" w:hAnsi="Times New Roman" w:cs="Times New Roman"/>
                <w:iCs/>
                <w:color w:val="auto"/>
                <w:sz w:val="18"/>
                <w:szCs w:val="18"/>
              </w:rPr>
              <w:t xml:space="preserve"> de brevet </w:t>
            </w:r>
            <w:r>
              <w:rPr>
                <w:rFonts w:ascii="Times New Roman" w:hAnsi="Times New Roman" w:cs="Times New Roman"/>
                <w:iCs/>
                <w:color w:val="auto"/>
                <w:sz w:val="18"/>
                <w:szCs w:val="18"/>
              </w:rPr>
              <w:t xml:space="preserve">/ </w:t>
            </w:r>
            <w:proofErr w:type="spellStart"/>
            <w:r>
              <w:rPr>
                <w:rFonts w:ascii="Times New Roman" w:hAnsi="Times New Roman" w:cs="Times New Roman"/>
                <w:iCs/>
                <w:color w:val="auto"/>
                <w:sz w:val="18"/>
                <w:szCs w:val="18"/>
              </w:rPr>
              <w:t>premii</w:t>
            </w:r>
            <w:proofErr w:type="spellEnd"/>
          </w:p>
        </w:tc>
        <w:tc>
          <w:tcPr>
            <w:tcW w:w="2246" w:type="dxa"/>
            <w:vAlign w:val="center"/>
          </w:tcPr>
          <w:p w14:paraId="3B5AF456" w14:textId="15158DF5" w:rsidR="00050DF4" w:rsidRPr="00050DF4" w:rsidRDefault="0054192D" w:rsidP="003E7A10">
            <w:pPr>
              <w:spacing w:after="40" w:line="252" w:lineRule="auto"/>
              <w:rPr>
                <w:rFonts w:ascii="Times New Roman" w:hAnsi="Times New Roman" w:cs="Times New Roman"/>
                <w:iCs/>
                <w:color w:val="auto"/>
                <w:sz w:val="18"/>
                <w:szCs w:val="18"/>
                <w:lang w:val="ro-RO"/>
              </w:rPr>
            </w:pPr>
            <w:r>
              <w:rPr>
                <w:rFonts w:ascii="Times New Roman" w:hAnsi="Times New Roman" w:cs="Times New Roman"/>
                <w:iCs/>
                <w:color w:val="auto"/>
                <w:sz w:val="18"/>
                <w:szCs w:val="18"/>
                <w:lang w:val="ro-RO"/>
              </w:rPr>
              <w:t xml:space="preserve">Premiul  „Cercetare pentru apărare” 2023, la </w:t>
            </w:r>
            <w:proofErr w:type="spellStart"/>
            <w:r w:rsidRPr="0054192D">
              <w:rPr>
                <w:rFonts w:ascii="Times New Roman" w:hAnsi="Times New Roman" w:cs="Times New Roman"/>
                <w:sz w:val="18"/>
                <w:szCs w:val="18"/>
                <w:lang w:val="ro-RO"/>
              </w:rPr>
              <w:t>competiţia</w:t>
            </w:r>
            <w:proofErr w:type="spellEnd"/>
            <w:r w:rsidRPr="0054192D">
              <w:rPr>
                <w:rFonts w:ascii="Times New Roman" w:hAnsi="Times New Roman" w:cs="Times New Roman"/>
                <w:sz w:val="18"/>
                <w:szCs w:val="18"/>
                <w:lang w:val="ro-RO"/>
              </w:rPr>
              <w:t xml:space="preserve"> </w:t>
            </w:r>
            <w:proofErr w:type="spellStart"/>
            <w:r w:rsidRPr="0054192D">
              <w:rPr>
                <w:rFonts w:ascii="Times New Roman" w:hAnsi="Times New Roman" w:cs="Times New Roman"/>
                <w:sz w:val="18"/>
                <w:szCs w:val="18"/>
                <w:lang w:val="ro-RO"/>
              </w:rPr>
              <w:t>naţională</w:t>
            </w:r>
            <w:proofErr w:type="spellEnd"/>
            <w:r w:rsidRPr="0054192D">
              <w:rPr>
                <w:rFonts w:ascii="Times New Roman" w:hAnsi="Times New Roman" w:cs="Times New Roman"/>
                <w:sz w:val="18"/>
                <w:szCs w:val="18"/>
                <w:lang w:val="ro-RO"/>
              </w:rPr>
              <w:t xml:space="preserve"> de inovare </w:t>
            </w:r>
            <w:proofErr w:type="spellStart"/>
            <w:r w:rsidRPr="0054192D">
              <w:rPr>
                <w:rFonts w:ascii="Times New Roman" w:hAnsi="Times New Roman" w:cs="Times New Roman"/>
                <w:sz w:val="18"/>
                <w:szCs w:val="18"/>
                <w:lang w:val="ro-RO"/>
              </w:rPr>
              <w:t>PatrioFest</w:t>
            </w:r>
            <w:proofErr w:type="spellEnd"/>
            <w:r w:rsidRPr="0054192D">
              <w:rPr>
                <w:rFonts w:ascii="Times New Roman" w:hAnsi="Times New Roman" w:cs="Times New Roman"/>
                <w:sz w:val="18"/>
                <w:szCs w:val="18"/>
                <w:lang w:val="ro-RO"/>
              </w:rPr>
              <w:t xml:space="preserve">, cu proiectul „Motor pur pneumatic”, </w:t>
            </w:r>
          </w:p>
        </w:tc>
        <w:tc>
          <w:tcPr>
            <w:tcW w:w="2246" w:type="dxa"/>
            <w:vAlign w:val="center"/>
          </w:tcPr>
          <w:p w14:paraId="3C2C2590" w14:textId="7B6EDBE1" w:rsidR="00050DF4" w:rsidRPr="00050DF4" w:rsidRDefault="0054192D" w:rsidP="0028675C">
            <w:pPr>
              <w:spacing w:after="40" w:line="252" w:lineRule="auto"/>
              <w:jc w:val="center"/>
              <w:rPr>
                <w:rFonts w:ascii="Times New Roman" w:hAnsi="Times New Roman" w:cs="Times New Roman"/>
                <w:iCs/>
                <w:color w:val="auto"/>
                <w:sz w:val="18"/>
                <w:szCs w:val="18"/>
                <w:lang w:val="ro-RO"/>
              </w:rPr>
            </w:pPr>
            <w:r>
              <w:rPr>
                <w:rFonts w:ascii="Times New Roman" w:hAnsi="Times New Roman" w:cs="Times New Roman"/>
                <w:iCs/>
                <w:color w:val="auto"/>
                <w:sz w:val="18"/>
                <w:szCs w:val="18"/>
                <w:lang w:val="ro-RO"/>
              </w:rPr>
              <w:t>D7</w:t>
            </w:r>
          </w:p>
        </w:tc>
      </w:tr>
      <w:tr w:rsidR="00050DF4" w:rsidRPr="005E5CC4" w14:paraId="40B29D22" w14:textId="77777777" w:rsidTr="00195031">
        <w:trPr>
          <w:cantSplit/>
          <w:trHeight w:val="117"/>
        </w:trPr>
        <w:tc>
          <w:tcPr>
            <w:tcW w:w="2900" w:type="dxa"/>
            <w:vMerge/>
            <w:shd w:val="clear" w:color="auto" w:fill="F7F9FC"/>
            <w:tcMar>
              <w:top w:w="90" w:type="dxa"/>
              <w:left w:w="120" w:type="dxa"/>
              <w:bottom w:w="90" w:type="dxa"/>
              <w:right w:w="120" w:type="dxa"/>
            </w:tcMar>
            <w:vAlign w:val="center"/>
          </w:tcPr>
          <w:p w14:paraId="03C30E44" w14:textId="77777777" w:rsidR="00050DF4" w:rsidRPr="005E5CC4" w:rsidRDefault="00050DF4" w:rsidP="003E7A10">
            <w:pPr>
              <w:spacing w:after="30" w:line="252" w:lineRule="auto"/>
              <w:rPr>
                <w:rFonts w:ascii="Times New Roman" w:hAnsi="Times New Roman" w:cs="Times New Roman"/>
                <w:b/>
                <w:color w:val="auto"/>
                <w:sz w:val="24"/>
                <w:szCs w:val="24"/>
                <w:lang w:val="ro-RO"/>
              </w:rPr>
            </w:pPr>
          </w:p>
        </w:tc>
        <w:tc>
          <w:tcPr>
            <w:tcW w:w="2246" w:type="dxa"/>
            <w:tcMar>
              <w:top w:w="90" w:type="dxa"/>
              <w:left w:w="120" w:type="dxa"/>
              <w:bottom w:w="90" w:type="dxa"/>
              <w:right w:w="120" w:type="dxa"/>
            </w:tcMar>
            <w:vAlign w:val="center"/>
          </w:tcPr>
          <w:p w14:paraId="1D8A04A4" w14:textId="6EBC668B" w:rsidR="00050DF4" w:rsidRDefault="0054192D" w:rsidP="003E7A10">
            <w:pPr>
              <w:spacing w:after="40" w:line="252" w:lineRule="auto"/>
              <w:rPr>
                <w:rFonts w:ascii="Times New Roman" w:hAnsi="Times New Roman" w:cs="Times New Roman"/>
                <w:iCs/>
                <w:color w:val="auto"/>
                <w:sz w:val="16"/>
                <w:szCs w:val="16"/>
              </w:rPr>
            </w:pPr>
            <w:proofErr w:type="spellStart"/>
            <w:r w:rsidRPr="0054192D">
              <w:rPr>
                <w:rFonts w:ascii="Times New Roman" w:hAnsi="Times New Roman" w:cs="Times New Roman"/>
                <w:iCs/>
                <w:color w:val="auto"/>
                <w:sz w:val="18"/>
                <w:szCs w:val="18"/>
              </w:rPr>
              <w:t>Pagina</w:t>
            </w:r>
            <w:proofErr w:type="spellEnd"/>
            <w:r w:rsidRPr="0054192D">
              <w:rPr>
                <w:rFonts w:ascii="Times New Roman" w:hAnsi="Times New Roman" w:cs="Times New Roman"/>
                <w:iCs/>
                <w:color w:val="auto"/>
                <w:sz w:val="18"/>
                <w:szCs w:val="18"/>
              </w:rPr>
              <w:t xml:space="preserve"> </w:t>
            </w:r>
            <w:hyperlink r:id="rId8" w:history="1">
              <w:r w:rsidRPr="00C83479">
                <w:rPr>
                  <w:rStyle w:val="Hyperlink"/>
                  <w:rFonts w:ascii="Times New Roman" w:hAnsi="Times New Roman" w:cs="Times New Roman"/>
                  <w:iCs/>
                  <w:sz w:val="16"/>
                  <w:szCs w:val="16"/>
                </w:rPr>
                <w:t>www.s</w:t>
              </w:r>
              <w:r w:rsidRPr="00C83479">
                <w:rPr>
                  <w:rStyle w:val="Hyperlink"/>
                  <w:rFonts w:ascii="Times New Roman" w:hAnsi="Times New Roman" w:cs="Times New Roman"/>
                  <w:iCs/>
                  <w:sz w:val="16"/>
                  <w:szCs w:val="16"/>
                </w:rPr>
                <w:t>mart</w:t>
              </w:r>
              <w:r w:rsidRPr="00C83479">
                <w:rPr>
                  <w:rStyle w:val="Hyperlink"/>
                  <w:rFonts w:ascii="Times New Roman" w:hAnsi="Times New Roman" w:cs="Times New Roman"/>
                  <w:iCs/>
                  <w:sz w:val="16"/>
                  <w:szCs w:val="16"/>
                </w:rPr>
                <w:t>p</w:t>
              </w:r>
              <w:r w:rsidRPr="00C83479">
                <w:rPr>
                  <w:rStyle w:val="Hyperlink"/>
                  <w:rFonts w:ascii="Times New Roman" w:hAnsi="Times New Roman" w:cs="Times New Roman"/>
                  <w:iCs/>
                  <w:sz w:val="16"/>
                  <w:szCs w:val="16"/>
                </w:rPr>
                <w:t>neumatics</w:t>
              </w:r>
              <w:r w:rsidRPr="00C83479">
                <w:rPr>
                  <w:rStyle w:val="Hyperlink"/>
                  <w:rFonts w:ascii="Times New Roman" w:hAnsi="Times New Roman" w:cs="Times New Roman"/>
                  <w:iCs/>
                  <w:sz w:val="16"/>
                  <w:szCs w:val="16"/>
                </w:rPr>
                <w:t>lab.eu</w:t>
              </w:r>
            </w:hyperlink>
          </w:p>
          <w:p w14:paraId="647E17E3" w14:textId="14F6C160" w:rsidR="0054192D" w:rsidRPr="00050DF4" w:rsidRDefault="0054192D" w:rsidP="003E7A10">
            <w:pPr>
              <w:spacing w:after="40" w:line="252" w:lineRule="auto"/>
              <w:rPr>
                <w:rFonts w:ascii="Times New Roman" w:hAnsi="Times New Roman" w:cs="Times New Roman"/>
                <w:iCs/>
                <w:color w:val="auto"/>
                <w:sz w:val="18"/>
                <w:szCs w:val="18"/>
                <w:lang w:val="ro-RO"/>
              </w:rPr>
            </w:pPr>
          </w:p>
        </w:tc>
        <w:tc>
          <w:tcPr>
            <w:tcW w:w="2246" w:type="dxa"/>
            <w:vAlign w:val="center"/>
          </w:tcPr>
          <w:p w14:paraId="546754BA" w14:textId="762246E4" w:rsidR="00050DF4" w:rsidRPr="00050DF4" w:rsidRDefault="0054192D" w:rsidP="003E7A10">
            <w:pPr>
              <w:spacing w:after="40" w:line="252" w:lineRule="auto"/>
              <w:rPr>
                <w:rFonts w:ascii="Times New Roman" w:hAnsi="Times New Roman" w:cs="Times New Roman"/>
                <w:iCs/>
                <w:color w:val="auto"/>
                <w:sz w:val="18"/>
                <w:szCs w:val="18"/>
                <w:lang w:val="ro-RO"/>
              </w:rPr>
            </w:pPr>
            <w:proofErr w:type="spellStart"/>
            <w:r w:rsidRPr="0054192D">
              <w:rPr>
                <w:rFonts w:ascii="Times New Roman" w:hAnsi="Times New Roman" w:cs="Times New Roman"/>
                <w:iCs/>
                <w:color w:val="auto"/>
                <w:sz w:val="18"/>
                <w:szCs w:val="18"/>
              </w:rPr>
              <w:t>Istoricul</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laboratorului</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și</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rezultatele</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obținute</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în</w:t>
            </w:r>
            <w:proofErr w:type="spellEnd"/>
            <w:r w:rsidRPr="0054192D">
              <w:rPr>
                <w:rFonts w:ascii="Times New Roman" w:hAnsi="Times New Roman" w:cs="Times New Roman"/>
                <w:iCs/>
                <w:color w:val="auto"/>
                <w:sz w:val="18"/>
                <w:szCs w:val="18"/>
              </w:rPr>
              <w:t xml:space="preserve"> </w:t>
            </w:r>
            <w:proofErr w:type="spellStart"/>
            <w:r w:rsidRPr="0054192D">
              <w:rPr>
                <w:rFonts w:ascii="Times New Roman" w:hAnsi="Times New Roman" w:cs="Times New Roman"/>
                <w:iCs/>
                <w:color w:val="auto"/>
                <w:sz w:val="18"/>
                <w:szCs w:val="18"/>
              </w:rPr>
              <w:t>proiectul</w:t>
            </w:r>
            <w:proofErr w:type="spellEnd"/>
            <w:r w:rsidRPr="0054192D">
              <w:rPr>
                <w:rFonts w:ascii="Times New Roman" w:hAnsi="Times New Roman" w:cs="Times New Roman"/>
                <w:iCs/>
                <w:color w:val="auto"/>
                <w:sz w:val="18"/>
                <w:szCs w:val="18"/>
              </w:rPr>
              <w:t xml:space="preserve"> UPBAIR</w:t>
            </w:r>
          </w:p>
        </w:tc>
        <w:tc>
          <w:tcPr>
            <w:tcW w:w="2246" w:type="dxa"/>
            <w:vAlign w:val="center"/>
          </w:tcPr>
          <w:p w14:paraId="6D0700B2" w14:textId="23762872" w:rsidR="00050DF4" w:rsidRPr="00050DF4" w:rsidRDefault="0054192D" w:rsidP="0028675C">
            <w:pPr>
              <w:spacing w:after="40" w:line="252" w:lineRule="auto"/>
              <w:jc w:val="center"/>
              <w:rPr>
                <w:rFonts w:ascii="Times New Roman" w:hAnsi="Times New Roman" w:cs="Times New Roman"/>
                <w:iCs/>
                <w:color w:val="auto"/>
                <w:sz w:val="18"/>
                <w:szCs w:val="18"/>
                <w:lang w:val="ro-RO"/>
              </w:rPr>
            </w:pPr>
            <w:r>
              <w:rPr>
                <w:rFonts w:ascii="Times New Roman" w:hAnsi="Times New Roman" w:cs="Times New Roman"/>
                <w:iCs/>
                <w:color w:val="auto"/>
                <w:sz w:val="18"/>
                <w:szCs w:val="18"/>
                <w:lang w:val="ro-RO"/>
              </w:rPr>
              <w:t>D8</w:t>
            </w:r>
          </w:p>
        </w:tc>
      </w:tr>
      <w:tr w:rsidR="000B73EC" w:rsidRPr="005E5CC4" w14:paraId="0B14ED59" w14:textId="77777777" w:rsidTr="005E5CC4">
        <w:trPr>
          <w:cantSplit/>
        </w:trPr>
        <w:tc>
          <w:tcPr>
            <w:tcW w:w="2900" w:type="dxa"/>
            <w:shd w:val="clear" w:color="auto" w:fill="F7F9FC"/>
            <w:tcMar>
              <w:top w:w="90" w:type="dxa"/>
              <w:left w:w="120" w:type="dxa"/>
              <w:bottom w:w="90" w:type="dxa"/>
              <w:right w:w="120" w:type="dxa"/>
            </w:tcMar>
            <w:vAlign w:val="center"/>
          </w:tcPr>
          <w:p w14:paraId="5C35AEC1"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Limitele actuale</w:t>
            </w:r>
          </w:p>
        </w:tc>
        <w:tc>
          <w:tcPr>
            <w:tcW w:w="6738" w:type="dxa"/>
            <w:gridSpan w:val="3"/>
            <w:tcMar>
              <w:top w:w="90" w:type="dxa"/>
              <w:left w:w="120" w:type="dxa"/>
              <w:bottom w:w="90" w:type="dxa"/>
              <w:right w:w="120" w:type="dxa"/>
            </w:tcMar>
            <w:vAlign w:val="center"/>
          </w:tcPr>
          <w:p w14:paraId="290FFA89" w14:textId="70C49D04" w:rsidR="0028675C" w:rsidRPr="0028675C" w:rsidRDefault="0028675C" w:rsidP="0028675C">
            <w:pPr>
              <w:spacing w:after="30" w:line="252" w:lineRule="auto"/>
              <w:rPr>
                <w:rFonts w:ascii="Times New Roman" w:hAnsi="Times New Roman" w:cs="Times New Roman"/>
                <w:iCs/>
                <w:color w:val="auto"/>
                <w:lang w:val="ro-RO"/>
              </w:rPr>
            </w:pPr>
            <w:r w:rsidRPr="0028675C">
              <w:rPr>
                <w:rFonts w:ascii="Times New Roman" w:hAnsi="Times New Roman" w:cs="Times New Roman"/>
                <w:iCs/>
                <w:color w:val="auto"/>
                <w:lang w:val="ro-RO"/>
              </w:rPr>
              <w:t xml:space="preserve">Deși rezultatele obținute </w:t>
            </w:r>
            <w:r>
              <w:rPr>
                <w:rFonts w:ascii="Times New Roman" w:hAnsi="Times New Roman" w:cs="Times New Roman"/>
                <w:iCs/>
                <w:color w:val="auto"/>
                <w:lang w:val="ro-RO"/>
              </w:rPr>
              <w:t xml:space="preserve">din 2016 </w:t>
            </w:r>
            <w:r w:rsidRPr="0028675C">
              <w:rPr>
                <w:rFonts w:ascii="Times New Roman" w:hAnsi="Times New Roman" w:cs="Times New Roman"/>
                <w:iCs/>
                <w:color w:val="auto"/>
                <w:lang w:val="ro-RO"/>
              </w:rPr>
              <w:t>până în prezent demonstrează fezabilitatea conceptului de propulsie pneumatică și validarea experimentală în condiții de laborator, tehnologia prezintă încă o serie de limitări specifice nivelului de maturitate tehnologică TRL 4:</w:t>
            </w:r>
          </w:p>
          <w:p w14:paraId="650B2119" w14:textId="5593868A" w:rsidR="0028675C" w:rsidRPr="0028675C" w:rsidRDefault="0028675C" w:rsidP="0028675C">
            <w:pPr>
              <w:numPr>
                <w:ilvl w:val="0"/>
                <w:numId w:val="14"/>
              </w:numPr>
              <w:spacing w:after="30" w:line="252" w:lineRule="auto"/>
              <w:rPr>
                <w:rFonts w:ascii="Times New Roman" w:hAnsi="Times New Roman" w:cs="Times New Roman"/>
                <w:iCs/>
                <w:color w:val="auto"/>
                <w:lang w:val="ro-RO"/>
              </w:rPr>
            </w:pPr>
            <w:r w:rsidRPr="0028675C">
              <w:rPr>
                <w:rFonts w:ascii="Times New Roman" w:hAnsi="Times New Roman" w:cs="Times New Roman"/>
                <w:iCs/>
                <w:color w:val="auto"/>
                <w:lang w:val="ro-RO"/>
              </w:rPr>
              <w:t xml:space="preserve">validarea experimentală a </w:t>
            </w:r>
            <w:r>
              <w:rPr>
                <w:rFonts w:ascii="Times New Roman" w:hAnsi="Times New Roman" w:cs="Times New Roman"/>
                <w:iCs/>
                <w:color w:val="auto"/>
                <w:lang w:val="ro-RO"/>
              </w:rPr>
              <w:t xml:space="preserve">motorului a </w:t>
            </w:r>
            <w:r w:rsidRPr="0028675C">
              <w:rPr>
                <w:rFonts w:ascii="Times New Roman" w:hAnsi="Times New Roman" w:cs="Times New Roman"/>
                <w:iCs/>
                <w:color w:val="auto"/>
                <w:lang w:val="ro-RO"/>
              </w:rPr>
              <w:t xml:space="preserve">fost realizată în principal în condiții controlate de laborator și pe platforme experimentale; </w:t>
            </w:r>
          </w:p>
          <w:p w14:paraId="7701B949" w14:textId="77777777" w:rsidR="0028675C" w:rsidRPr="0028675C" w:rsidRDefault="0028675C" w:rsidP="0028675C">
            <w:pPr>
              <w:numPr>
                <w:ilvl w:val="0"/>
                <w:numId w:val="14"/>
              </w:numPr>
              <w:spacing w:after="30" w:line="252" w:lineRule="auto"/>
              <w:rPr>
                <w:rFonts w:ascii="Times New Roman" w:hAnsi="Times New Roman" w:cs="Times New Roman"/>
                <w:iCs/>
                <w:color w:val="auto"/>
                <w:lang w:val="ro-RO"/>
              </w:rPr>
            </w:pPr>
            <w:r w:rsidRPr="0028675C">
              <w:rPr>
                <w:rFonts w:ascii="Times New Roman" w:hAnsi="Times New Roman" w:cs="Times New Roman"/>
                <w:iCs/>
                <w:color w:val="auto"/>
                <w:lang w:val="ro-RO"/>
              </w:rPr>
              <w:t xml:space="preserve">nu există încă un sistem complet integrat, optimizat și validat într-un mediu relevant de utilizare; </w:t>
            </w:r>
          </w:p>
          <w:p w14:paraId="182E135E" w14:textId="77777777" w:rsidR="0028675C" w:rsidRPr="0028675C" w:rsidRDefault="0028675C" w:rsidP="0028675C">
            <w:pPr>
              <w:numPr>
                <w:ilvl w:val="0"/>
                <w:numId w:val="14"/>
              </w:numPr>
              <w:spacing w:after="30" w:line="252" w:lineRule="auto"/>
              <w:rPr>
                <w:rFonts w:ascii="Times New Roman" w:hAnsi="Times New Roman" w:cs="Times New Roman"/>
                <w:iCs/>
                <w:color w:val="auto"/>
                <w:lang w:val="ro-RO"/>
              </w:rPr>
            </w:pPr>
            <w:r w:rsidRPr="0028675C">
              <w:rPr>
                <w:rFonts w:ascii="Times New Roman" w:hAnsi="Times New Roman" w:cs="Times New Roman"/>
                <w:iCs/>
                <w:color w:val="auto"/>
                <w:lang w:val="ro-RO"/>
              </w:rPr>
              <w:t xml:space="preserve">integrarea tuturor subsistemelor (propulsie pneumatică, sistem de comandă inteligent, management energetic și control al funcționării) nu a fost finalizată într-o arhitectură unitară; </w:t>
            </w:r>
          </w:p>
          <w:p w14:paraId="3AA9BBB7" w14:textId="77777777" w:rsidR="0028675C" w:rsidRPr="0028675C" w:rsidRDefault="0028675C" w:rsidP="0028675C">
            <w:pPr>
              <w:numPr>
                <w:ilvl w:val="0"/>
                <w:numId w:val="14"/>
              </w:numPr>
              <w:spacing w:after="30" w:line="252" w:lineRule="auto"/>
              <w:rPr>
                <w:rFonts w:ascii="Times New Roman" w:hAnsi="Times New Roman" w:cs="Times New Roman"/>
                <w:iCs/>
                <w:color w:val="auto"/>
                <w:lang w:val="ro-RO"/>
              </w:rPr>
            </w:pPr>
            <w:r w:rsidRPr="0028675C">
              <w:rPr>
                <w:rFonts w:ascii="Times New Roman" w:hAnsi="Times New Roman" w:cs="Times New Roman"/>
                <w:iCs/>
                <w:color w:val="auto"/>
                <w:lang w:val="ro-RO"/>
              </w:rPr>
              <w:t xml:space="preserve">performanțele sistemului trebuie optimizate din punctul de vedere al eficienței energetice, autonomiei și fiabilității; </w:t>
            </w:r>
          </w:p>
          <w:p w14:paraId="1C9328A9" w14:textId="77777777" w:rsidR="0028675C" w:rsidRPr="0028675C" w:rsidRDefault="0028675C" w:rsidP="0028675C">
            <w:pPr>
              <w:numPr>
                <w:ilvl w:val="0"/>
                <w:numId w:val="14"/>
              </w:numPr>
              <w:spacing w:after="30" w:line="252" w:lineRule="auto"/>
              <w:rPr>
                <w:rFonts w:ascii="Times New Roman" w:hAnsi="Times New Roman" w:cs="Times New Roman"/>
                <w:iCs/>
                <w:color w:val="auto"/>
                <w:lang w:val="ro-RO"/>
              </w:rPr>
            </w:pPr>
            <w:r w:rsidRPr="0028675C">
              <w:rPr>
                <w:rFonts w:ascii="Times New Roman" w:hAnsi="Times New Roman" w:cs="Times New Roman"/>
                <w:iCs/>
                <w:color w:val="auto"/>
                <w:lang w:val="ro-RO"/>
              </w:rPr>
              <w:t xml:space="preserve">nu au fost realizate validări extinse în condiții reprezentative pentru exploatarea industrială sau </w:t>
            </w:r>
            <w:proofErr w:type="spellStart"/>
            <w:r w:rsidRPr="0028675C">
              <w:rPr>
                <w:rFonts w:ascii="Times New Roman" w:hAnsi="Times New Roman" w:cs="Times New Roman"/>
                <w:iCs/>
                <w:color w:val="auto"/>
                <w:lang w:val="ro-RO"/>
              </w:rPr>
              <w:t>precomercială</w:t>
            </w:r>
            <w:proofErr w:type="spellEnd"/>
            <w:r w:rsidRPr="0028675C">
              <w:rPr>
                <w:rFonts w:ascii="Times New Roman" w:hAnsi="Times New Roman" w:cs="Times New Roman"/>
                <w:iCs/>
                <w:color w:val="auto"/>
                <w:lang w:val="ro-RO"/>
              </w:rPr>
              <w:t xml:space="preserve">; </w:t>
            </w:r>
          </w:p>
          <w:p w14:paraId="063A7130" w14:textId="7192CBC0" w:rsidR="000B73EC" w:rsidRPr="0028675C" w:rsidRDefault="0028675C" w:rsidP="0028675C">
            <w:pPr>
              <w:numPr>
                <w:ilvl w:val="0"/>
                <w:numId w:val="14"/>
              </w:numPr>
              <w:spacing w:after="30" w:line="252" w:lineRule="auto"/>
              <w:rPr>
                <w:rFonts w:ascii="Times New Roman" w:hAnsi="Times New Roman" w:cs="Times New Roman"/>
                <w:iCs/>
                <w:color w:val="auto"/>
                <w:lang w:val="ro-RO"/>
              </w:rPr>
            </w:pPr>
            <w:r w:rsidRPr="0028675C">
              <w:rPr>
                <w:rFonts w:ascii="Times New Roman" w:hAnsi="Times New Roman" w:cs="Times New Roman"/>
                <w:iCs/>
                <w:color w:val="auto"/>
                <w:lang w:val="ro-RO"/>
              </w:rPr>
              <w:t>tehnologia necesită activități suplimentare de dezvoltare experimentală, demonstrare și transfer tehnologic pentru a atinge nivelurile superioare de maturitate tehnologică.</w:t>
            </w:r>
            <w:r w:rsidR="000B73EC" w:rsidRPr="0028675C">
              <w:rPr>
                <w:rFonts w:ascii="Times New Roman" w:hAnsi="Times New Roman" w:cs="Times New Roman"/>
                <w:color w:val="auto"/>
                <w:lang w:val="ro-RO"/>
              </w:rPr>
              <w:t xml:space="preserve"> </w:t>
            </w:r>
          </w:p>
        </w:tc>
      </w:tr>
    </w:tbl>
    <w:p w14:paraId="3CE21792"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48AF0445" w14:textId="77777777" w:rsidR="000B73EC" w:rsidRPr="00C63A1E" w:rsidRDefault="000B73EC" w:rsidP="00C63A1E">
      <w:pPr>
        <w:keepNext/>
        <w:keepLines/>
        <w:spacing w:before="180" w:after="80" w:line="259" w:lineRule="auto"/>
        <w:jc w:val="left"/>
        <w:outlineLvl w:val="1"/>
        <w:rPr>
          <w:rFonts w:ascii="Times New Roman" w:eastAsiaTheme="majorEastAsia" w:hAnsi="Times New Roman" w:cs="Times New Roman"/>
          <w:b/>
          <w:bCs/>
          <w:color w:val="000000" w:themeColor="text1"/>
          <w:sz w:val="24"/>
          <w:szCs w:val="24"/>
          <w:lang w:val="ro-RO"/>
        </w:rPr>
      </w:pPr>
      <w:r w:rsidRPr="00C63A1E">
        <w:rPr>
          <w:rFonts w:ascii="Times New Roman" w:eastAsiaTheme="majorEastAsia" w:hAnsi="Times New Roman" w:cs="Times New Roman"/>
          <w:b/>
          <w:bCs/>
          <w:color w:val="000000" w:themeColor="text1"/>
          <w:sz w:val="24"/>
          <w:szCs w:val="24"/>
          <w:lang w:val="ro-RO"/>
        </w:rPr>
        <w:t>3.2 Elementele de noutate</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0"/>
        <w:gridCol w:w="1900"/>
        <w:gridCol w:w="2600"/>
        <w:gridCol w:w="1900"/>
        <w:gridCol w:w="1338"/>
      </w:tblGrid>
      <w:tr w:rsidR="000B73EC" w:rsidRPr="005E5CC4" w14:paraId="3B243754" w14:textId="77777777" w:rsidTr="00C63A1E">
        <w:trPr>
          <w:tblHeader/>
        </w:trPr>
        <w:tc>
          <w:tcPr>
            <w:tcW w:w="1900" w:type="dxa"/>
            <w:shd w:val="clear" w:color="auto" w:fill="17365D"/>
            <w:tcMar>
              <w:top w:w="90" w:type="dxa"/>
              <w:left w:w="120" w:type="dxa"/>
              <w:bottom w:w="90" w:type="dxa"/>
              <w:right w:w="120" w:type="dxa"/>
            </w:tcMar>
            <w:vAlign w:val="center"/>
          </w:tcPr>
          <w:p w14:paraId="7D43A8CC" w14:textId="6FDB2825"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Element</w:t>
            </w:r>
            <w:r w:rsidR="00C73806">
              <w:rPr>
                <w:rFonts w:ascii="Times New Roman" w:hAnsi="Times New Roman" w:cs="Times New Roman"/>
                <w:b/>
                <w:color w:val="auto"/>
                <w:sz w:val="24"/>
                <w:szCs w:val="24"/>
                <w:lang w:val="ro-RO"/>
              </w:rPr>
              <w:t xml:space="preserve"> de exemplu</w:t>
            </w:r>
          </w:p>
        </w:tc>
        <w:tc>
          <w:tcPr>
            <w:tcW w:w="1900" w:type="dxa"/>
            <w:shd w:val="clear" w:color="auto" w:fill="17365D"/>
            <w:tcMar>
              <w:top w:w="90" w:type="dxa"/>
              <w:left w:w="120" w:type="dxa"/>
              <w:bottom w:w="90" w:type="dxa"/>
              <w:right w:w="120" w:type="dxa"/>
            </w:tcMar>
            <w:vAlign w:val="center"/>
          </w:tcPr>
          <w:p w14:paraId="27AFA33B"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Situație/limită</w:t>
            </w:r>
          </w:p>
        </w:tc>
        <w:tc>
          <w:tcPr>
            <w:tcW w:w="2600" w:type="dxa"/>
            <w:shd w:val="clear" w:color="auto" w:fill="17365D"/>
            <w:tcMar>
              <w:top w:w="90" w:type="dxa"/>
              <w:left w:w="120" w:type="dxa"/>
              <w:bottom w:w="90" w:type="dxa"/>
              <w:right w:w="120" w:type="dxa"/>
            </w:tcMar>
            <w:vAlign w:val="center"/>
          </w:tcPr>
          <w:p w14:paraId="1815D17F"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Noutate</w:t>
            </w:r>
          </w:p>
        </w:tc>
        <w:tc>
          <w:tcPr>
            <w:tcW w:w="1900" w:type="dxa"/>
            <w:shd w:val="clear" w:color="auto" w:fill="17365D"/>
            <w:tcMar>
              <w:top w:w="90" w:type="dxa"/>
              <w:left w:w="120" w:type="dxa"/>
              <w:bottom w:w="90" w:type="dxa"/>
              <w:right w:w="120" w:type="dxa"/>
            </w:tcMar>
            <w:vAlign w:val="center"/>
          </w:tcPr>
          <w:p w14:paraId="1812BE6B"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Indicator</w:t>
            </w:r>
          </w:p>
        </w:tc>
        <w:tc>
          <w:tcPr>
            <w:tcW w:w="1338" w:type="dxa"/>
            <w:shd w:val="clear" w:color="auto" w:fill="17365D"/>
            <w:tcMar>
              <w:top w:w="90" w:type="dxa"/>
              <w:left w:w="120" w:type="dxa"/>
              <w:bottom w:w="90" w:type="dxa"/>
              <w:right w:w="120" w:type="dxa"/>
            </w:tcMar>
            <w:vAlign w:val="center"/>
          </w:tcPr>
          <w:p w14:paraId="221FDB13" w14:textId="3105E9F0" w:rsidR="000B73EC" w:rsidRPr="00783D66" w:rsidRDefault="000B73EC" w:rsidP="003E7A10">
            <w:pPr>
              <w:spacing w:after="30" w:line="252" w:lineRule="auto"/>
              <w:jc w:val="center"/>
              <w:rPr>
                <w:rFonts w:ascii="Times New Roman" w:hAnsi="Times New Roman" w:cs="Times New Roman"/>
                <w:color w:val="auto"/>
                <w:sz w:val="24"/>
                <w:szCs w:val="24"/>
                <w:vertAlign w:val="superscript"/>
                <w:lang w:val="ro-RO"/>
              </w:rPr>
            </w:pPr>
            <w:r w:rsidRPr="005E5CC4">
              <w:rPr>
                <w:rFonts w:ascii="Times New Roman" w:hAnsi="Times New Roman" w:cs="Times New Roman"/>
                <w:b/>
                <w:color w:val="auto"/>
                <w:sz w:val="24"/>
                <w:szCs w:val="24"/>
                <w:lang w:val="ro-RO"/>
              </w:rPr>
              <w:t>Dovadă</w:t>
            </w:r>
            <w:r w:rsidR="00783D66">
              <w:rPr>
                <w:rFonts w:ascii="Times New Roman" w:hAnsi="Times New Roman" w:cs="Times New Roman"/>
                <w:b/>
                <w:color w:val="auto"/>
                <w:sz w:val="24"/>
                <w:szCs w:val="24"/>
                <w:vertAlign w:val="superscript"/>
                <w:lang w:val="ro-RO"/>
              </w:rPr>
              <w:t>1</w:t>
            </w:r>
          </w:p>
        </w:tc>
      </w:tr>
      <w:tr w:rsidR="000B73EC" w:rsidRPr="005E5CC4" w14:paraId="181888A1" w14:textId="77777777" w:rsidTr="00C63A1E">
        <w:trPr>
          <w:cantSplit/>
        </w:trPr>
        <w:tc>
          <w:tcPr>
            <w:tcW w:w="1900" w:type="dxa"/>
            <w:shd w:val="clear" w:color="auto" w:fill="F7F9FC"/>
          </w:tcPr>
          <w:p w14:paraId="776B59AB" w14:textId="27C7898F" w:rsidR="000B73EC" w:rsidRPr="00C73806" w:rsidRDefault="00C73806" w:rsidP="003E7A10">
            <w:pPr>
              <w:spacing w:after="30" w:line="252" w:lineRule="auto"/>
              <w:jc w:val="center"/>
              <w:rPr>
                <w:rFonts w:ascii="Times New Roman" w:hAnsi="Times New Roman" w:cs="Times New Roman"/>
                <w:color w:val="auto"/>
                <w:sz w:val="24"/>
                <w:szCs w:val="24"/>
                <w:highlight w:val="yellow"/>
                <w:lang w:val="ro-RO"/>
              </w:rPr>
            </w:pPr>
            <w:r>
              <w:rPr>
                <w:rFonts w:ascii="Times New Roman" w:hAnsi="Times New Roman" w:cs="Times New Roman"/>
                <w:color w:val="auto"/>
                <w:sz w:val="24"/>
                <w:szCs w:val="24"/>
                <w:highlight w:val="yellow"/>
                <w:lang w:val="en-GB"/>
              </w:rPr>
              <w:t>[</w:t>
            </w:r>
            <w:r w:rsidR="000B73EC" w:rsidRPr="00C73806">
              <w:rPr>
                <w:rFonts w:ascii="Times New Roman" w:hAnsi="Times New Roman" w:cs="Times New Roman"/>
                <w:color w:val="auto"/>
                <w:sz w:val="24"/>
                <w:szCs w:val="24"/>
                <w:highlight w:val="yellow"/>
                <w:lang w:val="ro-RO"/>
              </w:rPr>
              <w:t>Arhitectura hibridă pneumatică</w:t>
            </w:r>
            <w:r>
              <w:rPr>
                <w:rFonts w:ascii="Times New Roman" w:hAnsi="Times New Roman" w:cs="Times New Roman"/>
                <w:color w:val="auto"/>
                <w:sz w:val="24"/>
                <w:szCs w:val="24"/>
                <w:highlight w:val="yellow"/>
                <w:lang w:val="ro-RO"/>
              </w:rPr>
              <w:t>]</w:t>
            </w:r>
          </w:p>
        </w:tc>
        <w:tc>
          <w:tcPr>
            <w:tcW w:w="1900" w:type="dxa"/>
            <w:shd w:val="clear" w:color="auto" w:fill="F7F9FC"/>
          </w:tcPr>
          <w:p w14:paraId="6C5BF240"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[limită actuală]</w:t>
            </w:r>
          </w:p>
        </w:tc>
        <w:tc>
          <w:tcPr>
            <w:tcW w:w="2600" w:type="dxa"/>
            <w:shd w:val="clear" w:color="auto" w:fill="F7F9FC"/>
          </w:tcPr>
          <w:p w14:paraId="1E696847"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[noutate propusă]</w:t>
            </w:r>
          </w:p>
        </w:tc>
        <w:tc>
          <w:tcPr>
            <w:tcW w:w="1900" w:type="dxa"/>
            <w:shd w:val="clear" w:color="auto" w:fill="F7F9FC"/>
          </w:tcPr>
          <w:p w14:paraId="4CD23C57"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[KPI/țintă]</w:t>
            </w:r>
          </w:p>
        </w:tc>
        <w:tc>
          <w:tcPr>
            <w:tcW w:w="1338" w:type="dxa"/>
            <w:shd w:val="clear" w:color="auto" w:fill="F7F9FC"/>
          </w:tcPr>
          <w:p w14:paraId="3861B990"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[E...]</w:t>
            </w:r>
          </w:p>
        </w:tc>
      </w:tr>
      <w:tr w:rsidR="000B73EC" w:rsidRPr="005E5CC4" w14:paraId="642B5B62" w14:textId="77777777" w:rsidTr="00C63A1E">
        <w:trPr>
          <w:cantSplit/>
        </w:trPr>
        <w:tc>
          <w:tcPr>
            <w:tcW w:w="1900" w:type="dxa"/>
            <w:shd w:val="clear" w:color="auto" w:fill="FFFFFF"/>
          </w:tcPr>
          <w:p w14:paraId="003E4EA0" w14:textId="4C8BBA80" w:rsidR="000B73EC" w:rsidRPr="00C73806" w:rsidRDefault="00C73806" w:rsidP="003E7A10">
            <w:pPr>
              <w:spacing w:after="30" w:line="252" w:lineRule="auto"/>
              <w:jc w:val="center"/>
              <w:rPr>
                <w:rFonts w:ascii="Times New Roman" w:hAnsi="Times New Roman" w:cs="Times New Roman"/>
                <w:color w:val="auto"/>
                <w:sz w:val="24"/>
                <w:szCs w:val="24"/>
                <w:highlight w:val="yellow"/>
                <w:lang w:val="ro-RO"/>
              </w:rPr>
            </w:pPr>
            <w:r>
              <w:rPr>
                <w:rFonts w:ascii="Times New Roman" w:hAnsi="Times New Roman" w:cs="Times New Roman"/>
                <w:color w:val="auto"/>
                <w:sz w:val="24"/>
                <w:szCs w:val="24"/>
                <w:highlight w:val="yellow"/>
                <w:lang w:val="ro-RO"/>
              </w:rPr>
              <w:t>[</w:t>
            </w:r>
            <w:r w:rsidR="000B73EC" w:rsidRPr="00C73806">
              <w:rPr>
                <w:rFonts w:ascii="Times New Roman" w:hAnsi="Times New Roman" w:cs="Times New Roman"/>
                <w:color w:val="auto"/>
                <w:sz w:val="24"/>
                <w:szCs w:val="24"/>
                <w:highlight w:val="yellow"/>
                <w:lang w:val="ro-RO"/>
              </w:rPr>
              <w:t>Conversie și management energetic</w:t>
            </w:r>
            <w:r>
              <w:rPr>
                <w:rFonts w:ascii="Times New Roman" w:hAnsi="Times New Roman" w:cs="Times New Roman"/>
                <w:color w:val="auto"/>
                <w:sz w:val="24"/>
                <w:szCs w:val="24"/>
                <w:highlight w:val="yellow"/>
                <w:lang w:val="ro-RO"/>
              </w:rPr>
              <w:t>]</w:t>
            </w:r>
          </w:p>
        </w:tc>
        <w:tc>
          <w:tcPr>
            <w:tcW w:w="1900" w:type="dxa"/>
            <w:shd w:val="clear" w:color="auto" w:fill="FFFFFF"/>
          </w:tcPr>
          <w:p w14:paraId="715B0433"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[limită actuală]</w:t>
            </w:r>
          </w:p>
        </w:tc>
        <w:tc>
          <w:tcPr>
            <w:tcW w:w="2600" w:type="dxa"/>
            <w:shd w:val="clear" w:color="auto" w:fill="FFFFFF"/>
          </w:tcPr>
          <w:p w14:paraId="4BBCFB95"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[noutate propusă]</w:t>
            </w:r>
          </w:p>
        </w:tc>
        <w:tc>
          <w:tcPr>
            <w:tcW w:w="1900" w:type="dxa"/>
            <w:shd w:val="clear" w:color="auto" w:fill="FFFFFF"/>
          </w:tcPr>
          <w:p w14:paraId="2C0C704D"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[KPI/țintă]</w:t>
            </w:r>
          </w:p>
        </w:tc>
        <w:tc>
          <w:tcPr>
            <w:tcW w:w="1338" w:type="dxa"/>
            <w:shd w:val="clear" w:color="auto" w:fill="FFFFFF"/>
          </w:tcPr>
          <w:p w14:paraId="743D0666"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[E...]</w:t>
            </w:r>
          </w:p>
        </w:tc>
      </w:tr>
      <w:tr w:rsidR="000B73EC" w:rsidRPr="005E5CC4" w14:paraId="4718F79F" w14:textId="77777777" w:rsidTr="00C63A1E">
        <w:trPr>
          <w:cantSplit/>
        </w:trPr>
        <w:tc>
          <w:tcPr>
            <w:tcW w:w="1900" w:type="dxa"/>
            <w:shd w:val="clear" w:color="auto" w:fill="F7F9FC"/>
          </w:tcPr>
          <w:p w14:paraId="6E5DA0D4" w14:textId="3D86BDB4" w:rsidR="000B73EC" w:rsidRPr="00C73806" w:rsidRDefault="00C73806" w:rsidP="003E7A10">
            <w:pPr>
              <w:spacing w:after="30" w:line="252" w:lineRule="auto"/>
              <w:jc w:val="center"/>
              <w:rPr>
                <w:rFonts w:ascii="Times New Roman" w:hAnsi="Times New Roman" w:cs="Times New Roman"/>
                <w:color w:val="auto"/>
                <w:sz w:val="24"/>
                <w:szCs w:val="24"/>
                <w:highlight w:val="yellow"/>
                <w:lang w:val="ro-RO"/>
              </w:rPr>
            </w:pPr>
            <w:r>
              <w:rPr>
                <w:rFonts w:ascii="Times New Roman" w:hAnsi="Times New Roman" w:cs="Times New Roman"/>
                <w:color w:val="auto"/>
                <w:sz w:val="24"/>
                <w:szCs w:val="24"/>
                <w:highlight w:val="yellow"/>
                <w:lang w:val="ro-RO"/>
              </w:rPr>
              <w:t>[</w:t>
            </w:r>
            <w:r w:rsidR="000B73EC" w:rsidRPr="00C73806">
              <w:rPr>
                <w:rFonts w:ascii="Times New Roman" w:hAnsi="Times New Roman" w:cs="Times New Roman"/>
                <w:color w:val="auto"/>
                <w:sz w:val="24"/>
                <w:szCs w:val="24"/>
                <w:highlight w:val="yellow"/>
                <w:lang w:val="ro-RO"/>
              </w:rPr>
              <w:t>Monitorizare, comandă și diagnoză</w:t>
            </w:r>
            <w:r>
              <w:rPr>
                <w:rFonts w:ascii="Times New Roman" w:hAnsi="Times New Roman" w:cs="Times New Roman"/>
                <w:color w:val="auto"/>
                <w:sz w:val="24"/>
                <w:szCs w:val="24"/>
                <w:highlight w:val="yellow"/>
                <w:lang w:val="ro-RO"/>
              </w:rPr>
              <w:t>]</w:t>
            </w:r>
          </w:p>
        </w:tc>
        <w:tc>
          <w:tcPr>
            <w:tcW w:w="1900" w:type="dxa"/>
            <w:shd w:val="clear" w:color="auto" w:fill="F7F9FC"/>
          </w:tcPr>
          <w:p w14:paraId="18EFEA3E"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[limită actuală]</w:t>
            </w:r>
          </w:p>
        </w:tc>
        <w:tc>
          <w:tcPr>
            <w:tcW w:w="2600" w:type="dxa"/>
            <w:shd w:val="clear" w:color="auto" w:fill="F7F9FC"/>
          </w:tcPr>
          <w:p w14:paraId="46F9FE80"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[noutate propusă]</w:t>
            </w:r>
          </w:p>
        </w:tc>
        <w:tc>
          <w:tcPr>
            <w:tcW w:w="1900" w:type="dxa"/>
            <w:shd w:val="clear" w:color="auto" w:fill="F7F9FC"/>
          </w:tcPr>
          <w:p w14:paraId="7FA55441"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[KPI/țintă]</w:t>
            </w:r>
          </w:p>
        </w:tc>
        <w:tc>
          <w:tcPr>
            <w:tcW w:w="1338" w:type="dxa"/>
            <w:shd w:val="clear" w:color="auto" w:fill="F7F9FC"/>
          </w:tcPr>
          <w:p w14:paraId="049E4711"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[E...]</w:t>
            </w:r>
          </w:p>
        </w:tc>
      </w:tr>
      <w:tr w:rsidR="000B73EC" w:rsidRPr="005E5CC4" w14:paraId="50A5EF41" w14:textId="77777777" w:rsidTr="00C63A1E">
        <w:trPr>
          <w:cantSplit/>
        </w:trPr>
        <w:tc>
          <w:tcPr>
            <w:tcW w:w="1900" w:type="dxa"/>
            <w:shd w:val="clear" w:color="auto" w:fill="FFFFFF"/>
          </w:tcPr>
          <w:p w14:paraId="23E05B31" w14:textId="2B136D8D" w:rsidR="000B73EC" w:rsidRPr="00C73806" w:rsidRDefault="00C73806" w:rsidP="003E7A10">
            <w:pPr>
              <w:spacing w:after="30" w:line="252" w:lineRule="auto"/>
              <w:jc w:val="center"/>
              <w:rPr>
                <w:rFonts w:ascii="Times New Roman" w:hAnsi="Times New Roman" w:cs="Times New Roman"/>
                <w:color w:val="auto"/>
                <w:sz w:val="24"/>
                <w:szCs w:val="24"/>
                <w:highlight w:val="yellow"/>
                <w:lang w:val="ro-RO"/>
              </w:rPr>
            </w:pPr>
            <w:r>
              <w:rPr>
                <w:rFonts w:ascii="Times New Roman" w:hAnsi="Times New Roman" w:cs="Times New Roman"/>
                <w:color w:val="auto"/>
                <w:sz w:val="24"/>
                <w:szCs w:val="24"/>
                <w:highlight w:val="yellow"/>
                <w:lang w:val="ro-RO"/>
              </w:rPr>
              <w:t>[</w:t>
            </w:r>
            <w:r w:rsidR="000B73EC" w:rsidRPr="00C73806">
              <w:rPr>
                <w:rFonts w:ascii="Times New Roman" w:hAnsi="Times New Roman" w:cs="Times New Roman"/>
                <w:color w:val="auto"/>
                <w:sz w:val="24"/>
                <w:szCs w:val="24"/>
                <w:highlight w:val="yellow"/>
                <w:lang w:val="ro-RO"/>
              </w:rPr>
              <w:t>Siguranță și fiabilitate</w:t>
            </w:r>
            <w:r>
              <w:rPr>
                <w:rFonts w:ascii="Times New Roman" w:hAnsi="Times New Roman" w:cs="Times New Roman"/>
                <w:color w:val="auto"/>
                <w:sz w:val="24"/>
                <w:szCs w:val="24"/>
                <w:highlight w:val="yellow"/>
                <w:lang w:val="ro-RO"/>
              </w:rPr>
              <w:t>]</w:t>
            </w:r>
          </w:p>
        </w:tc>
        <w:tc>
          <w:tcPr>
            <w:tcW w:w="1900" w:type="dxa"/>
            <w:shd w:val="clear" w:color="auto" w:fill="FFFFFF"/>
          </w:tcPr>
          <w:p w14:paraId="711724C4"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[limită actuală]</w:t>
            </w:r>
          </w:p>
        </w:tc>
        <w:tc>
          <w:tcPr>
            <w:tcW w:w="2600" w:type="dxa"/>
            <w:shd w:val="clear" w:color="auto" w:fill="FFFFFF"/>
          </w:tcPr>
          <w:p w14:paraId="1FEA555D"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[noutate propusă]</w:t>
            </w:r>
          </w:p>
        </w:tc>
        <w:tc>
          <w:tcPr>
            <w:tcW w:w="1900" w:type="dxa"/>
            <w:shd w:val="clear" w:color="auto" w:fill="FFFFFF"/>
          </w:tcPr>
          <w:p w14:paraId="7BD98276"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[KPI/țintă]</w:t>
            </w:r>
          </w:p>
        </w:tc>
        <w:tc>
          <w:tcPr>
            <w:tcW w:w="1338" w:type="dxa"/>
            <w:shd w:val="clear" w:color="auto" w:fill="FFFFFF"/>
          </w:tcPr>
          <w:p w14:paraId="626ED31D"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[E...]</w:t>
            </w:r>
          </w:p>
        </w:tc>
      </w:tr>
      <w:tr w:rsidR="000B73EC" w:rsidRPr="005E5CC4" w14:paraId="1F2E6FB9" w14:textId="77777777" w:rsidTr="00C63A1E">
        <w:trPr>
          <w:cantSplit/>
        </w:trPr>
        <w:tc>
          <w:tcPr>
            <w:tcW w:w="1900" w:type="dxa"/>
            <w:shd w:val="clear" w:color="auto" w:fill="F7F9FC"/>
          </w:tcPr>
          <w:p w14:paraId="08D863CA" w14:textId="7A526A4C" w:rsidR="000B73EC" w:rsidRPr="00C73806" w:rsidRDefault="00C73806" w:rsidP="003E7A10">
            <w:pPr>
              <w:spacing w:after="30" w:line="252" w:lineRule="auto"/>
              <w:jc w:val="center"/>
              <w:rPr>
                <w:rFonts w:ascii="Times New Roman" w:hAnsi="Times New Roman" w:cs="Times New Roman"/>
                <w:color w:val="auto"/>
                <w:sz w:val="24"/>
                <w:szCs w:val="24"/>
                <w:highlight w:val="yellow"/>
                <w:lang w:val="ro-RO"/>
              </w:rPr>
            </w:pPr>
            <w:r>
              <w:rPr>
                <w:rFonts w:ascii="Times New Roman" w:hAnsi="Times New Roman" w:cs="Times New Roman"/>
                <w:color w:val="auto"/>
                <w:sz w:val="24"/>
                <w:szCs w:val="24"/>
                <w:highlight w:val="yellow"/>
                <w:lang w:val="ro-RO"/>
              </w:rPr>
              <w:t>[</w:t>
            </w:r>
            <w:r w:rsidR="000B73EC" w:rsidRPr="00C73806">
              <w:rPr>
                <w:rFonts w:ascii="Times New Roman" w:hAnsi="Times New Roman" w:cs="Times New Roman"/>
                <w:color w:val="auto"/>
                <w:sz w:val="24"/>
                <w:szCs w:val="24"/>
                <w:highlight w:val="yellow"/>
                <w:lang w:val="ro-RO"/>
              </w:rPr>
              <w:t>Proiectare pentru fabricație</w:t>
            </w:r>
            <w:r>
              <w:rPr>
                <w:rFonts w:ascii="Times New Roman" w:hAnsi="Times New Roman" w:cs="Times New Roman"/>
                <w:color w:val="auto"/>
                <w:sz w:val="24"/>
                <w:szCs w:val="24"/>
                <w:highlight w:val="yellow"/>
                <w:lang w:val="ro-RO"/>
              </w:rPr>
              <w:t>]</w:t>
            </w:r>
          </w:p>
        </w:tc>
        <w:tc>
          <w:tcPr>
            <w:tcW w:w="1900" w:type="dxa"/>
            <w:shd w:val="clear" w:color="auto" w:fill="F7F9FC"/>
          </w:tcPr>
          <w:p w14:paraId="7078E152"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[limită actuală]</w:t>
            </w:r>
          </w:p>
        </w:tc>
        <w:tc>
          <w:tcPr>
            <w:tcW w:w="2600" w:type="dxa"/>
            <w:shd w:val="clear" w:color="auto" w:fill="F7F9FC"/>
          </w:tcPr>
          <w:p w14:paraId="6868F5AE"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[noutate propusă]</w:t>
            </w:r>
          </w:p>
        </w:tc>
        <w:tc>
          <w:tcPr>
            <w:tcW w:w="1900" w:type="dxa"/>
            <w:shd w:val="clear" w:color="auto" w:fill="F7F9FC"/>
          </w:tcPr>
          <w:p w14:paraId="1DA60DD2"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[KPI/țintă]</w:t>
            </w:r>
          </w:p>
        </w:tc>
        <w:tc>
          <w:tcPr>
            <w:tcW w:w="1338" w:type="dxa"/>
            <w:shd w:val="clear" w:color="auto" w:fill="F7F9FC"/>
          </w:tcPr>
          <w:p w14:paraId="066D0390" w14:textId="77777777" w:rsidR="000B73EC" w:rsidRPr="00C63A1E" w:rsidRDefault="000B73EC" w:rsidP="00C63A1E">
            <w:pPr>
              <w:spacing w:after="30" w:line="252" w:lineRule="auto"/>
              <w:jc w:val="center"/>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[E...]</w:t>
            </w:r>
          </w:p>
        </w:tc>
      </w:tr>
    </w:tbl>
    <w:p w14:paraId="5380DFD3" w14:textId="19829926" w:rsidR="000B73EC" w:rsidRPr="007B6D21" w:rsidRDefault="00783D66" w:rsidP="000B73EC">
      <w:pPr>
        <w:spacing w:after="80" w:line="240" w:lineRule="auto"/>
        <w:rPr>
          <w:rFonts w:ascii="Times New Roman" w:hAnsi="Times New Roman" w:cs="Times New Roman"/>
          <w:i/>
          <w:iCs/>
          <w:color w:val="auto"/>
          <w:sz w:val="24"/>
          <w:szCs w:val="24"/>
          <w:lang w:val="ro-RO"/>
        </w:rPr>
      </w:pPr>
      <w:r w:rsidRPr="007B6D21">
        <w:rPr>
          <w:rFonts w:ascii="Times New Roman" w:hAnsi="Times New Roman" w:cs="Times New Roman"/>
          <w:i/>
          <w:iCs/>
          <w:color w:val="auto"/>
          <w:sz w:val="24"/>
          <w:szCs w:val="24"/>
          <w:vertAlign w:val="superscript"/>
          <w:lang w:val="ro-RO"/>
        </w:rPr>
        <w:t>1</w:t>
      </w:r>
      <w:r w:rsidR="007B6D21" w:rsidRPr="007B6D21">
        <w:rPr>
          <w:rFonts w:ascii="Times New Roman" w:hAnsi="Times New Roman" w:cs="Times New Roman"/>
          <w:i/>
          <w:iCs/>
          <w:color w:val="auto"/>
          <w:sz w:val="24"/>
          <w:szCs w:val="24"/>
          <w:vertAlign w:val="superscript"/>
          <w:lang w:val="ro-RO"/>
        </w:rPr>
        <w:t>.</w:t>
      </w:r>
      <w:r w:rsidR="007B6D21" w:rsidRPr="007B6D21">
        <w:rPr>
          <w:rFonts w:ascii="Times New Roman" w:hAnsi="Times New Roman" w:cs="Times New Roman"/>
          <w:i/>
          <w:iCs/>
          <w:color w:val="auto"/>
          <w:sz w:val="24"/>
          <w:szCs w:val="24"/>
          <w:lang w:val="ro-RO"/>
        </w:rPr>
        <w:t>Cum va fi verificat indicatorul în cadrul proiectului</w:t>
      </w:r>
      <w:r w:rsidR="007B6D21">
        <w:rPr>
          <w:rFonts w:ascii="Times New Roman" w:hAnsi="Times New Roman" w:cs="Times New Roman"/>
          <w:i/>
          <w:iCs/>
          <w:color w:val="auto"/>
          <w:sz w:val="24"/>
          <w:szCs w:val="24"/>
          <w:lang w:val="ro-RO"/>
        </w:rPr>
        <w:t xml:space="preserve"> (de exemplu: desene, calcule, simulare, rapoarte, valori de laborator etc)</w:t>
      </w:r>
    </w:p>
    <w:p w14:paraId="121796C5" w14:textId="77777777" w:rsidR="000B73EC" w:rsidRPr="00C63A1E" w:rsidRDefault="000B73EC" w:rsidP="00C63A1E">
      <w:pPr>
        <w:keepNext/>
        <w:keepLines/>
        <w:spacing w:before="180" w:after="80" w:line="259" w:lineRule="auto"/>
        <w:jc w:val="left"/>
        <w:outlineLvl w:val="1"/>
        <w:rPr>
          <w:rFonts w:ascii="Times New Roman" w:eastAsiaTheme="majorEastAsia" w:hAnsi="Times New Roman" w:cs="Times New Roman"/>
          <w:b/>
          <w:bCs/>
          <w:color w:val="000000" w:themeColor="text1"/>
          <w:sz w:val="24"/>
          <w:szCs w:val="24"/>
          <w:lang w:val="ro-RO"/>
        </w:rPr>
      </w:pPr>
      <w:r w:rsidRPr="00C63A1E">
        <w:rPr>
          <w:rFonts w:ascii="Times New Roman" w:eastAsiaTheme="majorEastAsia" w:hAnsi="Times New Roman" w:cs="Times New Roman"/>
          <w:b/>
          <w:bCs/>
          <w:color w:val="000000" w:themeColor="text1"/>
          <w:sz w:val="24"/>
          <w:szCs w:val="24"/>
          <w:lang w:val="ro-RO"/>
        </w:rPr>
        <w:t>3.3 Comparația cu alternativele</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1500"/>
        <w:gridCol w:w="2000"/>
        <w:gridCol w:w="1750"/>
        <w:gridCol w:w="2500"/>
        <w:gridCol w:w="1388"/>
      </w:tblGrid>
      <w:tr w:rsidR="000B73EC" w:rsidRPr="005E5CC4" w14:paraId="3C4310C0" w14:textId="77777777" w:rsidTr="00C63A1E">
        <w:trPr>
          <w:tblHeader/>
          <w:jc w:val="center"/>
        </w:trPr>
        <w:tc>
          <w:tcPr>
            <w:tcW w:w="642" w:type="dxa"/>
            <w:shd w:val="clear" w:color="auto" w:fill="17365D"/>
            <w:tcMar>
              <w:top w:w="90" w:type="dxa"/>
              <w:left w:w="120" w:type="dxa"/>
              <w:bottom w:w="90" w:type="dxa"/>
              <w:right w:w="120" w:type="dxa"/>
            </w:tcMar>
            <w:vAlign w:val="center"/>
          </w:tcPr>
          <w:p w14:paraId="2DFFB35F"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Nr.</w:t>
            </w:r>
          </w:p>
        </w:tc>
        <w:tc>
          <w:tcPr>
            <w:tcW w:w="1500" w:type="dxa"/>
            <w:shd w:val="clear" w:color="auto" w:fill="17365D"/>
            <w:tcMar>
              <w:top w:w="90" w:type="dxa"/>
              <w:left w:w="120" w:type="dxa"/>
              <w:bottom w:w="90" w:type="dxa"/>
              <w:right w:w="120" w:type="dxa"/>
            </w:tcMar>
            <w:vAlign w:val="center"/>
          </w:tcPr>
          <w:p w14:paraId="45911901"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Alternativă</w:t>
            </w:r>
          </w:p>
        </w:tc>
        <w:tc>
          <w:tcPr>
            <w:tcW w:w="2000" w:type="dxa"/>
            <w:shd w:val="clear" w:color="auto" w:fill="17365D"/>
            <w:tcMar>
              <w:top w:w="90" w:type="dxa"/>
              <w:left w:w="120" w:type="dxa"/>
              <w:bottom w:w="90" w:type="dxa"/>
              <w:right w:w="120" w:type="dxa"/>
            </w:tcMar>
            <w:vAlign w:val="center"/>
          </w:tcPr>
          <w:p w14:paraId="6A791EDE"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Caracteristici</w:t>
            </w:r>
          </w:p>
        </w:tc>
        <w:tc>
          <w:tcPr>
            <w:tcW w:w="1750" w:type="dxa"/>
            <w:shd w:val="clear" w:color="auto" w:fill="17365D"/>
            <w:tcMar>
              <w:top w:w="90" w:type="dxa"/>
              <w:left w:w="120" w:type="dxa"/>
              <w:bottom w:w="90" w:type="dxa"/>
              <w:right w:w="120" w:type="dxa"/>
            </w:tcMar>
            <w:vAlign w:val="center"/>
          </w:tcPr>
          <w:p w14:paraId="43A20CE1"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Limitări</w:t>
            </w:r>
          </w:p>
        </w:tc>
        <w:tc>
          <w:tcPr>
            <w:tcW w:w="2500" w:type="dxa"/>
            <w:shd w:val="clear" w:color="auto" w:fill="17365D"/>
            <w:tcMar>
              <w:top w:w="90" w:type="dxa"/>
              <w:left w:w="120" w:type="dxa"/>
              <w:bottom w:w="90" w:type="dxa"/>
              <w:right w:w="120" w:type="dxa"/>
            </w:tcMar>
            <w:vAlign w:val="center"/>
          </w:tcPr>
          <w:p w14:paraId="3AD4F299"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Avantajul proiectului</w:t>
            </w:r>
          </w:p>
        </w:tc>
        <w:tc>
          <w:tcPr>
            <w:tcW w:w="1388" w:type="dxa"/>
            <w:shd w:val="clear" w:color="auto" w:fill="17365D"/>
            <w:tcMar>
              <w:top w:w="90" w:type="dxa"/>
              <w:left w:w="120" w:type="dxa"/>
              <w:bottom w:w="90" w:type="dxa"/>
              <w:right w:w="120" w:type="dxa"/>
            </w:tcMar>
            <w:vAlign w:val="center"/>
          </w:tcPr>
          <w:p w14:paraId="166BAFC7"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Sursă</w:t>
            </w:r>
          </w:p>
        </w:tc>
      </w:tr>
      <w:tr w:rsidR="000B73EC" w:rsidRPr="005E5CC4" w14:paraId="209C787A" w14:textId="77777777" w:rsidTr="00C63A1E">
        <w:trPr>
          <w:cantSplit/>
          <w:jc w:val="center"/>
        </w:trPr>
        <w:tc>
          <w:tcPr>
            <w:tcW w:w="642" w:type="dxa"/>
            <w:shd w:val="clear" w:color="auto" w:fill="F7F9FC"/>
          </w:tcPr>
          <w:p w14:paraId="73E67D13"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lastRenderedPageBreak/>
              <w:t>1</w:t>
            </w:r>
          </w:p>
        </w:tc>
        <w:tc>
          <w:tcPr>
            <w:tcW w:w="1500" w:type="dxa"/>
            <w:shd w:val="clear" w:color="auto" w:fill="F7F9FC"/>
          </w:tcPr>
          <w:p w14:paraId="6C592E3F" w14:textId="77777777" w:rsidR="000B73EC" w:rsidRPr="00C63A1E" w:rsidRDefault="000B73EC" w:rsidP="003E7A10">
            <w:pPr>
              <w:spacing w:after="30" w:line="252" w:lineRule="auto"/>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[soluție/competitor]</w:t>
            </w:r>
          </w:p>
        </w:tc>
        <w:tc>
          <w:tcPr>
            <w:tcW w:w="2000" w:type="dxa"/>
            <w:shd w:val="clear" w:color="auto" w:fill="F7F9FC"/>
          </w:tcPr>
          <w:p w14:paraId="345019E7" w14:textId="77777777" w:rsidR="000B73EC" w:rsidRPr="00C63A1E" w:rsidRDefault="000B73EC" w:rsidP="003E7A10">
            <w:pPr>
              <w:spacing w:after="30" w:line="252" w:lineRule="auto"/>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[caracteristici]</w:t>
            </w:r>
          </w:p>
        </w:tc>
        <w:tc>
          <w:tcPr>
            <w:tcW w:w="1750" w:type="dxa"/>
            <w:shd w:val="clear" w:color="auto" w:fill="F7F9FC"/>
          </w:tcPr>
          <w:p w14:paraId="7FFE85DC" w14:textId="77777777" w:rsidR="000B73EC" w:rsidRPr="00C63A1E" w:rsidRDefault="000B73EC" w:rsidP="003E7A10">
            <w:pPr>
              <w:spacing w:after="30" w:line="252" w:lineRule="auto"/>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[limitări]</w:t>
            </w:r>
          </w:p>
        </w:tc>
        <w:tc>
          <w:tcPr>
            <w:tcW w:w="2500" w:type="dxa"/>
            <w:shd w:val="clear" w:color="auto" w:fill="F7F9FC"/>
          </w:tcPr>
          <w:p w14:paraId="62624C0B" w14:textId="77777777" w:rsidR="000B73EC" w:rsidRPr="00C63A1E" w:rsidRDefault="000B73EC" w:rsidP="003E7A10">
            <w:pPr>
              <w:spacing w:after="30" w:line="252" w:lineRule="auto"/>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[diferențiator]</w:t>
            </w:r>
          </w:p>
        </w:tc>
        <w:tc>
          <w:tcPr>
            <w:tcW w:w="1388" w:type="dxa"/>
            <w:shd w:val="clear" w:color="auto" w:fill="F7F9FC"/>
          </w:tcPr>
          <w:p w14:paraId="700C3D66" w14:textId="77777777" w:rsidR="000B73EC" w:rsidRPr="00C63A1E" w:rsidRDefault="000B73EC" w:rsidP="003E7A10">
            <w:pPr>
              <w:spacing w:after="30" w:line="252" w:lineRule="auto"/>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[sursă/data]</w:t>
            </w:r>
          </w:p>
        </w:tc>
      </w:tr>
      <w:tr w:rsidR="000B73EC" w:rsidRPr="005E5CC4" w14:paraId="4D495B9E" w14:textId="77777777" w:rsidTr="00C63A1E">
        <w:trPr>
          <w:cantSplit/>
          <w:jc w:val="center"/>
        </w:trPr>
        <w:tc>
          <w:tcPr>
            <w:tcW w:w="642" w:type="dxa"/>
            <w:shd w:val="clear" w:color="auto" w:fill="FFFFFF"/>
          </w:tcPr>
          <w:p w14:paraId="2DC6B511"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2</w:t>
            </w:r>
          </w:p>
        </w:tc>
        <w:tc>
          <w:tcPr>
            <w:tcW w:w="1500" w:type="dxa"/>
            <w:shd w:val="clear" w:color="auto" w:fill="FFFFFF"/>
          </w:tcPr>
          <w:p w14:paraId="3B1D115C" w14:textId="77777777" w:rsidR="000B73EC" w:rsidRPr="00C63A1E" w:rsidRDefault="000B73EC" w:rsidP="003E7A10">
            <w:pPr>
              <w:spacing w:after="30" w:line="252" w:lineRule="auto"/>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[soluție/competitor]</w:t>
            </w:r>
          </w:p>
        </w:tc>
        <w:tc>
          <w:tcPr>
            <w:tcW w:w="2000" w:type="dxa"/>
            <w:shd w:val="clear" w:color="auto" w:fill="FFFFFF"/>
          </w:tcPr>
          <w:p w14:paraId="652FDB80" w14:textId="77777777" w:rsidR="000B73EC" w:rsidRPr="00C63A1E" w:rsidRDefault="000B73EC" w:rsidP="003E7A10">
            <w:pPr>
              <w:spacing w:after="30" w:line="252" w:lineRule="auto"/>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[caracteristici]</w:t>
            </w:r>
          </w:p>
        </w:tc>
        <w:tc>
          <w:tcPr>
            <w:tcW w:w="1750" w:type="dxa"/>
            <w:shd w:val="clear" w:color="auto" w:fill="FFFFFF"/>
          </w:tcPr>
          <w:p w14:paraId="7804989C" w14:textId="77777777" w:rsidR="000B73EC" w:rsidRPr="00C63A1E" w:rsidRDefault="000B73EC" w:rsidP="003E7A10">
            <w:pPr>
              <w:spacing w:after="30" w:line="252" w:lineRule="auto"/>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[limitări]</w:t>
            </w:r>
          </w:p>
        </w:tc>
        <w:tc>
          <w:tcPr>
            <w:tcW w:w="2500" w:type="dxa"/>
            <w:shd w:val="clear" w:color="auto" w:fill="FFFFFF"/>
          </w:tcPr>
          <w:p w14:paraId="635F9414" w14:textId="77777777" w:rsidR="000B73EC" w:rsidRPr="00C63A1E" w:rsidRDefault="000B73EC" w:rsidP="003E7A10">
            <w:pPr>
              <w:spacing w:after="30" w:line="252" w:lineRule="auto"/>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[diferențiator]</w:t>
            </w:r>
          </w:p>
        </w:tc>
        <w:tc>
          <w:tcPr>
            <w:tcW w:w="1388" w:type="dxa"/>
            <w:shd w:val="clear" w:color="auto" w:fill="FFFFFF"/>
          </w:tcPr>
          <w:p w14:paraId="64C0A366" w14:textId="77777777" w:rsidR="000B73EC" w:rsidRPr="00C63A1E" w:rsidRDefault="000B73EC" w:rsidP="003E7A10">
            <w:pPr>
              <w:spacing w:after="30" w:line="252" w:lineRule="auto"/>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[sursă/data]</w:t>
            </w:r>
          </w:p>
        </w:tc>
      </w:tr>
      <w:tr w:rsidR="000B73EC" w:rsidRPr="005E5CC4" w14:paraId="319DA14B" w14:textId="77777777" w:rsidTr="00C63A1E">
        <w:trPr>
          <w:cantSplit/>
          <w:jc w:val="center"/>
        </w:trPr>
        <w:tc>
          <w:tcPr>
            <w:tcW w:w="642" w:type="dxa"/>
            <w:shd w:val="clear" w:color="auto" w:fill="F7F9FC"/>
          </w:tcPr>
          <w:p w14:paraId="124C94E4"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3</w:t>
            </w:r>
          </w:p>
        </w:tc>
        <w:tc>
          <w:tcPr>
            <w:tcW w:w="1500" w:type="dxa"/>
            <w:shd w:val="clear" w:color="auto" w:fill="F7F9FC"/>
          </w:tcPr>
          <w:p w14:paraId="1EF8B62A" w14:textId="77777777" w:rsidR="000B73EC" w:rsidRPr="00C63A1E" w:rsidRDefault="000B73EC" w:rsidP="003E7A10">
            <w:pPr>
              <w:spacing w:after="30" w:line="252" w:lineRule="auto"/>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[soluție/competitor]</w:t>
            </w:r>
          </w:p>
        </w:tc>
        <w:tc>
          <w:tcPr>
            <w:tcW w:w="2000" w:type="dxa"/>
            <w:shd w:val="clear" w:color="auto" w:fill="F7F9FC"/>
          </w:tcPr>
          <w:p w14:paraId="467119BD" w14:textId="77777777" w:rsidR="000B73EC" w:rsidRPr="00C63A1E" w:rsidRDefault="000B73EC" w:rsidP="003E7A10">
            <w:pPr>
              <w:spacing w:after="30" w:line="252" w:lineRule="auto"/>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[caracteristici]</w:t>
            </w:r>
          </w:p>
        </w:tc>
        <w:tc>
          <w:tcPr>
            <w:tcW w:w="1750" w:type="dxa"/>
            <w:shd w:val="clear" w:color="auto" w:fill="F7F9FC"/>
          </w:tcPr>
          <w:p w14:paraId="7BF52F23" w14:textId="77777777" w:rsidR="000B73EC" w:rsidRPr="00C63A1E" w:rsidRDefault="000B73EC" w:rsidP="003E7A10">
            <w:pPr>
              <w:spacing w:after="30" w:line="252" w:lineRule="auto"/>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[limitări]</w:t>
            </w:r>
          </w:p>
        </w:tc>
        <w:tc>
          <w:tcPr>
            <w:tcW w:w="2500" w:type="dxa"/>
            <w:shd w:val="clear" w:color="auto" w:fill="F7F9FC"/>
          </w:tcPr>
          <w:p w14:paraId="081E5CDC" w14:textId="77777777" w:rsidR="000B73EC" w:rsidRPr="00C63A1E" w:rsidRDefault="000B73EC" w:rsidP="003E7A10">
            <w:pPr>
              <w:spacing w:after="30" w:line="252" w:lineRule="auto"/>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[diferențiator]</w:t>
            </w:r>
          </w:p>
        </w:tc>
        <w:tc>
          <w:tcPr>
            <w:tcW w:w="1388" w:type="dxa"/>
            <w:shd w:val="clear" w:color="auto" w:fill="F7F9FC"/>
          </w:tcPr>
          <w:p w14:paraId="0FDD233D" w14:textId="77777777" w:rsidR="000B73EC" w:rsidRPr="00C63A1E" w:rsidRDefault="000B73EC" w:rsidP="003E7A10">
            <w:pPr>
              <w:spacing w:after="30" w:line="252" w:lineRule="auto"/>
              <w:rPr>
                <w:rFonts w:ascii="Times New Roman" w:hAnsi="Times New Roman" w:cs="Times New Roman"/>
                <w:color w:val="auto"/>
                <w:sz w:val="24"/>
                <w:szCs w:val="24"/>
                <w:highlight w:val="yellow"/>
                <w:lang w:val="ro-RO"/>
              </w:rPr>
            </w:pPr>
            <w:r w:rsidRPr="00C63A1E">
              <w:rPr>
                <w:rFonts w:ascii="Times New Roman" w:hAnsi="Times New Roman" w:cs="Times New Roman"/>
                <w:color w:val="auto"/>
                <w:sz w:val="24"/>
                <w:szCs w:val="24"/>
                <w:highlight w:val="yellow"/>
                <w:lang w:val="ro-RO"/>
              </w:rPr>
              <w:t>[sursă/data]</w:t>
            </w:r>
          </w:p>
        </w:tc>
      </w:tr>
    </w:tbl>
    <w:p w14:paraId="074194B0"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79F1E0A0" w14:textId="77777777" w:rsidR="000B73EC" w:rsidRPr="00273B38" w:rsidRDefault="000B73EC" w:rsidP="00273B38">
      <w:pPr>
        <w:keepNext/>
        <w:keepLines/>
        <w:spacing w:before="180" w:after="80" w:line="259" w:lineRule="auto"/>
        <w:jc w:val="left"/>
        <w:outlineLvl w:val="1"/>
        <w:rPr>
          <w:rFonts w:ascii="Times New Roman" w:eastAsiaTheme="majorEastAsia" w:hAnsi="Times New Roman" w:cs="Times New Roman"/>
          <w:b/>
          <w:bCs/>
          <w:color w:val="000000" w:themeColor="text1"/>
          <w:sz w:val="24"/>
          <w:szCs w:val="24"/>
          <w:lang w:val="ro-RO"/>
        </w:rPr>
      </w:pPr>
      <w:r w:rsidRPr="00273B38">
        <w:rPr>
          <w:rFonts w:ascii="Times New Roman" w:eastAsiaTheme="majorEastAsia" w:hAnsi="Times New Roman" w:cs="Times New Roman"/>
          <w:b/>
          <w:bCs/>
          <w:color w:val="000000" w:themeColor="text1"/>
          <w:sz w:val="24"/>
          <w:szCs w:val="24"/>
          <w:lang w:val="ro-RO"/>
        </w:rPr>
        <w:t>3.4 Proprietate intelectuală și libertate de operare</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0"/>
        <w:gridCol w:w="6738"/>
      </w:tblGrid>
      <w:tr w:rsidR="000B73EC" w:rsidRPr="005E5CC4" w14:paraId="1F225BF7" w14:textId="77777777" w:rsidTr="00273B38">
        <w:trPr>
          <w:cantSplit/>
        </w:trPr>
        <w:tc>
          <w:tcPr>
            <w:tcW w:w="2900" w:type="dxa"/>
            <w:shd w:val="clear" w:color="auto" w:fill="F7F9FC"/>
            <w:tcMar>
              <w:top w:w="90" w:type="dxa"/>
              <w:left w:w="120" w:type="dxa"/>
              <w:bottom w:w="90" w:type="dxa"/>
              <w:right w:w="120" w:type="dxa"/>
            </w:tcMar>
            <w:vAlign w:val="center"/>
          </w:tcPr>
          <w:p w14:paraId="2C3EB684"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Rezultate noi protejabile</w:t>
            </w:r>
          </w:p>
        </w:tc>
        <w:tc>
          <w:tcPr>
            <w:tcW w:w="6738" w:type="dxa"/>
            <w:tcMar>
              <w:top w:w="90" w:type="dxa"/>
              <w:left w:w="120" w:type="dxa"/>
              <w:bottom w:w="90" w:type="dxa"/>
              <w:right w:w="120" w:type="dxa"/>
            </w:tcMar>
            <w:vAlign w:val="center"/>
          </w:tcPr>
          <w:p w14:paraId="7CECAFD4" w14:textId="77777777" w:rsidR="000B73EC" w:rsidRPr="00273B38" w:rsidRDefault="000B73EC" w:rsidP="003E7A10">
            <w:pPr>
              <w:spacing w:after="30" w:line="252" w:lineRule="auto"/>
              <w:rPr>
                <w:rFonts w:ascii="Times New Roman" w:hAnsi="Times New Roman" w:cs="Times New Roman"/>
                <w:iCs/>
                <w:color w:val="auto"/>
                <w:sz w:val="24"/>
                <w:szCs w:val="24"/>
                <w:highlight w:val="yellow"/>
                <w:lang w:val="ro-RO"/>
              </w:rPr>
            </w:pPr>
            <w:r w:rsidRPr="00273B38">
              <w:rPr>
                <w:rFonts w:ascii="Times New Roman" w:hAnsi="Times New Roman" w:cs="Times New Roman"/>
                <w:iCs/>
                <w:color w:val="auto"/>
                <w:sz w:val="24"/>
                <w:szCs w:val="24"/>
                <w:highlight w:val="yellow"/>
                <w:lang w:val="ro-RO"/>
              </w:rPr>
              <w:t>[Completați: software, modele, desene, know-how, brevet, design etc.]</w:t>
            </w:r>
          </w:p>
        </w:tc>
      </w:tr>
      <w:tr w:rsidR="000B73EC" w:rsidRPr="005E5CC4" w14:paraId="6566F057" w14:textId="77777777" w:rsidTr="00273B38">
        <w:trPr>
          <w:cantSplit/>
        </w:trPr>
        <w:tc>
          <w:tcPr>
            <w:tcW w:w="2900" w:type="dxa"/>
            <w:shd w:val="clear" w:color="auto" w:fill="F7F9FC"/>
            <w:tcMar>
              <w:top w:w="90" w:type="dxa"/>
              <w:left w:w="120" w:type="dxa"/>
              <w:bottom w:w="90" w:type="dxa"/>
              <w:right w:w="120" w:type="dxa"/>
            </w:tcMar>
            <w:vAlign w:val="center"/>
          </w:tcPr>
          <w:p w14:paraId="0E933D13" w14:textId="25F2B524"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Libertate de operare</w:t>
            </w:r>
          </w:p>
        </w:tc>
        <w:tc>
          <w:tcPr>
            <w:tcW w:w="6738" w:type="dxa"/>
            <w:tcMar>
              <w:top w:w="90" w:type="dxa"/>
              <w:left w:w="120" w:type="dxa"/>
              <w:bottom w:w="90" w:type="dxa"/>
              <w:right w:w="120" w:type="dxa"/>
            </w:tcMar>
            <w:vAlign w:val="center"/>
          </w:tcPr>
          <w:p w14:paraId="419AA98A" w14:textId="77777777" w:rsidR="000B73EC" w:rsidRPr="00273B38" w:rsidRDefault="000B73EC" w:rsidP="003E7A10">
            <w:pPr>
              <w:spacing w:after="30" w:line="252" w:lineRule="auto"/>
              <w:rPr>
                <w:rFonts w:ascii="Times New Roman" w:hAnsi="Times New Roman" w:cs="Times New Roman"/>
                <w:iCs/>
                <w:color w:val="auto"/>
                <w:sz w:val="24"/>
                <w:szCs w:val="24"/>
                <w:highlight w:val="yellow"/>
                <w:lang w:val="ro-RO"/>
              </w:rPr>
            </w:pPr>
            <w:r w:rsidRPr="00273B38">
              <w:rPr>
                <w:rFonts w:ascii="Times New Roman" w:hAnsi="Times New Roman" w:cs="Times New Roman"/>
                <w:iCs/>
                <w:color w:val="auto"/>
                <w:sz w:val="24"/>
                <w:szCs w:val="24"/>
                <w:highlight w:val="yellow"/>
                <w:lang w:val="ro-RO"/>
              </w:rPr>
              <w:t>[Completați: căutări efectuate, concluzii și eventuale măsuri]</w:t>
            </w:r>
          </w:p>
        </w:tc>
      </w:tr>
      <w:tr w:rsidR="000B73EC" w:rsidRPr="005E5CC4" w14:paraId="4BF77D96" w14:textId="77777777" w:rsidTr="00273B38">
        <w:trPr>
          <w:cantSplit/>
        </w:trPr>
        <w:tc>
          <w:tcPr>
            <w:tcW w:w="2900" w:type="dxa"/>
            <w:shd w:val="clear" w:color="auto" w:fill="F7F9FC"/>
            <w:tcMar>
              <w:top w:w="90" w:type="dxa"/>
              <w:left w:w="120" w:type="dxa"/>
              <w:bottom w:w="90" w:type="dxa"/>
              <w:right w:w="120" w:type="dxa"/>
            </w:tcMar>
            <w:vAlign w:val="center"/>
          </w:tcPr>
          <w:p w14:paraId="391F384F"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Regimul de exploatare</w:t>
            </w:r>
          </w:p>
        </w:tc>
        <w:tc>
          <w:tcPr>
            <w:tcW w:w="6738" w:type="dxa"/>
            <w:tcMar>
              <w:top w:w="90" w:type="dxa"/>
              <w:left w:w="120" w:type="dxa"/>
              <w:bottom w:w="90" w:type="dxa"/>
              <w:right w:w="120" w:type="dxa"/>
            </w:tcMar>
            <w:vAlign w:val="center"/>
          </w:tcPr>
          <w:p w14:paraId="7DC00E74" w14:textId="77777777" w:rsidR="000B73EC" w:rsidRPr="00273B38" w:rsidRDefault="000B73EC" w:rsidP="003E7A10">
            <w:pPr>
              <w:spacing w:after="30" w:line="252" w:lineRule="auto"/>
              <w:rPr>
                <w:rFonts w:ascii="Times New Roman" w:hAnsi="Times New Roman" w:cs="Times New Roman"/>
                <w:iCs/>
                <w:color w:val="auto"/>
                <w:sz w:val="24"/>
                <w:szCs w:val="24"/>
                <w:highlight w:val="yellow"/>
                <w:lang w:val="ro-RO"/>
              </w:rPr>
            </w:pPr>
            <w:r w:rsidRPr="00273B38">
              <w:rPr>
                <w:rFonts w:ascii="Times New Roman" w:hAnsi="Times New Roman" w:cs="Times New Roman"/>
                <w:iCs/>
                <w:color w:val="auto"/>
                <w:sz w:val="24"/>
                <w:szCs w:val="24"/>
                <w:highlight w:val="yellow"/>
                <w:lang w:val="ro-RO"/>
              </w:rPr>
              <w:t>[Completați: principiile privind utilizarea, licențierea/cesiunea și compensarea]</w:t>
            </w:r>
          </w:p>
        </w:tc>
      </w:tr>
    </w:tbl>
    <w:p w14:paraId="7099D0A9"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57E6D62F" w14:textId="77777777" w:rsidR="000B73EC" w:rsidRPr="005E5CC4" w:rsidRDefault="000B73EC" w:rsidP="000B73EC">
      <w:pP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br w:type="page"/>
      </w:r>
    </w:p>
    <w:p w14:paraId="4DB3AD67" w14:textId="5E656F94" w:rsidR="000B73EC" w:rsidRPr="00AD39B7" w:rsidRDefault="000B73EC" w:rsidP="00AD39B7">
      <w:pPr>
        <w:pStyle w:val="Heading1"/>
        <w:numPr>
          <w:ilvl w:val="0"/>
          <w:numId w:val="2"/>
        </w:numPr>
        <w:rPr>
          <w:rFonts w:ascii="Times New Roman" w:hAnsi="Times New Roman" w:cs="Times New Roman"/>
          <w:color w:val="000000" w:themeColor="text1"/>
          <w:sz w:val="24"/>
          <w:szCs w:val="24"/>
          <w:lang w:val="ro-RO"/>
        </w:rPr>
      </w:pPr>
      <w:r w:rsidRPr="00AD39B7">
        <w:rPr>
          <w:rFonts w:ascii="Times New Roman" w:hAnsi="Times New Roman" w:cs="Times New Roman"/>
          <w:color w:val="000000" w:themeColor="text1"/>
          <w:sz w:val="24"/>
          <w:szCs w:val="24"/>
          <w:lang w:val="ro-RO"/>
        </w:rPr>
        <w:lastRenderedPageBreak/>
        <w:t>Impactul propunerii - 20 puncte</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6938"/>
      </w:tblGrid>
      <w:tr w:rsidR="000B73EC" w:rsidRPr="005E5CC4" w14:paraId="76FE02C0" w14:textId="77777777" w:rsidTr="00AD39B7">
        <w:trPr>
          <w:cantSplit/>
        </w:trPr>
        <w:tc>
          <w:tcPr>
            <w:tcW w:w="2700" w:type="dxa"/>
            <w:shd w:val="clear" w:color="auto" w:fill="F7F9FC"/>
            <w:tcMar>
              <w:top w:w="90" w:type="dxa"/>
              <w:left w:w="120" w:type="dxa"/>
              <w:bottom w:w="90" w:type="dxa"/>
              <w:right w:w="120" w:type="dxa"/>
            </w:tcMar>
            <w:vAlign w:val="center"/>
          </w:tcPr>
          <w:p w14:paraId="01102A94"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Piața și clienții țintă</w:t>
            </w:r>
          </w:p>
        </w:tc>
        <w:tc>
          <w:tcPr>
            <w:tcW w:w="6938" w:type="dxa"/>
            <w:tcMar>
              <w:top w:w="90" w:type="dxa"/>
              <w:left w:w="120" w:type="dxa"/>
              <w:bottom w:w="90" w:type="dxa"/>
              <w:right w:w="120" w:type="dxa"/>
            </w:tcMar>
            <w:vAlign w:val="center"/>
          </w:tcPr>
          <w:p w14:paraId="643E214B" w14:textId="77777777" w:rsidR="000B73EC" w:rsidRPr="00AD39B7" w:rsidRDefault="000B73EC" w:rsidP="003E7A10">
            <w:pPr>
              <w:spacing w:after="30" w:line="252" w:lineRule="auto"/>
              <w:rPr>
                <w:rFonts w:ascii="Times New Roman" w:hAnsi="Times New Roman" w:cs="Times New Roman"/>
                <w:iCs/>
                <w:color w:val="auto"/>
                <w:sz w:val="24"/>
                <w:szCs w:val="24"/>
                <w:highlight w:val="yellow"/>
                <w:lang w:val="ro-RO"/>
              </w:rPr>
            </w:pPr>
            <w:r w:rsidRPr="00AD39B7">
              <w:rPr>
                <w:rFonts w:ascii="Times New Roman" w:hAnsi="Times New Roman" w:cs="Times New Roman"/>
                <w:iCs/>
                <w:color w:val="auto"/>
                <w:sz w:val="24"/>
                <w:szCs w:val="24"/>
                <w:highlight w:val="yellow"/>
                <w:lang w:val="ro-RO"/>
              </w:rPr>
              <w:t>[Completați: segmente, dimensiune, nevoi, clienți/utilizatori potențiali și surse]</w:t>
            </w:r>
          </w:p>
          <w:p w14:paraId="3E90168F" w14:textId="77777777" w:rsidR="000B73EC" w:rsidRPr="00AD39B7" w:rsidRDefault="000B73EC" w:rsidP="003E7A10">
            <w:pPr>
              <w:spacing w:after="40" w:line="252" w:lineRule="auto"/>
              <w:rPr>
                <w:rFonts w:ascii="Times New Roman" w:hAnsi="Times New Roman" w:cs="Times New Roman"/>
                <w:iCs/>
                <w:color w:val="auto"/>
                <w:sz w:val="24"/>
                <w:szCs w:val="24"/>
                <w:highlight w:val="yellow"/>
                <w:lang w:val="ro-RO"/>
              </w:rPr>
            </w:pPr>
            <w:r w:rsidRPr="00AD39B7">
              <w:rPr>
                <w:rFonts w:ascii="Times New Roman" w:hAnsi="Times New Roman" w:cs="Times New Roman"/>
                <w:iCs/>
                <w:color w:val="auto"/>
                <w:sz w:val="24"/>
                <w:szCs w:val="24"/>
                <w:highlight w:val="yellow"/>
                <w:lang w:val="ro-RO"/>
              </w:rPr>
              <w:t xml:space="preserve"> </w:t>
            </w:r>
          </w:p>
          <w:p w14:paraId="38BE48DC" w14:textId="77777777" w:rsidR="000B73EC" w:rsidRPr="00AD39B7" w:rsidRDefault="000B73EC" w:rsidP="003E7A10">
            <w:pPr>
              <w:spacing w:after="40" w:line="252" w:lineRule="auto"/>
              <w:rPr>
                <w:rFonts w:ascii="Times New Roman" w:hAnsi="Times New Roman" w:cs="Times New Roman"/>
                <w:iCs/>
                <w:color w:val="auto"/>
                <w:sz w:val="24"/>
                <w:szCs w:val="24"/>
                <w:highlight w:val="yellow"/>
                <w:lang w:val="ro-RO"/>
              </w:rPr>
            </w:pPr>
            <w:r w:rsidRPr="00AD39B7">
              <w:rPr>
                <w:rFonts w:ascii="Times New Roman" w:hAnsi="Times New Roman" w:cs="Times New Roman"/>
                <w:iCs/>
                <w:color w:val="auto"/>
                <w:sz w:val="24"/>
                <w:szCs w:val="24"/>
                <w:highlight w:val="yellow"/>
                <w:lang w:val="ro-RO"/>
              </w:rPr>
              <w:t xml:space="preserve"> </w:t>
            </w:r>
          </w:p>
        </w:tc>
      </w:tr>
      <w:tr w:rsidR="000B73EC" w:rsidRPr="005E5CC4" w14:paraId="45F95FB6" w14:textId="77777777" w:rsidTr="00AD39B7">
        <w:trPr>
          <w:cantSplit/>
        </w:trPr>
        <w:tc>
          <w:tcPr>
            <w:tcW w:w="2700" w:type="dxa"/>
            <w:shd w:val="clear" w:color="auto" w:fill="F7F9FC"/>
            <w:tcMar>
              <w:top w:w="90" w:type="dxa"/>
              <w:left w:w="120" w:type="dxa"/>
              <w:bottom w:w="90" w:type="dxa"/>
              <w:right w:w="120" w:type="dxa"/>
            </w:tcMar>
            <w:vAlign w:val="center"/>
          </w:tcPr>
          <w:p w14:paraId="09BC6FFF"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Avantaj competitiv</w:t>
            </w:r>
          </w:p>
        </w:tc>
        <w:tc>
          <w:tcPr>
            <w:tcW w:w="6938" w:type="dxa"/>
            <w:tcMar>
              <w:top w:w="90" w:type="dxa"/>
              <w:left w:w="120" w:type="dxa"/>
              <w:bottom w:w="90" w:type="dxa"/>
              <w:right w:w="120" w:type="dxa"/>
            </w:tcMar>
            <w:vAlign w:val="center"/>
          </w:tcPr>
          <w:p w14:paraId="1D214103" w14:textId="77777777" w:rsidR="000B73EC" w:rsidRPr="00AD39B7" w:rsidRDefault="000B73EC" w:rsidP="003E7A10">
            <w:pPr>
              <w:spacing w:after="30" w:line="252" w:lineRule="auto"/>
              <w:rPr>
                <w:rFonts w:ascii="Times New Roman" w:hAnsi="Times New Roman" w:cs="Times New Roman"/>
                <w:iCs/>
                <w:color w:val="auto"/>
                <w:sz w:val="24"/>
                <w:szCs w:val="24"/>
                <w:highlight w:val="yellow"/>
                <w:lang w:val="ro-RO"/>
              </w:rPr>
            </w:pPr>
            <w:r w:rsidRPr="00AD39B7">
              <w:rPr>
                <w:rFonts w:ascii="Times New Roman" w:hAnsi="Times New Roman" w:cs="Times New Roman"/>
                <w:iCs/>
                <w:color w:val="auto"/>
                <w:sz w:val="24"/>
                <w:szCs w:val="24"/>
                <w:highlight w:val="yellow"/>
                <w:lang w:val="ro-RO"/>
              </w:rPr>
              <w:t>[Completați: performanță, cost, eficiență, impact de mediu, modularitate, service]</w:t>
            </w:r>
          </w:p>
          <w:p w14:paraId="1FC7CC7C" w14:textId="77777777" w:rsidR="000B73EC" w:rsidRPr="00AD39B7" w:rsidRDefault="000B73EC" w:rsidP="003E7A10">
            <w:pPr>
              <w:spacing w:after="40" w:line="252" w:lineRule="auto"/>
              <w:rPr>
                <w:rFonts w:ascii="Times New Roman" w:hAnsi="Times New Roman" w:cs="Times New Roman"/>
                <w:iCs/>
                <w:color w:val="auto"/>
                <w:sz w:val="24"/>
                <w:szCs w:val="24"/>
                <w:highlight w:val="yellow"/>
                <w:lang w:val="ro-RO"/>
              </w:rPr>
            </w:pPr>
            <w:r w:rsidRPr="00AD39B7">
              <w:rPr>
                <w:rFonts w:ascii="Times New Roman" w:hAnsi="Times New Roman" w:cs="Times New Roman"/>
                <w:iCs/>
                <w:color w:val="auto"/>
                <w:sz w:val="24"/>
                <w:szCs w:val="24"/>
                <w:highlight w:val="yellow"/>
                <w:lang w:val="ro-RO"/>
              </w:rPr>
              <w:t xml:space="preserve"> </w:t>
            </w:r>
          </w:p>
          <w:p w14:paraId="4EFC73F5" w14:textId="77777777" w:rsidR="000B73EC" w:rsidRPr="00AD39B7" w:rsidRDefault="000B73EC" w:rsidP="003E7A10">
            <w:pPr>
              <w:spacing w:after="40" w:line="252" w:lineRule="auto"/>
              <w:rPr>
                <w:rFonts w:ascii="Times New Roman" w:hAnsi="Times New Roman" w:cs="Times New Roman"/>
                <w:iCs/>
                <w:color w:val="auto"/>
                <w:sz w:val="24"/>
                <w:szCs w:val="24"/>
                <w:highlight w:val="yellow"/>
                <w:lang w:val="ro-RO"/>
              </w:rPr>
            </w:pPr>
            <w:r w:rsidRPr="00AD39B7">
              <w:rPr>
                <w:rFonts w:ascii="Times New Roman" w:hAnsi="Times New Roman" w:cs="Times New Roman"/>
                <w:iCs/>
                <w:color w:val="auto"/>
                <w:sz w:val="24"/>
                <w:szCs w:val="24"/>
                <w:highlight w:val="yellow"/>
                <w:lang w:val="ro-RO"/>
              </w:rPr>
              <w:t xml:space="preserve"> </w:t>
            </w:r>
          </w:p>
        </w:tc>
      </w:tr>
      <w:tr w:rsidR="000B73EC" w:rsidRPr="005E5CC4" w14:paraId="00765927" w14:textId="77777777" w:rsidTr="00AD39B7">
        <w:trPr>
          <w:cantSplit/>
        </w:trPr>
        <w:tc>
          <w:tcPr>
            <w:tcW w:w="2700" w:type="dxa"/>
            <w:shd w:val="clear" w:color="auto" w:fill="F7F9FC"/>
            <w:tcMar>
              <w:top w:w="90" w:type="dxa"/>
              <w:left w:w="120" w:type="dxa"/>
              <w:bottom w:w="90" w:type="dxa"/>
              <w:right w:w="120" w:type="dxa"/>
            </w:tcMar>
            <w:vAlign w:val="center"/>
          </w:tcPr>
          <w:p w14:paraId="0AD99D91"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Potențial de multiplicare</w:t>
            </w:r>
          </w:p>
        </w:tc>
        <w:tc>
          <w:tcPr>
            <w:tcW w:w="6938" w:type="dxa"/>
            <w:tcMar>
              <w:top w:w="90" w:type="dxa"/>
              <w:left w:w="120" w:type="dxa"/>
              <w:bottom w:w="90" w:type="dxa"/>
              <w:right w:w="120" w:type="dxa"/>
            </w:tcMar>
            <w:vAlign w:val="center"/>
          </w:tcPr>
          <w:p w14:paraId="597E6BFC" w14:textId="77777777" w:rsidR="000B73EC" w:rsidRPr="00AD39B7" w:rsidRDefault="000B73EC" w:rsidP="003E7A10">
            <w:pPr>
              <w:spacing w:after="30" w:line="252" w:lineRule="auto"/>
              <w:rPr>
                <w:rFonts w:ascii="Times New Roman" w:hAnsi="Times New Roman" w:cs="Times New Roman"/>
                <w:iCs/>
                <w:color w:val="auto"/>
                <w:sz w:val="24"/>
                <w:szCs w:val="24"/>
                <w:highlight w:val="yellow"/>
                <w:lang w:val="ro-RO"/>
              </w:rPr>
            </w:pPr>
            <w:r w:rsidRPr="00AD39B7">
              <w:rPr>
                <w:rFonts w:ascii="Times New Roman" w:hAnsi="Times New Roman" w:cs="Times New Roman"/>
                <w:iCs/>
                <w:color w:val="auto"/>
                <w:sz w:val="24"/>
                <w:szCs w:val="24"/>
                <w:highlight w:val="yellow"/>
                <w:lang w:val="ro-RO"/>
              </w:rPr>
              <w:t>[Completați: alte vehicule/aplicații, replicare regională/sectorială și scalare]</w:t>
            </w:r>
          </w:p>
          <w:p w14:paraId="6201981C" w14:textId="77777777" w:rsidR="000B73EC" w:rsidRPr="00AD39B7" w:rsidRDefault="000B73EC" w:rsidP="003E7A10">
            <w:pPr>
              <w:spacing w:after="40" w:line="252" w:lineRule="auto"/>
              <w:rPr>
                <w:rFonts w:ascii="Times New Roman" w:hAnsi="Times New Roman" w:cs="Times New Roman"/>
                <w:iCs/>
                <w:color w:val="auto"/>
                <w:sz w:val="24"/>
                <w:szCs w:val="24"/>
                <w:highlight w:val="yellow"/>
                <w:lang w:val="ro-RO"/>
              </w:rPr>
            </w:pPr>
            <w:r w:rsidRPr="00AD39B7">
              <w:rPr>
                <w:rFonts w:ascii="Times New Roman" w:hAnsi="Times New Roman" w:cs="Times New Roman"/>
                <w:iCs/>
                <w:color w:val="auto"/>
                <w:sz w:val="24"/>
                <w:szCs w:val="24"/>
                <w:highlight w:val="yellow"/>
                <w:lang w:val="ro-RO"/>
              </w:rPr>
              <w:t xml:space="preserve"> </w:t>
            </w:r>
          </w:p>
          <w:p w14:paraId="723543C9" w14:textId="77777777" w:rsidR="000B73EC" w:rsidRPr="00AD39B7" w:rsidRDefault="000B73EC" w:rsidP="003E7A10">
            <w:pPr>
              <w:spacing w:after="40" w:line="252" w:lineRule="auto"/>
              <w:rPr>
                <w:rFonts w:ascii="Times New Roman" w:hAnsi="Times New Roman" w:cs="Times New Roman"/>
                <w:iCs/>
                <w:color w:val="auto"/>
                <w:sz w:val="24"/>
                <w:szCs w:val="24"/>
                <w:highlight w:val="yellow"/>
                <w:lang w:val="ro-RO"/>
              </w:rPr>
            </w:pPr>
            <w:r w:rsidRPr="00AD39B7">
              <w:rPr>
                <w:rFonts w:ascii="Times New Roman" w:hAnsi="Times New Roman" w:cs="Times New Roman"/>
                <w:iCs/>
                <w:color w:val="auto"/>
                <w:sz w:val="24"/>
                <w:szCs w:val="24"/>
                <w:highlight w:val="yellow"/>
                <w:lang w:val="ro-RO"/>
              </w:rPr>
              <w:t xml:space="preserve"> </w:t>
            </w:r>
          </w:p>
        </w:tc>
      </w:tr>
      <w:tr w:rsidR="000B73EC" w:rsidRPr="005E5CC4" w14:paraId="514FFCCA" w14:textId="77777777" w:rsidTr="00AD39B7">
        <w:trPr>
          <w:cantSplit/>
        </w:trPr>
        <w:tc>
          <w:tcPr>
            <w:tcW w:w="2700" w:type="dxa"/>
            <w:shd w:val="clear" w:color="auto" w:fill="F7F9FC"/>
            <w:tcMar>
              <w:top w:w="90" w:type="dxa"/>
              <w:left w:w="120" w:type="dxa"/>
              <w:bottom w:w="90" w:type="dxa"/>
              <w:right w:w="120" w:type="dxa"/>
            </w:tcMar>
            <w:vAlign w:val="center"/>
          </w:tcPr>
          <w:p w14:paraId="5746ECA2"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Impact asupra IMM-ului</w:t>
            </w:r>
          </w:p>
        </w:tc>
        <w:tc>
          <w:tcPr>
            <w:tcW w:w="6938" w:type="dxa"/>
            <w:tcMar>
              <w:top w:w="90" w:type="dxa"/>
              <w:left w:w="120" w:type="dxa"/>
              <w:bottom w:w="90" w:type="dxa"/>
              <w:right w:w="120" w:type="dxa"/>
            </w:tcMar>
            <w:vAlign w:val="center"/>
          </w:tcPr>
          <w:p w14:paraId="56F0D6EC" w14:textId="77777777" w:rsidR="000B73EC" w:rsidRPr="00AD39B7" w:rsidRDefault="000B73EC" w:rsidP="003E7A10">
            <w:pPr>
              <w:spacing w:after="30" w:line="252" w:lineRule="auto"/>
              <w:rPr>
                <w:rFonts w:ascii="Times New Roman" w:hAnsi="Times New Roman" w:cs="Times New Roman"/>
                <w:iCs/>
                <w:color w:val="auto"/>
                <w:sz w:val="24"/>
                <w:szCs w:val="24"/>
                <w:highlight w:val="yellow"/>
                <w:lang w:val="ro-RO"/>
              </w:rPr>
            </w:pPr>
            <w:r w:rsidRPr="00AD39B7">
              <w:rPr>
                <w:rFonts w:ascii="Times New Roman" w:hAnsi="Times New Roman" w:cs="Times New Roman"/>
                <w:iCs/>
                <w:color w:val="auto"/>
                <w:sz w:val="24"/>
                <w:szCs w:val="24"/>
                <w:highlight w:val="yellow"/>
                <w:lang w:val="ro-RO"/>
              </w:rPr>
              <w:t>[Completați: capacitate de inovare, noi competențe, locuri de muncă, active PI și vizibilitate]</w:t>
            </w:r>
          </w:p>
          <w:p w14:paraId="7071F964" w14:textId="77777777" w:rsidR="000B73EC" w:rsidRPr="00AD39B7" w:rsidRDefault="000B73EC" w:rsidP="003E7A10">
            <w:pPr>
              <w:spacing w:after="40" w:line="252" w:lineRule="auto"/>
              <w:rPr>
                <w:rFonts w:ascii="Times New Roman" w:hAnsi="Times New Roman" w:cs="Times New Roman"/>
                <w:iCs/>
                <w:color w:val="auto"/>
                <w:sz w:val="24"/>
                <w:szCs w:val="24"/>
                <w:highlight w:val="yellow"/>
                <w:lang w:val="ro-RO"/>
              </w:rPr>
            </w:pPr>
            <w:r w:rsidRPr="00AD39B7">
              <w:rPr>
                <w:rFonts w:ascii="Times New Roman" w:hAnsi="Times New Roman" w:cs="Times New Roman"/>
                <w:iCs/>
                <w:color w:val="auto"/>
                <w:sz w:val="24"/>
                <w:szCs w:val="24"/>
                <w:highlight w:val="yellow"/>
                <w:lang w:val="ro-RO"/>
              </w:rPr>
              <w:t xml:space="preserve"> </w:t>
            </w:r>
          </w:p>
          <w:p w14:paraId="5F79737A" w14:textId="77777777" w:rsidR="000B73EC" w:rsidRPr="00AD39B7" w:rsidRDefault="000B73EC" w:rsidP="003E7A10">
            <w:pPr>
              <w:spacing w:after="40" w:line="252" w:lineRule="auto"/>
              <w:rPr>
                <w:rFonts w:ascii="Times New Roman" w:hAnsi="Times New Roman" w:cs="Times New Roman"/>
                <w:iCs/>
                <w:color w:val="auto"/>
                <w:sz w:val="24"/>
                <w:szCs w:val="24"/>
                <w:highlight w:val="yellow"/>
                <w:lang w:val="ro-RO"/>
              </w:rPr>
            </w:pPr>
            <w:r w:rsidRPr="00AD39B7">
              <w:rPr>
                <w:rFonts w:ascii="Times New Roman" w:hAnsi="Times New Roman" w:cs="Times New Roman"/>
                <w:iCs/>
                <w:color w:val="auto"/>
                <w:sz w:val="24"/>
                <w:szCs w:val="24"/>
                <w:highlight w:val="yellow"/>
                <w:lang w:val="ro-RO"/>
              </w:rPr>
              <w:t xml:space="preserve"> </w:t>
            </w:r>
          </w:p>
        </w:tc>
      </w:tr>
      <w:tr w:rsidR="000B73EC" w:rsidRPr="005E5CC4" w14:paraId="039D92DA" w14:textId="77777777" w:rsidTr="00AD39B7">
        <w:trPr>
          <w:cantSplit/>
        </w:trPr>
        <w:tc>
          <w:tcPr>
            <w:tcW w:w="2700" w:type="dxa"/>
            <w:shd w:val="clear" w:color="auto" w:fill="F7F9FC"/>
            <w:tcMar>
              <w:top w:w="90" w:type="dxa"/>
              <w:left w:w="120" w:type="dxa"/>
              <w:bottom w:w="90" w:type="dxa"/>
              <w:right w:w="120" w:type="dxa"/>
            </w:tcMar>
            <w:vAlign w:val="center"/>
          </w:tcPr>
          <w:p w14:paraId="04A1B9B0"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Impact regional și național</w:t>
            </w:r>
          </w:p>
        </w:tc>
        <w:tc>
          <w:tcPr>
            <w:tcW w:w="6938" w:type="dxa"/>
            <w:tcMar>
              <w:top w:w="90" w:type="dxa"/>
              <w:left w:w="120" w:type="dxa"/>
              <w:bottom w:w="90" w:type="dxa"/>
              <w:right w:w="120" w:type="dxa"/>
            </w:tcMar>
            <w:vAlign w:val="center"/>
          </w:tcPr>
          <w:p w14:paraId="4B5D426B" w14:textId="77777777" w:rsidR="000B73EC" w:rsidRPr="00AD39B7" w:rsidRDefault="000B73EC" w:rsidP="003E7A10">
            <w:pPr>
              <w:spacing w:after="30" w:line="252" w:lineRule="auto"/>
              <w:rPr>
                <w:rFonts w:ascii="Times New Roman" w:hAnsi="Times New Roman" w:cs="Times New Roman"/>
                <w:iCs/>
                <w:color w:val="auto"/>
                <w:sz w:val="24"/>
                <w:szCs w:val="24"/>
                <w:highlight w:val="yellow"/>
                <w:lang w:val="ro-RO"/>
              </w:rPr>
            </w:pPr>
            <w:r w:rsidRPr="00AD39B7">
              <w:rPr>
                <w:rFonts w:ascii="Times New Roman" w:hAnsi="Times New Roman" w:cs="Times New Roman"/>
                <w:iCs/>
                <w:color w:val="auto"/>
                <w:sz w:val="24"/>
                <w:szCs w:val="24"/>
                <w:highlight w:val="yellow"/>
                <w:lang w:val="ro-RO"/>
              </w:rPr>
              <w:t>[Completați: efecte în regiunea de implementare și asupra lanțului valoric]</w:t>
            </w:r>
          </w:p>
          <w:p w14:paraId="53C9E686" w14:textId="77777777" w:rsidR="000B73EC" w:rsidRPr="00AD39B7" w:rsidRDefault="000B73EC" w:rsidP="003E7A10">
            <w:pPr>
              <w:spacing w:after="40" w:line="252" w:lineRule="auto"/>
              <w:rPr>
                <w:rFonts w:ascii="Times New Roman" w:hAnsi="Times New Roman" w:cs="Times New Roman"/>
                <w:iCs/>
                <w:color w:val="auto"/>
                <w:sz w:val="24"/>
                <w:szCs w:val="24"/>
                <w:highlight w:val="yellow"/>
                <w:lang w:val="ro-RO"/>
              </w:rPr>
            </w:pPr>
            <w:r w:rsidRPr="00AD39B7">
              <w:rPr>
                <w:rFonts w:ascii="Times New Roman" w:hAnsi="Times New Roman" w:cs="Times New Roman"/>
                <w:iCs/>
                <w:color w:val="auto"/>
                <w:sz w:val="24"/>
                <w:szCs w:val="24"/>
                <w:highlight w:val="yellow"/>
                <w:lang w:val="ro-RO"/>
              </w:rPr>
              <w:t xml:space="preserve"> </w:t>
            </w:r>
          </w:p>
        </w:tc>
      </w:tr>
    </w:tbl>
    <w:p w14:paraId="4F176573"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4F9BC5B7" w14:textId="77777777" w:rsidR="000B73EC" w:rsidRPr="0016476F" w:rsidRDefault="000B73EC" w:rsidP="0016476F">
      <w:pPr>
        <w:keepNext/>
        <w:keepLines/>
        <w:spacing w:before="180" w:after="80" w:line="259" w:lineRule="auto"/>
        <w:jc w:val="left"/>
        <w:outlineLvl w:val="1"/>
        <w:rPr>
          <w:rFonts w:ascii="Times New Roman" w:eastAsiaTheme="majorEastAsia" w:hAnsi="Times New Roman" w:cs="Times New Roman"/>
          <w:b/>
          <w:bCs/>
          <w:color w:val="000000" w:themeColor="text1"/>
          <w:sz w:val="24"/>
          <w:szCs w:val="24"/>
          <w:lang w:val="ro-RO"/>
        </w:rPr>
      </w:pPr>
      <w:r w:rsidRPr="0016476F">
        <w:rPr>
          <w:rFonts w:ascii="Times New Roman" w:eastAsiaTheme="majorEastAsia" w:hAnsi="Times New Roman" w:cs="Times New Roman"/>
          <w:b/>
          <w:bCs/>
          <w:color w:val="000000" w:themeColor="text1"/>
          <w:sz w:val="24"/>
          <w:szCs w:val="24"/>
          <w:lang w:val="ro-RO"/>
        </w:rPr>
        <w:t>4.1 Indicatori de impact</w:t>
      </w:r>
    </w:p>
    <w:tbl>
      <w:tblPr>
        <w:tblW w:w="7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482"/>
        <w:gridCol w:w="1350"/>
        <w:gridCol w:w="1350"/>
        <w:gridCol w:w="1350"/>
      </w:tblGrid>
      <w:tr w:rsidR="00887CAF" w:rsidRPr="005E5CC4" w14:paraId="0C4BDF09" w14:textId="77777777" w:rsidTr="00887CAF">
        <w:trPr>
          <w:tblHeader/>
          <w:jc w:val="center"/>
        </w:trPr>
        <w:tc>
          <w:tcPr>
            <w:tcW w:w="2268" w:type="dxa"/>
            <w:shd w:val="clear" w:color="auto" w:fill="17365D"/>
            <w:tcMar>
              <w:top w:w="90" w:type="dxa"/>
              <w:left w:w="120" w:type="dxa"/>
              <w:bottom w:w="90" w:type="dxa"/>
              <w:right w:w="120" w:type="dxa"/>
            </w:tcMar>
            <w:vAlign w:val="center"/>
          </w:tcPr>
          <w:p w14:paraId="25FCEEA0" w14:textId="1003AE59" w:rsidR="00887CAF" w:rsidRPr="005E5CC4" w:rsidRDefault="00887CAF"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Indicator</w:t>
            </w:r>
            <w:r>
              <w:rPr>
                <w:rFonts w:ascii="Times New Roman" w:hAnsi="Times New Roman" w:cs="Times New Roman"/>
                <w:b/>
                <w:color w:val="auto"/>
                <w:sz w:val="24"/>
                <w:szCs w:val="24"/>
                <w:lang w:val="ro-RO"/>
              </w:rPr>
              <w:t xml:space="preserve"> cu titlu de exemplu</w:t>
            </w:r>
          </w:p>
        </w:tc>
        <w:tc>
          <w:tcPr>
            <w:tcW w:w="1482" w:type="dxa"/>
            <w:shd w:val="clear" w:color="auto" w:fill="17365D"/>
            <w:tcMar>
              <w:top w:w="90" w:type="dxa"/>
              <w:left w:w="120" w:type="dxa"/>
              <w:bottom w:w="90" w:type="dxa"/>
              <w:right w:w="120" w:type="dxa"/>
            </w:tcMar>
            <w:vAlign w:val="center"/>
          </w:tcPr>
          <w:p w14:paraId="735B2E3D" w14:textId="77777777" w:rsidR="00887CAF" w:rsidRPr="005E5CC4" w:rsidRDefault="00887CAF"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Unitate</w:t>
            </w:r>
          </w:p>
        </w:tc>
        <w:tc>
          <w:tcPr>
            <w:tcW w:w="1350" w:type="dxa"/>
            <w:shd w:val="clear" w:color="auto" w:fill="17365D"/>
            <w:tcMar>
              <w:top w:w="90" w:type="dxa"/>
              <w:left w:w="120" w:type="dxa"/>
              <w:bottom w:w="90" w:type="dxa"/>
              <w:right w:w="120" w:type="dxa"/>
            </w:tcMar>
            <w:vAlign w:val="center"/>
          </w:tcPr>
          <w:p w14:paraId="0C09CA42" w14:textId="77777777" w:rsidR="00887CAF" w:rsidRPr="005E5CC4" w:rsidRDefault="00887CAF"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Bază</w:t>
            </w:r>
          </w:p>
        </w:tc>
        <w:tc>
          <w:tcPr>
            <w:tcW w:w="1350" w:type="dxa"/>
            <w:shd w:val="clear" w:color="auto" w:fill="17365D"/>
            <w:tcMar>
              <w:top w:w="90" w:type="dxa"/>
              <w:left w:w="120" w:type="dxa"/>
              <w:bottom w:w="90" w:type="dxa"/>
              <w:right w:w="120" w:type="dxa"/>
            </w:tcMar>
            <w:vAlign w:val="center"/>
          </w:tcPr>
          <w:p w14:paraId="6EA0EF42" w14:textId="77777777" w:rsidR="00887CAF" w:rsidRPr="005E5CC4" w:rsidRDefault="00887CAF"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La final</w:t>
            </w:r>
          </w:p>
        </w:tc>
        <w:tc>
          <w:tcPr>
            <w:tcW w:w="1350" w:type="dxa"/>
            <w:shd w:val="clear" w:color="auto" w:fill="17365D"/>
            <w:tcMar>
              <w:top w:w="90" w:type="dxa"/>
              <w:left w:w="120" w:type="dxa"/>
              <w:bottom w:w="90" w:type="dxa"/>
              <w:right w:w="120" w:type="dxa"/>
            </w:tcMar>
            <w:vAlign w:val="center"/>
          </w:tcPr>
          <w:p w14:paraId="2F07BA67" w14:textId="77777777" w:rsidR="00887CAF" w:rsidRPr="005E5CC4" w:rsidRDefault="00887CAF"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La 3 ani</w:t>
            </w:r>
          </w:p>
        </w:tc>
      </w:tr>
      <w:tr w:rsidR="00887CAF" w:rsidRPr="005E5CC4" w14:paraId="4C520DF5" w14:textId="77777777" w:rsidTr="00887CAF">
        <w:trPr>
          <w:cantSplit/>
          <w:jc w:val="center"/>
        </w:trPr>
        <w:tc>
          <w:tcPr>
            <w:tcW w:w="2268" w:type="dxa"/>
            <w:shd w:val="clear" w:color="auto" w:fill="F7F9FC"/>
          </w:tcPr>
          <w:p w14:paraId="55B80BFF" w14:textId="7B9D74AB" w:rsidR="00887CAF" w:rsidRPr="00887CAF" w:rsidRDefault="00887CAF" w:rsidP="003E7A10">
            <w:pPr>
              <w:spacing w:after="30" w:line="252" w:lineRule="auto"/>
              <w:jc w:val="center"/>
              <w:rPr>
                <w:rFonts w:ascii="Times New Roman" w:hAnsi="Times New Roman" w:cs="Times New Roman"/>
                <w:color w:val="auto"/>
                <w:sz w:val="24"/>
                <w:szCs w:val="24"/>
                <w:highlight w:val="yellow"/>
                <w:lang w:val="ro-RO"/>
              </w:rPr>
            </w:pPr>
            <w:r>
              <w:rPr>
                <w:rFonts w:ascii="Times New Roman" w:hAnsi="Times New Roman" w:cs="Times New Roman"/>
                <w:color w:val="auto"/>
                <w:sz w:val="24"/>
                <w:szCs w:val="24"/>
                <w:highlight w:val="yellow"/>
                <w:lang w:val="en-GB"/>
              </w:rPr>
              <w:t>[</w:t>
            </w:r>
            <w:r w:rsidRPr="00887CAF">
              <w:rPr>
                <w:rFonts w:ascii="Times New Roman" w:hAnsi="Times New Roman" w:cs="Times New Roman"/>
                <w:color w:val="auto"/>
                <w:sz w:val="24"/>
                <w:szCs w:val="24"/>
                <w:highlight w:val="yellow"/>
                <w:lang w:val="ro-RO"/>
              </w:rPr>
              <w:t>Performanța tehnică principală</w:t>
            </w:r>
            <w:r>
              <w:rPr>
                <w:rFonts w:ascii="Times New Roman" w:hAnsi="Times New Roman" w:cs="Times New Roman"/>
                <w:color w:val="auto"/>
                <w:sz w:val="24"/>
                <w:szCs w:val="24"/>
                <w:highlight w:val="yellow"/>
                <w:lang w:val="ro-RO"/>
              </w:rPr>
              <w:t>]</w:t>
            </w:r>
          </w:p>
        </w:tc>
        <w:tc>
          <w:tcPr>
            <w:tcW w:w="1482" w:type="dxa"/>
            <w:shd w:val="clear" w:color="auto" w:fill="F7F9FC"/>
          </w:tcPr>
          <w:p w14:paraId="10B12A87"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[unitate]</w:t>
            </w:r>
          </w:p>
        </w:tc>
        <w:tc>
          <w:tcPr>
            <w:tcW w:w="1350" w:type="dxa"/>
            <w:shd w:val="clear" w:color="auto" w:fill="F7F9FC"/>
          </w:tcPr>
          <w:p w14:paraId="77B93E4D"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[bază]</w:t>
            </w:r>
          </w:p>
        </w:tc>
        <w:tc>
          <w:tcPr>
            <w:tcW w:w="1350" w:type="dxa"/>
            <w:shd w:val="clear" w:color="auto" w:fill="F7F9FC"/>
          </w:tcPr>
          <w:p w14:paraId="18981832"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[final]</w:t>
            </w:r>
          </w:p>
        </w:tc>
        <w:tc>
          <w:tcPr>
            <w:tcW w:w="1350" w:type="dxa"/>
            <w:shd w:val="clear" w:color="auto" w:fill="F7F9FC"/>
          </w:tcPr>
          <w:p w14:paraId="1DE4F255"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[3 ani]</w:t>
            </w:r>
          </w:p>
        </w:tc>
      </w:tr>
      <w:tr w:rsidR="00887CAF" w:rsidRPr="005E5CC4" w14:paraId="30176D92" w14:textId="77777777" w:rsidTr="00887CAF">
        <w:trPr>
          <w:cantSplit/>
          <w:jc w:val="center"/>
        </w:trPr>
        <w:tc>
          <w:tcPr>
            <w:tcW w:w="2268" w:type="dxa"/>
            <w:shd w:val="clear" w:color="auto" w:fill="FFFFFF"/>
          </w:tcPr>
          <w:p w14:paraId="02EE4367" w14:textId="0D5653A1" w:rsidR="00887CAF" w:rsidRPr="00887CAF" w:rsidRDefault="00887CAF" w:rsidP="003E7A10">
            <w:pPr>
              <w:spacing w:after="30" w:line="252" w:lineRule="auto"/>
              <w:jc w:val="center"/>
              <w:rPr>
                <w:rFonts w:ascii="Times New Roman" w:hAnsi="Times New Roman" w:cs="Times New Roman"/>
                <w:color w:val="auto"/>
                <w:sz w:val="24"/>
                <w:szCs w:val="24"/>
                <w:highlight w:val="yellow"/>
                <w:lang w:val="ro-RO"/>
              </w:rPr>
            </w:pPr>
            <w:r>
              <w:rPr>
                <w:rFonts w:ascii="Times New Roman" w:hAnsi="Times New Roman" w:cs="Times New Roman"/>
                <w:color w:val="auto"/>
                <w:sz w:val="24"/>
                <w:szCs w:val="24"/>
                <w:highlight w:val="yellow"/>
                <w:lang w:val="ro-RO"/>
              </w:rPr>
              <w:t>[</w:t>
            </w:r>
            <w:r w:rsidRPr="00887CAF">
              <w:rPr>
                <w:rFonts w:ascii="Times New Roman" w:hAnsi="Times New Roman" w:cs="Times New Roman"/>
                <w:color w:val="auto"/>
                <w:sz w:val="24"/>
                <w:szCs w:val="24"/>
                <w:highlight w:val="yellow"/>
                <w:lang w:val="ro-RO"/>
              </w:rPr>
              <w:t>Eficiență/consum energetic</w:t>
            </w:r>
            <w:r>
              <w:rPr>
                <w:rFonts w:ascii="Times New Roman" w:hAnsi="Times New Roman" w:cs="Times New Roman"/>
                <w:color w:val="auto"/>
                <w:sz w:val="24"/>
                <w:szCs w:val="24"/>
                <w:highlight w:val="yellow"/>
                <w:lang w:val="ro-RO"/>
              </w:rPr>
              <w:t>]</w:t>
            </w:r>
          </w:p>
        </w:tc>
        <w:tc>
          <w:tcPr>
            <w:tcW w:w="1482" w:type="dxa"/>
            <w:shd w:val="clear" w:color="auto" w:fill="FFFFFF"/>
          </w:tcPr>
          <w:p w14:paraId="099C8044"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[%/unitate]</w:t>
            </w:r>
          </w:p>
        </w:tc>
        <w:tc>
          <w:tcPr>
            <w:tcW w:w="1350" w:type="dxa"/>
            <w:shd w:val="clear" w:color="auto" w:fill="FFFFFF"/>
          </w:tcPr>
          <w:p w14:paraId="53F16CDF"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[bază]</w:t>
            </w:r>
          </w:p>
        </w:tc>
        <w:tc>
          <w:tcPr>
            <w:tcW w:w="1350" w:type="dxa"/>
            <w:shd w:val="clear" w:color="auto" w:fill="FFFFFF"/>
          </w:tcPr>
          <w:p w14:paraId="6FEA925F"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[final]</w:t>
            </w:r>
          </w:p>
        </w:tc>
        <w:tc>
          <w:tcPr>
            <w:tcW w:w="1350" w:type="dxa"/>
            <w:shd w:val="clear" w:color="auto" w:fill="FFFFFF"/>
          </w:tcPr>
          <w:p w14:paraId="14FE4299"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[3 ani]</w:t>
            </w:r>
          </w:p>
        </w:tc>
      </w:tr>
      <w:tr w:rsidR="00887CAF" w:rsidRPr="005E5CC4" w14:paraId="31236112" w14:textId="77777777" w:rsidTr="00887CAF">
        <w:trPr>
          <w:cantSplit/>
          <w:jc w:val="center"/>
        </w:trPr>
        <w:tc>
          <w:tcPr>
            <w:tcW w:w="2268" w:type="dxa"/>
            <w:shd w:val="clear" w:color="auto" w:fill="F7F9FC"/>
          </w:tcPr>
          <w:p w14:paraId="0DD35A2D" w14:textId="10E13CAC" w:rsidR="00887CAF" w:rsidRPr="00887CAF" w:rsidRDefault="00887CAF" w:rsidP="003E7A10">
            <w:pPr>
              <w:spacing w:after="30" w:line="252" w:lineRule="auto"/>
              <w:jc w:val="center"/>
              <w:rPr>
                <w:rFonts w:ascii="Times New Roman" w:hAnsi="Times New Roman" w:cs="Times New Roman"/>
                <w:color w:val="auto"/>
                <w:sz w:val="24"/>
                <w:szCs w:val="24"/>
                <w:highlight w:val="yellow"/>
                <w:lang w:val="ro-RO"/>
              </w:rPr>
            </w:pPr>
            <w:r>
              <w:rPr>
                <w:rFonts w:ascii="Times New Roman" w:hAnsi="Times New Roman" w:cs="Times New Roman"/>
                <w:color w:val="auto"/>
                <w:sz w:val="24"/>
                <w:szCs w:val="24"/>
                <w:highlight w:val="yellow"/>
                <w:lang w:val="ro-RO"/>
              </w:rPr>
              <w:t>[</w:t>
            </w:r>
            <w:r w:rsidRPr="00887CAF">
              <w:rPr>
                <w:rFonts w:ascii="Times New Roman" w:hAnsi="Times New Roman" w:cs="Times New Roman"/>
                <w:color w:val="auto"/>
                <w:sz w:val="24"/>
                <w:szCs w:val="24"/>
                <w:highlight w:val="yellow"/>
                <w:lang w:val="ro-RO"/>
              </w:rPr>
              <w:t>Cost unitar/timp de fabricație</w:t>
            </w:r>
            <w:r>
              <w:rPr>
                <w:rFonts w:ascii="Times New Roman" w:hAnsi="Times New Roman" w:cs="Times New Roman"/>
                <w:color w:val="auto"/>
                <w:sz w:val="24"/>
                <w:szCs w:val="24"/>
                <w:highlight w:val="yellow"/>
                <w:lang w:val="ro-RO"/>
              </w:rPr>
              <w:t>]</w:t>
            </w:r>
          </w:p>
        </w:tc>
        <w:tc>
          <w:tcPr>
            <w:tcW w:w="1482" w:type="dxa"/>
            <w:shd w:val="clear" w:color="auto" w:fill="F7F9FC"/>
          </w:tcPr>
          <w:p w14:paraId="0037258D"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[lei/min]</w:t>
            </w:r>
          </w:p>
        </w:tc>
        <w:tc>
          <w:tcPr>
            <w:tcW w:w="1350" w:type="dxa"/>
            <w:shd w:val="clear" w:color="auto" w:fill="F7F9FC"/>
          </w:tcPr>
          <w:p w14:paraId="5EA84459"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[bază]</w:t>
            </w:r>
          </w:p>
        </w:tc>
        <w:tc>
          <w:tcPr>
            <w:tcW w:w="1350" w:type="dxa"/>
            <w:shd w:val="clear" w:color="auto" w:fill="F7F9FC"/>
          </w:tcPr>
          <w:p w14:paraId="7852F807"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[final]</w:t>
            </w:r>
          </w:p>
        </w:tc>
        <w:tc>
          <w:tcPr>
            <w:tcW w:w="1350" w:type="dxa"/>
            <w:shd w:val="clear" w:color="auto" w:fill="F7F9FC"/>
          </w:tcPr>
          <w:p w14:paraId="220209C6"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[3 ani]</w:t>
            </w:r>
          </w:p>
        </w:tc>
      </w:tr>
      <w:tr w:rsidR="00887CAF" w:rsidRPr="005E5CC4" w14:paraId="64B60896" w14:textId="77777777" w:rsidTr="00887CAF">
        <w:trPr>
          <w:cantSplit/>
          <w:jc w:val="center"/>
        </w:trPr>
        <w:tc>
          <w:tcPr>
            <w:tcW w:w="2268" w:type="dxa"/>
            <w:shd w:val="clear" w:color="auto" w:fill="FFFFFF"/>
          </w:tcPr>
          <w:p w14:paraId="354FCC3A" w14:textId="7CB01B40" w:rsidR="00887CAF" w:rsidRPr="00887CAF" w:rsidRDefault="00887CAF" w:rsidP="003E7A10">
            <w:pPr>
              <w:spacing w:after="30" w:line="252" w:lineRule="auto"/>
              <w:jc w:val="center"/>
              <w:rPr>
                <w:rFonts w:ascii="Times New Roman" w:hAnsi="Times New Roman" w:cs="Times New Roman"/>
                <w:color w:val="auto"/>
                <w:sz w:val="24"/>
                <w:szCs w:val="24"/>
                <w:highlight w:val="yellow"/>
                <w:lang w:val="ro-RO"/>
              </w:rPr>
            </w:pPr>
            <w:r>
              <w:rPr>
                <w:rFonts w:ascii="Times New Roman" w:hAnsi="Times New Roman" w:cs="Times New Roman"/>
                <w:color w:val="auto"/>
                <w:sz w:val="24"/>
                <w:szCs w:val="24"/>
                <w:highlight w:val="yellow"/>
                <w:lang w:val="ro-RO"/>
              </w:rPr>
              <w:t>[</w:t>
            </w:r>
            <w:r w:rsidRPr="00887CAF">
              <w:rPr>
                <w:rFonts w:ascii="Times New Roman" w:hAnsi="Times New Roman" w:cs="Times New Roman"/>
                <w:color w:val="auto"/>
                <w:sz w:val="24"/>
                <w:szCs w:val="24"/>
                <w:highlight w:val="yellow"/>
                <w:lang w:val="ro-RO"/>
              </w:rPr>
              <w:t>Capacitate anuală de producție</w:t>
            </w:r>
            <w:r>
              <w:rPr>
                <w:rFonts w:ascii="Times New Roman" w:hAnsi="Times New Roman" w:cs="Times New Roman"/>
                <w:color w:val="auto"/>
                <w:sz w:val="24"/>
                <w:szCs w:val="24"/>
                <w:highlight w:val="yellow"/>
                <w:lang w:val="ro-RO"/>
              </w:rPr>
              <w:t>]</w:t>
            </w:r>
          </w:p>
        </w:tc>
        <w:tc>
          <w:tcPr>
            <w:tcW w:w="1482" w:type="dxa"/>
            <w:shd w:val="clear" w:color="auto" w:fill="FFFFFF"/>
          </w:tcPr>
          <w:p w14:paraId="515A9AFF"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[unități/an]</w:t>
            </w:r>
          </w:p>
        </w:tc>
        <w:tc>
          <w:tcPr>
            <w:tcW w:w="1350" w:type="dxa"/>
            <w:shd w:val="clear" w:color="auto" w:fill="FFFFFF"/>
          </w:tcPr>
          <w:p w14:paraId="1BF8FEE2"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[bază]</w:t>
            </w:r>
          </w:p>
        </w:tc>
        <w:tc>
          <w:tcPr>
            <w:tcW w:w="1350" w:type="dxa"/>
            <w:shd w:val="clear" w:color="auto" w:fill="FFFFFF"/>
          </w:tcPr>
          <w:p w14:paraId="3A56DA33"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[final]</w:t>
            </w:r>
          </w:p>
        </w:tc>
        <w:tc>
          <w:tcPr>
            <w:tcW w:w="1350" w:type="dxa"/>
            <w:shd w:val="clear" w:color="auto" w:fill="FFFFFF"/>
          </w:tcPr>
          <w:p w14:paraId="30FDB5EA"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[3 ani]</w:t>
            </w:r>
          </w:p>
        </w:tc>
      </w:tr>
      <w:tr w:rsidR="00887CAF" w:rsidRPr="005E5CC4" w14:paraId="60C85DC1" w14:textId="77777777" w:rsidTr="00887CAF">
        <w:trPr>
          <w:cantSplit/>
          <w:jc w:val="center"/>
        </w:trPr>
        <w:tc>
          <w:tcPr>
            <w:tcW w:w="2268" w:type="dxa"/>
            <w:shd w:val="clear" w:color="auto" w:fill="F7F9FC"/>
          </w:tcPr>
          <w:p w14:paraId="36744C71" w14:textId="5C05610E" w:rsidR="00887CAF" w:rsidRPr="00887CAF" w:rsidRDefault="00887CAF" w:rsidP="003E7A10">
            <w:pPr>
              <w:spacing w:after="30" w:line="252" w:lineRule="auto"/>
              <w:jc w:val="center"/>
              <w:rPr>
                <w:rFonts w:ascii="Times New Roman" w:hAnsi="Times New Roman" w:cs="Times New Roman"/>
                <w:color w:val="auto"/>
                <w:sz w:val="24"/>
                <w:szCs w:val="24"/>
                <w:highlight w:val="yellow"/>
                <w:lang w:val="ro-RO"/>
              </w:rPr>
            </w:pPr>
            <w:r>
              <w:rPr>
                <w:rFonts w:ascii="Times New Roman" w:hAnsi="Times New Roman" w:cs="Times New Roman"/>
                <w:color w:val="auto"/>
                <w:sz w:val="24"/>
                <w:szCs w:val="24"/>
                <w:highlight w:val="yellow"/>
                <w:lang w:val="ro-RO"/>
              </w:rPr>
              <w:t>[</w:t>
            </w:r>
            <w:r w:rsidRPr="00887CAF">
              <w:rPr>
                <w:rFonts w:ascii="Times New Roman" w:hAnsi="Times New Roman" w:cs="Times New Roman"/>
                <w:color w:val="auto"/>
                <w:sz w:val="24"/>
                <w:szCs w:val="24"/>
                <w:highlight w:val="yellow"/>
                <w:lang w:val="ro-RO"/>
              </w:rPr>
              <w:t>Cifră de afaceri din rezultat</w:t>
            </w:r>
            <w:r>
              <w:rPr>
                <w:rFonts w:ascii="Times New Roman" w:hAnsi="Times New Roman" w:cs="Times New Roman"/>
                <w:color w:val="auto"/>
                <w:sz w:val="24"/>
                <w:szCs w:val="24"/>
                <w:highlight w:val="yellow"/>
                <w:lang w:val="ro-RO"/>
              </w:rPr>
              <w:t>]</w:t>
            </w:r>
          </w:p>
        </w:tc>
        <w:tc>
          <w:tcPr>
            <w:tcW w:w="1482" w:type="dxa"/>
            <w:shd w:val="clear" w:color="auto" w:fill="F7F9FC"/>
          </w:tcPr>
          <w:p w14:paraId="26A55EBF"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[lei]</w:t>
            </w:r>
          </w:p>
        </w:tc>
        <w:tc>
          <w:tcPr>
            <w:tcW w:w="1350" w:type="dxa"/>
            <w:shd w:val="clear" w:color="auto" w:fill="F7F9FC"/>
          </w:tcPr>
          <w:p w14:paraId="31309B1B"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[bază]</w:t>
            </w:r>
          </w:p>
        </w:tc>
        <w:tc>
          <w:tcPr>
            <w:tcW w:w="1350" w:type="dxa"/>
            <w:shd w:val="clear" w:color="auto" w:fill="F7F9FC"/>
          </w:tcPr>
          <w:p w14:paraId="30BB2CDB"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[final]</w:t>
            </w:r>
          </w:p>
        </w:tc>
        <w:tc>
          <w:tcPr>
            <w:tcW w:w="1350" w:type="dxa"/>
            <w:shd w:val="clear" w:color="auto" w:fill="F7F9FC"/>
          </w:tcPr>
          <w:p w14:paraId="17B4A36E"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[3 ani]</w:t>
            </w:r>
          </w:p>
        </w:tc>
      </w:tr>
      <w:tr w:rsidR="00887CAF" w:rsidRPr="005E5CC4" w14:paraId="009D7A8A" w14:textId="77777777" w:rsidTr="00887CAF">
        <w:trPr>
          <w:cantSplit/>
          <w:jc w:val="center"/>
        </w:trPr>
        <w:tc>
          <w:tcPr>
            <w:tcW w:w="2268" w:type="dxa"/>
            <w:shd w:val="clear" w:color="auto" w:fill="FFFFFF"/>
          </w:tcPr>
          <w:p w14:paraId="01C195DA" w14:textId="42D2E111" w:rsidR="00887CAF" w:rsidRPr="00887CAF" w:rsidRDefault="00887CAF" w:rsidP="003E7A10">
            <w:pPr>
              <w:spacing w:after="30" w:line="252" w:lineRule="auto"/>
              <w:jc w:val="center"/>
              <w:rPr>
                <w:rFonts w:ascii="Times New Roman" w:hAnsi="Times New Roman" w:cs="Times New Roman"/>
                <w:color w:val="auto"/>
                <w:sz w:val="24"/>
                <w:szCs w:val="24"/>
                <w:highlight w:val="yellow"/>
                <w:lang w:val="ro-RO"/>
              </w:rPr>
            </w:pPr>
            <w:r>
              <w:rPr>
                <w:rFonts w:ascii="Times New Roman" w:hAnsi="Times New Roman" w:cs="Times New Roman"/>
                <w:color w:val="auto"/>
                <w:sz w:val="24"/>
                <w:szCs w:val="24"/>
                <w:highlight w:val="yellow"/>
                <w:lang w:val="ro-RO"/>
              </w:rPr>
              <w:t>[</w:t>
            </w:r>
            <w:r w:rsidRPr="00887CAF">
              <w:rPr>
                <w:rFonts w:ascii="Times New Roman" w:hAnsi="Times New Roman" w:cs="Times New Roman"/>
                <w:color w:val="auto"/>
                <w:sz w:val="24"/>
                <w:szCs w:val="24"/>
                <w:highlight w:val="yellow"/>
                <w:lang w:val="ro-RO"/>
              </w:rPr>
              <w:t>Locuri de muncă create/menținute</w:t>
            </w:r>
            <w:r>
              <w:rPr>
                <w:rFonts w:ascii="Times New Roman" w:hAnsi="Times New Roman" w:cs="Times New Roman"/>
                <w:color w:val="auto"/>
                <w:sz w:val="24"/>
                <w:szCs w:val="24"/>
                <w:highlight w:val="yellow"/>
                <w:lang w:val="ro-RO"/>
              </w:rPr>
              <w:t>]</w:t>
            </w:r>
          </w:p>
        </w:tc>
        <w:tc>
          <w:tcPr>
            <w:tcW w:w="1482" w:type="dxa"/>
            <w:shd w:val="clear" w:color="auto" w:fill="FFFFFF"/>
          </w:tcPr>
          <w:p w14:paraId="7A9E6C69"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[număr]</w:t>
            </w:r>
          </w:p>
        </w:tc>
        <w:tc>
          <w:tcPr>
            <w:tcW w:w="1350" w:type="dxa"/>
            <w:shd w:val="clear" w:color="auto" w:fill="FFFFFF"/>
          </w:tcPr>
          <w:p w14:paraId="2AB1FC66"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[bază]</w:t>
            </w:r>
          </w:p>
        </w:tc>
        <w:tc>
          <w:tcPr>
            <w:tcW w:w="1350" w:type="dxa"/>
            <w:shd w:val="clear" w:color="auto" w:fill="FFFFFF"/>
          </w:tcPr>
          <w:p w14:paraId="092C9007"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[final]</w:t>
            </w:r>
          </w:p>
        </w:tc>
        <w:tc>
          <w:tcPr>
            <w:tcW w:w="1350" w:type="dxa"/>
            <w:shd w:val="clear" w:color="auto" w:fill="FFFFFF"/>
          </w:tcPr>
          <w:p w14:paraId="0D9E0E26"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[3 ani]</w:t>
            </w:r>
          </w:p>
        </w:tc>
      </w:tr>
      <w:tr w:rsidR="00887CAF" w:rsidRPr="005E5CC4" w14:paraId="77C1BA4E" w14:textId="77777777" w:rsidTr="00887CAF">
        <w:trPr>
          <w:cantSplit/>
          <w:jc w:val="center"/>
        </w:trPr>
        <w:tc>
          <w:tcPr>
            <w:tcW w:w="2268" w:type="dxa"/>
            <w:shd w:val="clear" w:color="auto" w:fill="F7F9FC"/>
          </w:tcPr>
          <w:p w14:paraId="34729EA1" w14:textId="3F87817B" w:rsidR="00887CAF" w:rsidRPr="00887CAF" w:rsidRDefault="00887CAF" w:rsidP="003E7A10">
            <w:pPr>
              <w:spacing w:after="30" w:line="252" w:lineRule="auto"/>
              <w:jc w:val="center"/>
              <w:rPr>
                <w:rFonts w:ascii="Times New Roman" w:hAnsi="Times New Roman" w:cs="Times New Roman"/>
                <w:color w:val="auto"/>
                <w:sz w:val="24"/>
                <w:szCs w:val="24"/>
                <w:highlight w:val="yellow"/>
                <w:lang w:val="ro-RO"/>
              </w:rPr>
            </w:pPr>
            <w:r>
              <w:rPr>
                <w:rFonts w:ascii="Times New Roman" w:hAnsi="Times New Roman" w:cs="Times New Roman"/>
                <w:color w:val="auto"/>
                <w:sz w:val="24"/>
                <w:szCs w:val="24"/>
                <w:highlight w:val="yellow"/>
                <w:lang w:val="ro-RO"/>
              </w:rPr>
              <w:t>[</w:t>
            </w:r>
            <w:r w:rsidRPr="00887CAF">
              <w:rPr>
                <w:rFonts w:ascii="Times New Roman" w:hAnsi="Times New Roman" w:cs="Times New Roman"/>
                <w:color w:val="auto"/>
                <w:sz w:val="24"/>
                <w:szCs w:val="24"/>
                <w:highlight w:val="yellow"/>
                <w:lang w:val="ro-RO"/>
              </w:rPr>
              <w:t>Vânzări/export/licențiere</w:t>
            </w:r>
            <w:r>
              <w:rPr>
                <w:rFonts w:ascii="Times New Roman" w:hAnsi="Times New Roman" w:cs="Times New Roman"/>
                <w:color w:val="auto"/>
                <w:sz w:val="24"/>
                <w:szCs w:val="24"/>
                <w:highlight w:val="yellow"/>
                <w:lang w:val="ro-RO"/>
              </w:rPr>
              <w:t>]</w:t>
            </w:r>
          </w:p>
        </w:tc>
        <w:tc>
          <w:tcPr>
            <w:tcW w:w="1482" w:type="dxa"/>
            <w:shd w:val="clear" w:color="auto" w:fill="F7F9FC"/>
          </w:tcPr>
          <w:p w14:paraId="2C3C5D8F"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[%/lei]</w:t>
            </w:r>
          </w:p>
        </w:tc>
        <w:tc>
          <w:tcPr>
            <w:tcW w:w="1350" w:type="dxa"/>
            <w:shd w:val="clear" w:color="auto" w:fill="F7F9FC"/>
          </w:tcPr>
          <w:p w14:paraId="22DDF87A"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[bază]</w:t>
            </w:r>
          </w:p>
        </w:tc>
        <w:tc>
          <w:tcPr>
            <w:tcW w:w="1350" w:type="dxa"/>
            <w:shd w:val="clear" w:color="auto" w:fill="F7F9FC"/>
          </w:tcPr>
          <w:p w14:paraId="38922106"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[final]</w:t>
            </w:r>
          </w:p>
        </w:tc>
        <w:tc>
          <w:tcPr>
            <w:tcW w:w="1350" w:type="dxa"/>
            <w:shd w:val="clear" w:color="auto" w:fill="F7F9FC"/>
          </w:tcPr>
          <w:p w14:paraId="5909A3F4" w14:textId="77777777" w:rsidR="00887CAF" w:rsidRPr="0016476F" w:rsidRDefault="00887CAF"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[3 ani]</w:t>
            </w:r>
          </w:p>
        </w:tc>
      </w:tr>
    </w:tbl>
    <w:p w14:paraId="6FF161F3" w14:textId="77777777" w:rsidR="000B73EC" w:rsidRPr="0016476F" w:rsidRDefault="000B73EC" w:rsidP="0016476F">
      <w:pPr>
        <w:keepNext/>
        <w:keepLines/>
        <w:spacing w:before="180" w:after="80" w:line="259" w:lineRule="auto"/>
        <w:jc w:val="left"/>
        <w:outlineLvl w:val="1"/>
        <w:rPr>
          <w:rFonts w:ascii="Times New Roman" w:eastAsiaTheme="majorEastAsia" w:hAnsi="Times New Roman" w:cs="Times New Roman"/>
          <w:b/>
          <w:bCs/>
          <w:color w:val="000000" w:themeColor="text1"/>
          <w:sz w:val="24"/>
          <w:szCs w:val="24"/>
          <w:lang w:val="ro-RO"/>
        </w:rPr>
      </w:pPr>
      <w:r w:rsidRPr="0016476F">
        <w:rPr>
          <w:rFonts w:ascii="Times New Roman" w:eastAsiaTheme="majorEastAsia" w:hAnsi="Times New Roman" w:cs="Times New Roman"/>
          <w:b/>
          <w:bCs/>
          <w:color w:val="000000" w:themeColor="text1"/>
          <w:sz w:val="24"/>
          <w:szCs w:val="24"/>
          <w:lang w:val="ro-RO"/>
        </w:rPr>
        <w:t>4.2 Plan de exploatare</w:t>
      </w:r>
    </w:p>
    <w:tbl>
      <w:tblPr>
        <w:tblW w:w="7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4600"/>
        <w:gridCol w:w="1438"/>
      </w:tblGrid>
      <w:tr w:rsidR="005B2672" w:rsidRPr="005E5CC4" w14:paraId="6825FE65" w14:textId="77777777" w:rsidTr="005B2672">
        <w:trPr>
          <w:tblHeader/>
        </w:trPr>
        <w:tc>
          <w:tcPr>
            <w:tcW w:w="1800" w:type="dxa"/>
            <w:shd w:val="clear" w:color="auto" w:fill="17365D"/>
            <w:tcMar>
              <w:top w:w="90" w:type="dxa"/>
              <w:left w:w="120" w:type="dxa"/>
              <w:bottom w:w="90" w:type="dxa"/>
              <w:right w:w="120" w:type="dxa"/>
            </w:tcMar>
            <w:vAlign w:val="center"/>
          </w:tcPr>
          <w:p w14:paraId="1A479E1E" w14:textId="77777777" w:rsidR="005B2672" w:rsidRPr="005E5CC4" w:rsidRDefault="005B2672"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Orizont</w:t>
            </w:r>
          </w:p>
        </w:tc>
        <w:tc>
          <w:tcPr>
            <w:tcW w:w="4600" w:type="dxa"/>
            <w:shd w:val="clear" w:color="auto" w:fill="17365D"/>
            <w:tcMar>
              <w:top w:w="90" w:type="dxa"/>
              <w:left w:w="120" w:type="dxa"/>
              <w:bottom w:w="90" w:type="dxa"/>
              <w:right w:w="120" w:type="dxa"/>
            </w:tcMar>
            <w:vAlign w:val="center"/>
          </w:tcPr>
          <w:p w14:paraId="48899BAC" w14:textId="77777777" w:rsidR="005B2672" w:rsidRPr="005E5CC4" w:rsidRDefault="005B2672"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Acțiuni</w:t>
            </w:r>
          </w:p>
        </w:tc>
        <w:tc>
          <w:tcPr>
            <w:tcW w:w="1438" w:type="dxa"/>
            <w:shd w:val="clear" w:color="auto" w:fill="17365D"/>
            <w:tcMar>
              <w:top w:w="90" w:type="dxa"/>
              <w:left w:w="120" w:type="dxa"/>
              <w:bottom w:w="90" w:type="dxa"/>
              <w:right w:w="120" w:type="dxa"/>
            </w:tcMar>
            <w:vAlign w:val="center"/>
          </w:tcPr>
          <w:p w14:paraId="63164370" w14:textId="77777777" w:rsidR="005B2672" w:rsidRPr="005E5CC4" w:rsidRDefault="005B2672"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Termen</w:t>
            </w:r>
          </w:p>
        </w:tc>
      </w:tr>
      <w:tr w:rsidR="005B2672" w:rsidRPr="005E5CC4" w14:paraId="6E7EF7C6" w14:textId="77777777" w:rsidTr="005B2672">
        <w:trPr>
          <w:cantSplit/>
        </w:trPr>
        <w:tc>
          <w:tcPr>
            <w:tcW w:w="1800" w:type="dxa"/>
            <w:shd w:val="clear" w:color="auto" w:fill="F7F9FC"/>
          </w:tcPr>
          <w:p w14:paraId="149D5950" w14:textId="77777777" w:rsidR="005B2672" w:rsidRPr="005E5CC4" w:rsidRDefault="005B2672"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lastRenderedPageBreak/>
              <w:t>În timpul proiectului</w:t>
            </w:r>
          </w:p>
        </w:tc>
        <w:tc>
          <w:tcPr>
            <w:tcW w:w="4600" w:type="dxa"/>
            <w:shd w:val="clear" w:color="auto" w:fill="F7F9FC"/>
          </w:tcPr>
          <w:p w14:paraId="737805C3" w14:textId="400D8EBD" w:rsidR="005B2672" w:rsidRPr="0016476F" w:rsidRDefault="005B2672"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[validare cu utilizatori,</w:t>
            </w:r>
            <w:r>
              <w:rPr>
                <w:rFonts w:ascii="Times New Roman" w:hAnsi="Times New Roman" w:cs="Times New Roman"/>
                <w:color w:val="auto"/>
                <w:sz w:val="24"/>
                <w:szCs w:val="24"/>
                <w:highlight w:val="yellow"/>
                <w:lang w:val="ro-RO"/>
              </w:rPr>
              <w:t xml:space="preserve"> </w:t>
            </w:r>
            <w:r w:rsidRPr="0016476F">
              <w:rPr>
                <w:rFonts w:ascii="Times New Roman" w:hAnsi="Times New Roman" w:cs="Times New Roman"/>
                <w:color w:val="auto"/>
                <w:sz w:val="24"/>
                <w:szCs w:val="24"/>
                <w:highlight w:val="yellow"/>
                <w:lang w:val="ro-RO"/>
              </w:rPr>
              <w:t>demonstrații]</w:t>
            </w:r>
          </w:p>
        </w:tc>
        <w:tc>
          <w:tcPr>
            <w:tcW w:w="1438" w:type="dxa"/>
            <w:shd w:val="clear" w:color="auto" w:fill="F7F9FC"/>
          </w:tcPr>
          <w:p w14:paraId="39F105F9" w14:textId="77777777" w:rsidR="005B2672" w:rsidRPr="0016476F" w:rsidRDefault="005B2672"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[termen]</w:t>
            </w:r>
          </w:p>
        </w:tc>
      </w:tr>
      <w:tr w:rsidR="005B2672" w:rsidRPr="005E5CC4" w14:paraId="3BA471F7" w14:textId="77777777" w:rsidTr="005B2672">
        <w:trPr>
          <w:cantSplit/>
        </w:trPr>
        <w:tc>
          <w:tcPr>
            <w:tcW w:w="1800" w:type="dxa"/>
            <w:shd w:val="clear" w:color="auto" w:fill="FFFFFF"/>
          </w:tcPr>
          <w:p w14:paraId="17F44A5D" w14:textId="77777777" w:rsidR="005B2672" w:rsidRPr="005E5CC4" w:rsidRDefault="005B2672"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0-12 luni după proiect</w:t>
            </w:r>
          </w:p>
        </w:tc>
        <w:tc>
          <w:tcPr>
            <w:tcW w:w="4600" w:type="dxa"/>
            <w:shd w:val="clear" w:color="auto" w:fill="FFFFFF"/>
          </w:tcPr>
          <w:p w14:paraId="11D586C3" w14:textId="77777777" w:rsidR="005B2672" w:rsidRPr="0016476F" w:rsidRDefault="005B2672"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[lansare, certificare, primele vânzări]</w:t>
            </w:r>
          </w:p>
        </w:tc>
        <w:tc>
          <w:tcPr>
            <w:tcW w:w="1438" w:type="dxa"/>
            <w:shd w:val="clear" w:color="auto" w:fill="FFFFFF"/>
          </w:tcPr>
          <w:p w14:paraId="5359EB4B" w14:textId="77777777" w:rsidR="005B2672" w:rsidRPr="0016476F" w:rsidRDefault="005B2672"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[termen]</w:t>
            </w:r>
          </w:p>
        </w:tc>
      </w:tr>
      <w:tr w:rsidR="005B2672" w:rsidRPr="005E5CC4" w14:paraId="2653EF64" w14:textId="77777777" w:rsidTr="005B2672">
        <w:trPr>
          <w:cantSplit/>
        </w:trPr>
        <w:tc>
          <w:tcPr>
            <w:tcW w:w="1800" w:type="dxa"/>
            <w:shd w:val="clear" w:color="auto" w:fill="F7F9FC"/>
          </w:tcPr>
          <w:p w14:paraId="2EB4E2C7" w14:textId="77777777" w:rsidR="005B2672" w:rsidRPr="005E5CC4" w:rsidRDefault="005B2672"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13-36 luni după proiect</w:t>
            </w:r>
          </w:p>
        </w:tc>
        <w:tc>
          <w:tcPr>
            <w:tcW w:w="4600" w:type="dxa"/>
            <w:shd w:val="clear" w:color="auto" w:fill="F7F9FC"/>
          </w:tcPr>
          <w:p w14:paraId="6C6CC229" w14:textId="77777777" w:rsidR="005B2672" w:rsidRPr="0016476F" w:rsidRDefault="005B2672"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[scalare, export, licențiere, variante]</w:t>
            </w:r>
          </w:p>
        </w:tc>
        <w:tc>
          <w:tcPr>
            <w:tcW w:w="1438" w:type="dxa"/>
            <w:shd w:val="clear" w:color="auto" w:fill="F7F9FC"/>
          </w:tcPr>
          <w:p w14:paraId="6E4D4B70" w14:textId="77777777" w:rsidR="005B2672" w:rsidRPr="0016476F" w:rsidRDefault="005B2672" w:rsidP="003E7A10">
            <w:pPr>
              <w:spacing w:after="30" w:line="252" w:lineRule="auto"/>
              <w:rPr>
                <w:rFonts w:ascii="Times New Roman" w:hAnsi="Times New Roman" w:cs="Times New Roman"/>
                <w:color w:val="auto"/>
                <w:sz w:val="24"/>
                <w:szCs w:val="24"/>
                <w:highlight w:val="yellow"/>
                <w:lang w:val="ro-RO"/>
              </w:rPr>
            </w:pPr>
            <w:r w:rsidRPr="0016476F">
              <w:rPr>
                <w:rFonts w:ascii="Times New Roman" w:hAnsi="Times New Roman" w:cs="Times New Roman"/>
                <w:color w:val="auto"/>
                <w:sz w:val="24"/>
                <w:szCs w:val="24"/>
                <w:highlight w:val="yellow"/>
                <w:lang w:val="ro-RO"/>
              </w:rPr>
              <w:t>[termen]</w:t>
            </w:r>
          </w:p>
        </w:tc>
      </w:tr>
    </w:tbl>
    <w:p w14:paraId="7D1391C9"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72CCD0A4" w14:textId="744A07A7" w:rsidR="000B73EC" w:rsidRPr="0016476F" w:rsidRDefault="000B73EC" w:rsidP="0016476F">
      <w:pPr>
        <w:pStyle w:val="Heading1"/>
        <w:numPr>
          <w:ilvl w:val="0"/>
          <w:numId w:val="2"/>
        </w:numPr>
        <w:rPr>
          <w:rFonts w:ascii="Times New Roman" w:hAnsi="Times New Roman" w:cs="Times New Roman"/>
          <w:color w:val="000000" w:themeColor="text1"/>
          <w:sz w:val="24"/>
          <w:szCs w:val="24"/>
          <w:lang w:val="ro-RO"/>
        </w:rPr>
      </w:pPr>
      <w:r w:rsidRPr="0016476F">
        <w:rPr>
          <w:rFonts w:ascii="Times New Roman" w:hAnsi="Times New Roman" w:cs="Times New Roman"/>
          <w:color w:val="000000" w:themeColor="text1"/>
          <w:sz w:val="24"/>
          <w:szCs w:val="24"/>
          <w:lang w:val="ro-RO"/>
        </w:rPr>
        <w:t>Coerența și fezabilitatea - 20 puncte</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hemeFill="accent6" w:themeFillTint="33"/>
        <w:tblLayout w:type="fixed"/>
        <w:tblLook w:val="04A0" w:firstRow="1" w:lastRow="0" w:firstColumn="1" w:lastColumn="0" w:noHBand="0" w:noVBand="1"/>
      </w:tblPr>
      <w:tblGrid>
        <w:gridCol w:w="9638"/>
      </w:tblGrid>
      <w:tr w:rsidR="000B73EC" w:rsidRPr="005E5CC4" w14:paraId="31DAF054" w14:textId="77777777" w:rsidTr="0016476F">
        <w:tc>
          <w:tcPr>
            <w:tcW w:w="9638" w:type="dxa"/>
            <w:shd w:val="clear" w:color="auto" w:fill="FDE9D9" w:themeFill="accent6" w:themeFillTint="33"/>
            <w:tcMar>
              <w:top w:w="90" w:type="dxa"/>
              <w:left w:w="120" w:type="dxa"/>
              <w:bottom w:w="90" w:type="dxa"/>
              <w:right w:w="120" w:type="dxa"/>
            </w:tcMar>
            <w:vAlign w:val="center"/>
          </w:tcPr>
          <w:p w14:paraId="366D10E6"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Regula celor cinci rezultate</w:t>
            </w:r>
          </w:p>
          <w:p w14:paraId="112E21FF" w14:textId="77777777" w:rsidR="000B73EC" w:rsidRPr="005E5CC4" w:rsidRDefault="000B73EC" w:rsidP="003E7A10">
            <w:pPr>
              <w:spacing w:after="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În cererea de finanțare se vor introduce exact cinci rezultate </w:t>
            </w:r>
            <w:proofErr w:type="spellStart"/>
            <w:r w:rsidRPr="005E5CC4">
              <w:rPr>
                <w:rFonts w:ascii="Times New Roman" w:hAnsi="Times New Roman" w:cs="Times New Roman"/>
                <w:color w:val="auto"/>
                <w:sz w:val="24"/>
                <w:szCs w:val="24"/>
                <w:lang w:val="ro-RO"/>
              </w:rPr>
              <w:t>tehnico</w:t>
            </w:r>
            <w:proofErr w:type="spellEnd"/>
            <w:r w:rsidRPr="005E5CC4">
              <w:rPr>
                <w:rFonts w:ascii="Times New Roman" w:hAnsi="Times New Roman" w:cs="Times New Roman"/>
                <w:color w:val="auto"/>
                <w:sz w:val="24"/>
                <w:szCs w:val="24"/>
                <w:lang w:val="ro-RO"/>
              </w:rPr>
              <w:t>-științifice. Formulările de mai jos sunt structura comună a proiectului; candidatul completează contribuția, KPI, criteriile de acceptare și dovezile. Nu se adaugă rezultate administrative, financiare, de achiziții, management sau publicitate.</w:t>
            </w:r>
          </w:p>
        </w:tc>
      </w:tr>
    </w:tbl>
    <w:p w14:paraId="3742A54D"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12CC4C33" w14:textId="77777777" w:rsidR="000B73EC" w:rsidRPr="005E5CC4" w:rsidRDefault="000B73EC" w:rsidP="000B73EC">
      <w:pP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br w:type="page"/>
      </w:r>
    </w:p>
    <w:p w14:paraId="4293F01B" w14:textId="777186AC" w:rsidR="000B73EC" w:rsidRPr="005E5CC4" w:rsidRDefault="000B73EC" w:rsidP="000B73EC">
      <w:pPr>
        <w:pStyle w:val="Heading2"/>
        <w:spacing w:before="0"/>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lastRenderedPageBreak/>
        <w:t xml:space="preserve">R1 - Arhitectura </w:t>
      </w:r>
      <w:r w:rsidR="00834373">
        <w:rPr>
          <w:rFonts w:ascii="Times New Roman" w:hAnsi="Times New Roman" w:cs="Times New Roman"/>
          <w:color w:val="auto"/>
          <w:sz w:val="24"/>
          <w:szCs w:val="24"/>
          <w:lang w:val="ro-RO"/>
        </w:rPr>
        <w:t xml:space="preserve">funcțională </w:t>
      </w:r>
      <w:r w:rsidRPr="005E5CC4">
        <w:rPr>
          <w:rFonts w:ascii="Times New Roman" w:hAnsi="Times New Roman" w:cs="Times New Roman"/>
          <w:color w:val="auto"/>
          <w:sz w:val="24"/>
          <w:szCs w:val="24"/>
          <w:lang w:val="ro-RO"/>
        </w:rPr>
        <w:t>și specificațiile platformei inteligente de propulsie hibridă pneumatică</w:t>
      </w:r>
    </w:p>
    <w:p w14:paraId="406F22C3" w14:textId="58EF9352" w:rsidR="000B73EC" w:rsidRPr="00DA2080" w:rsidRDefault="000B73EC" w:rsidP="000B73EC">
      <w:pPr>
        <w:keepNext/>
        <w:rPr>
          <w:rFonts w:ascii="Times New Roman" w:hAnsi="Times New Roman" w:cs="Times New Roman"/>
          <w:iCs/>
          <w:color w:val="auto"/>
          <w:sz w:val="24"/>
          <w:szCs w:val="24"/>
          <w:lang w:val="ro-RO"/>
        </w:rPr>
      </w:pPr>
      <w:r w:rsidRPr="00DA2080">
        <w:rPr>
          <w:rFonts w:ascii="Times New Roman" w:hAnsi="Times New Roman" w:cs="Times New Roman"/>
          <w:iCs/>
          <w:color w:val="auto"/>
          <w:sz w:val="24"/>
          <w:szCs w:val="24"/>
          <w:lang w:val="ro-RO"/>
        </w:rPr>
        <w:t xml:space="preserve">Orientare tehnică: cerințe, arhitectură funcțională, </w:t>
      </w:r>
      <w:r w:rsidR="00C04FD4">
        <w:rPr>
          <w:rFonts w:ascii="Times New Roman" w:hAnsi="Times New Roman" w:cs="Times New Roman"/>
          <w:iCs/>
          <w:color w:val="auto"/>
          <w:sz w:val="24"/>
          <w:szCs w:val="24"/>
          <w:lang w:val="ro-RO"/>
        </w:rPr>
        <w:t>modelare geometrică și funcțională</w:t>
      </w:r>
      <w:r w:rsidRPr="00DA2080">
        <w:rPr>
          <w:rFonts w:ascii="Times New Roman" w:hAnsi="Times New Roman" w:cs="Times New Roman"/>
          <w:iCs/>
          <w:color w:val="auto"/>
          <w:sz w:val="24"/>
          <w:szCs w:val="24"/>
          <w:lang w:val="ro-RO"/>
        </w:rPr>
        <w:t xml:space="preserve">, interfețe și criterii </w:t>
      </w:r>
      <w:proofErr w:type="spellStart"/>
      <w:r w:rsidRPr="00DA2080">
        <w:rPr>
          <w:rFonts w:ascii="Times New Roman" w:hAnsi="Times New Roman" w:cs="Times New Roman"/>
          <w:iCs/>
          <w:color w:val="auto"/>
          <w:sz w:val="24"/>
          <w:szCs w:val="24"/>
          <w:lang w:val="ro-RO"/>
        </w:rPr>
        <w:t>tehnico</w:t>
      </w:r>
      <w:proofErr w:type="spellEnd"/>
      <w:r w:rsidRPr="00DA2080">
        <w:rPr>
          <w:rFonts w:ascii="Times New Roman" w:hAnsi="Times New Roman" w:cs="Times New Roman"/>
          <w:iCs/>
          <w:color w:val="auto"/>
          <w:sz w:val="24"/>
          <w:szCs w:val="24"/>
          <w:lang w:val="ro-RO"/>
        </w:rPr>
        <w:t>-economice validate  |  Traseu orientativ: TRL 4 -&gt; TRL 5</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6638"/>
      </w:tblGrid>
      <w:tr w:rsidR="000B73EC" w:rsidRPr="005E5CC4" w14:paraId="76471C9B" w14:textId="77777777" w:rsidTr="00DA2080">
        <w:trPr>
          <w:cantSplit/>
        </w:trPr>
        <w:tc>
          <w:tcPr>
            <w:tcW w:w="3000" w:type="dxa"/>
            <w:shd w:val="clear" w:color="auto" w:fill="F7F9FC"/>
            <w:tcMar>
              <w:top w:w="90" w:type="dxa"/>
              <w:left w:w="120" w:type="dxa"/>
              <w:bottom w:w="90" w:type="dxa"/>
              <w:right w:w="120" w:type="dxa"/>
            </w:tcMar>
            <w:vAlign w:val="center"/>
          </w:tcPr>
          <w:p w14:paraId="02955C59"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Formularea propusă a rezultatului</w:t>
            </w:r>
          </w:p>
        </w:tc>
        <w:tc>
          <w:tcPr>
            <w:tcW w:w="6638" w:type="dxa"/>
            <w:tcMar>
              <w:top w:w="90" w:type="dxa"/>
              <w:left w:w="120" w:type="dxa"/>
              <w:bottom w:w="90" w:type="dxa"/>
              <w:right w:w="120" w:type="dxa"/>
            </w:tcMar>
            <w:vAlign w:val="center"/>
          </w:tcPr>
          <w:p w14:paraId="37047D14"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descriere tehnică precisă, fără rezultate administrative/comerciale]</w:t>
            </w:r>
          </w:p>
          <w:p w14:paraId="423F2B54"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p w14:paraId="0C6E15CD"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2998559F" w14:textId="77777777" w:rsidTr="00DA2080">
        <w:trPr>
          <w:cantSplit/>
        </w:trPr>
        <w:tc>
          <w:tcPr>
            <w:tcW w:w="3000" w:type="dxa"/>
            <w:shd w:val="clear" w:color="auto" w:fill="F7F9FC"/>
            <w:tcMar>
              <w:top w:w="90" w:type="dxa"/>
              <w:left w:w="120" w:type="dxa"/>
              <w:bottom w:w="90" w:type="dxa"/>
              <w:right w:w="120" w:type="dxa"/>
            </w:tcMar>
            <w:vAlign w:val="center"/>
          </w:tcPr>
          <w:p w14:paraId="21215CEC"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Contribuția concretă a IMM-ului</w:t>
            </w:r>
          </w:p>
        </w:tc>
        <w:tc>
          <w:tcPr>
            <w:tcW w:w="6638" w:type="dxa"/>
            <w:tcMar>
              <w:top w:w="90" w:type="dxa"/>
              <w:left w:w="120" w:type="dxa"/>
              <w:bottom w:w="90" w:type="dxa"/>
              <w:right w:w="120" w:type="dxa"/>
            </w:tcMar>
            <w:vAlign w:val="center"/>
          </w:tcPr>
          <w:p w14:paraId="17F691E5"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ce dezvoltă, integrează, testează sau validează IMM-ul; delimitarea față de lider]</w:t>
            </w:r>
          </w:p>
          <w:p w14:paraId="6947AE98"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p w14:paraId="7E01E418"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0FB28BB1" w14:textId="77777777" w:rsidTr="00DA2080">
        <w:trPr>
          <w:cantSplit/>
        </w:trPr>
        <w:tc>
          <w:tcPr>
            <w:tcW w:w="3000" w:type="dxa"/>
            <w:shd w:val="clear" w:color="auto" w:fill="F7F9FC"/>
            <w:tcMar>
              <w:top w:w="90" w:type="dxa"/>
              <w:left w:w="120" w:type="dxa"/>
              <w:bottom w:w="90" w:type="dxa"/>
              <w:right w:w="120" w:type="dxa"/>
            </w:tcMar>
            <w:vAlign w:val="center"/>
          </w:tcPr>
          <w:p w14:paraId="541973A0"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Activități/</w:t>
            </w:r>
            <w:proofErr w:type="spellStart"/>
            <w:r w:rsidRPr="005E5CC4">
              <w:rPr>
                <w:rFonts w:ascii="Times New Roman" w:hAnsi="Times New Roman" w:cs="Times New Roman"/>
                <w:b/>
                <w:color w:val="auto"/>
                <w:sz w:val="24"/>
                <w:szCs w:val="24"/>
                <w:lang w:val="ro-RO"/>
              </w:rPr>
              <w:t>subactivități</w:t>
            </w:r>
            <w:proofErr w:type="spellEnd"/>
            <w:r w:rsidRPr="005E5CC4">
              <w:rPr>
                <w:rFonts w:ascii="Times New Roman" w:hAnsi="Times New Roman" w:cs="Times New Roman"/>
                <w:b/>
                <w:color w:val="auto"/>
                <w:sz w:val="24"/>
                <w:szCs w:val="24"/>
                <w:lang w:val="ro-RO"/>
              </w:rPr>
              <w:t xml:space="preserve"> asociate</w:t>
            </w:r>
          </w:p>
        </w:tc>
        <w:tc>
          <w:tcPr>
            <w:tcW w:w="6638" w:type="dxa"/>
            <w:tcMar>
              <w:top w:w="90" w:type="dxa"/>
              <w:left w:w="120" w:type="dxa"/>
              <w:bottom w:w="90" w:type="dxa"/>
              <w:right w:w="120" w:type="dxa"/>
            </w:tcMar>
            <w:vAlign w:val="center"/>
          </w:tcPr>
          <w:p w14:paraId="6F75AA2C"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codurile A/</w:t>
            </w:r>
            <w:proofErr w:type="spellStart"/>
            <w:r w:rsidRPr="00DA2080">
              <w:rPr>
                <w:rFonts w:ascii="Times New Roman" w:hAnsi="Times New Roman" w:cs="Times New Roman"/>
                <w:iCs/>
                <w:color w:val="auto"/>
                <w:sz w:val="24"/>
                <w:szCs w:val="24"/>
                <w:highlight w:val="yellow"/>
                <w:lang w:val="ro-RO"/>
              </w:rPr>
              <w:t>subactivităților</w:t>
            </w:r>
            <w:proofErr w:type="spellEnd"/>
            <w:r w:rsidRPr="00DA2080">
              <w:rPr>
                <w:rFonts w:ascii="Times New Roman" w:hAnsi="Times New Roman" w:cs="Times New Roman"/>
                <w:iCs/>
                <w:color w:val="auto"/>
                <w:sz w:val="24"/>
                <w:szCs w:val="24"/>
                <w:highlight w:val="yellow"/>
                <w:lang w:val="ro-RO"/>
              </w:rPr>
              <w:t xml:space="preserve"> și succesiunea lor]</w:t>
            </w:r>
          </w:p>
          <w:p w14:paraId="100E4D27"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12A01118" w14:textId="77777777" w:rsidTr="00DA2080">
        <w:trPr>
          <w:cantSplit/>
        </w:trPr>
        <w:tc>
          <w:tcPr>
            <w:tcW w:w="3000" w:type="dxa"/>
            <w:shd w:val="clear" w:color="auto" w:fill="F7F9FC"/>
            <w:tcMar>
              <w:top w:w="90" w:type="dxa"/>
              <w:left w:w="120" w:type="dxa"/>
              <w:bottom w:w="90" w:type="dxa"/>
              <w:right w:w="120" w:type="dxa"/>
            </w:tcMar>
            <w:vAlign w:val="center"/>
          </w:tcPr>
          <w:p w14:paraId="4FA5B375"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TRL inițial -&gt; TRL final</w:t>
            </w:r>
          </w:p>
        </w:tc>
        <w:tc>
          <w:tcPr>
            <w:tcW w:w="6638" w:type="dxa"/>
            <w:tcMar>
              <w:top w:w="90" w:type="dxa"/>
              <w:left w:w="120" w:type="dxa"/>
              <w:bottom w:w="90" w:type="dxa"/>
              <w:right w:w="120" w:type="dxa"/>
            </w:tcMar>
            <w:vAlign w:val="center"/>
          </w:tcPr>
          <w:p w14:paraId="22E26526"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nivelul la intrarea în activitate, nivelul la obținerea rezultatului și dovada nivelului inițial]</w:t>
            </w:r>
          </w:p>
          <w:p w14:paraId="624F2DE2"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09C578B7" w14:textId="77777777" w:rsidTr="00DA2080">
        <w:trPr>
          <w:cantSplit/>
        </w:trPr>
        <w:tc>
          <w:tcPr>
            <w:tcW w:w="3000" w:type="dxa"/>
            <w:shd w:val="clear" w:color="auto" w:fill="F7F9FC"/>
            <w:tcMar>
              <w:top w:w="90" w:type="dxa"/>
              <w:left w:w="120" w:type="dxa"/>
              <w:bottom w:w="90" w:type="dxa"/>
              <w:right w:w="120" w:type="dxa"/>
            </w:tcMar>
            <w:vAlign w:val="center"/>
          </w:tcPr>
          <w:p w14:paraId="21BC7EF7"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Perioadă și termen</w:t>
            </w:r>
          </w:p>
        </w:tc>
        <w:tc>
          <w:tcPr>
            <w:tcW w:w="6638" w:type="dxa"/>
            <w:tcMar>
              <w:top w:w="90" w:type="dxa"/>
              <w:left w:w="120" w:type="dxa"/>
              <w:bottom w:w="90" w:type="dxa"/>
              <w:right w:w="120" w:type="dxa"/>
            </w:tcMar>
            <w:vAlign w:val="center"/>
          </w:tcPr>
          <w:p w14:paraId="575F9AE0"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M...-M...; pentru indicatorul de etapă se va indica ulterior o dată calendaristică]</w:t>
            </w:r>
          </w:p>
        </w:tc>
      </w:tr>
      <w:tr w:rsidR="000B73EC" w:rsidRPr="005E5CC4" w14:paraId="76866F74" w14:textId="77777777" w:rsidTr="00DA2080">
        <w:trPr>
          <w:cantSplit/>
        </w:trPr>
        <w:tc>
          <w:tcPr>
            <w:tcW w:w="3000" w:type="dxa"/>
            <w:shd w:val="clear" w:color="auto" w:fill="F7F9FC"/>
            <w:tcMar>
              <w:top w:w="90" w:type="dxa"/>
              <w:left w:w="120" w:type="dxa"/>
              <w:bottom w:w="90" w:type="dxa"/>
              <w:right w:w="120" w:type="dxa"/>
            </w:tcMar>
            <w:vAlign w:val="center"/>
          </w:tcPr>
          <w:p w14:paraId="77B4C930"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KPI tehnici și ținte finale</w:t>
            </w:r>
          </w:p>
        </w:tc>
        <w:tc>
          <w:tcPr>
            <w:tcW w:w="6638" w:type="dxa"/>
            <w:tcMar>
              <w:top w:w="90" w:type="dxa"/>
              <w:left w:w="120" w:type="dxa"/>
              <w:bottom w:w="90" w:type="dxa"/>
              <w:right w:w="120" w:type="dxa"/>
            </w:tcMar>
            <w:vAlign w:val="center"/>
          </w:tcPr>
          <w:p w14:paraId="6D9725EE"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minimum 2 indicatori cu unitate de măsură, valoare de bază și valoare țintă]</w:t>
            </w:r>
          </w:p>
          <w:p w14:paraId="5A970017"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p w14:paraId="6DEB4A18"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71D1F035" w14:textId="77777777" w:rsidTr="00DA2080">
        <w:trPr>
          <w:cantSplit/>
        </w:trPr>
        <w:tc>
          <w:tcPr>
            <w:tcW w:w="3000" w:type="dxa"/>
            <w:shd w:val="clear" w:color="auto" w:fill="F7F9FC"/>
            <w:tcMar>
              <w:top w:w="90" w:type="dxa"/>
              <w:left w:w="120" w:type="dxa"/>
              <w:bottom w:w="90" w:type="dxa"/>
              <w:right w:w="120" w:type="dxa"/>
            </w:tcMar>
            <w:vAlign w:val="center"/>
          </w:tcPr>
          <w:p w14:paraId="1E6EB558"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Criteriu de acceptare/validare</w:t>
            </w:r>
          </w:p>
        </w:tc>
        <w:tc>
          <w:tcPr>
            <w:tcW w:w="6638" w:type="dxa"/>
            <w:tcMar>
              <w:top w:w="90" w:type="dxa"/>
              <w:left w:w="120" w:type="dxa"/>
              <w:bottom w:w="90" w:type="dxa"/>
              <w:right w:w="120" w:type="dxa"/>
            </w:tcMar>
            <w:vAlign w:val="center"/>
          </w:tcPr>
          <w:p w14:paraId="182FC2B8"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condiția obiectivă care confirmă că rezultatul este realizat]</w:t>
            </w:r>
          </w:p>
          <w:p w14:paraId="7B4DC6D6"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33A2AFE0" w14:textId="77777777" w:rsidTr="00DA2080">
        <w:trPr>
          <w:cantSplit/>
        </w:trPr>
        <w:tc>
          <w:tcPr>
            <w:tcW w:w="3000" w:type="dxa"/>
            <w:shd w:val="clear" w:color="auto" w:fill="F7F9FC"/>
            <w:tcMar>
              <w:top w:w="90" w:type="dxa"/>
              <w:left w:w="120" w:type="dxa"/>
              <w:bottom w:w="90" w:type="dxa"/>
              <w:right w:w="120" w:type="dxa"/>
            </w:tcMar>
            <w:vAlign w:val="center"/>
          </w:tcPr>
          <w:p w14:paraId="1DF913D2"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Documente/dovezi</w:t>
            </w:r>
          </w:p>
        </w:tc>
        <w:tc>
          <w:tcPr>
            <w:tcW w:w="6638" w:type="dxa"/>
            <w:tcMar>
              <w:top w:w="90" w:type="dxa"/>
              <w:left w:w="120" w:type="dxa"/>
              <w:bottom w:w="90" w:type="dxa"/>
              <w:right w:w="120" w:type="dxa"/>
            </w:tcMar>
            <w:vAlign w:val="center"/>
          </w:tcPr>
          <w:p w14:paraId="777A2EC9"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raport, protocol de test, proces-verbal, fișier tehnic, prototip, fotografii, certificat etc.]</w:t>
            </w:r>
          </w:p>
          <w:p w14:paraId="2561CA82"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4622EE28" w14:textId="77777777" w:rsidTr="00DA2080">
        <w:trPr>
          <w:cantSplit/>
        </w:trPr>
        <w:tc>
          <w:tcPr>
            <w:tcW w:w="3000" w:type="dxa"/>
            <w:shd w:val="clear" w:color="auto" w:fill="F7F9FC"/>
            <w:tcMar>
              <w:top w:w="90" w:type="dxa"/>
              <w:left w:w="120" w:type="dxa"/>
              <w:bottom w:w="90" w:type="dxa"/>
              <w:right w:w="120" w:type="dxa"/>
            </w:tcMar>
            <w:vAlign w:val="center"/>
          </w:tcPr>
          <w:p w14:paraId="0341E544"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Responsabil, locație și resurse</w:t>
            </w:r>
          </w:p>
        </w:tc>
        <w:tc>
          <w:tcPr>
            <w:tcW w:w="6638" w:type="dxa"/>
            <w:tcMar>
              <w:top w:w="90" w:type="dxa"/>
              <w:left w:w="120" w:type="dxa"/>
              <w:bottom w:w="90" w:type="dxa"/>
              <w:right w:w="120" w:type="dxa"/>
            </w:tcMar>
            <w:vAlign w:val="center"/>
          </w:tcPr>
          <w:p w14:paraId="120520B9"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persoană/rol; locația fizică; echipamente și infrastructură utilizate]</w:t>
            </w:r>
          </w:p>
          <w:p w14:paraId="69C50377"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5CEAC66E" w14:textId="77777777" w:rsidTr="00DA2080">
        <w:trPr>
          <w:cantSplit/>
        </w:trPr>
        <w:tc>
          <w:tcPr>
            <w:tcW w:w="3000" w:type="dxa"/>
            <w:shd w:val="clear" w:color="auto" w:fill="F7F9FC"/>
            <w:tcMar>
              <w:top w:w="90" w:type="dxa"/>
              <w:left w:w="120" w:type="dxa"/>
              <w:bottom w:w="90" w:type="dxa"/>
              <w:right w:w="120" w:type="dxa"/>
            </w:tcMar>
            <w:vAlign w:val="center"/>
          </w:tcPr>
          <w:p w14:paraId="45174D06"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Buget aferent</w:t>
            </w:r>
          </w:p>
        </w:tc>
        <w:tc>
          <w:tcPr>
            <w:tcW w:w="6638" w:type="dxa"/>
            <w:tcMar>
              <w:top w:w="90" w:type="dxa"/>
              <w:left w:w="120" w:type="dxa"/>
              <w:bottom w:w="90" w:type="dxa"/>
              <w:right w:w="120" w:type="dxa"/>
            </w:tcMar>
            <w:vAlign w:val="center"/>
          </w:tcPr>
          <w:p w14:paraId="29F2A683"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valoare estimată și capitolul/categoria din macheta financiară]</w:t>
            </w:r>
          </w:p>
        </w:tc>
      </w:tr>
    </w:tbl>
    <w:p w14:paraId="35CB57CF"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54F45E9D" w14:textId="77777777" w:rsidR="000B73EC" w:rsidRPr="005E5CC4" w:rsidRDefault="000B73EC" w:rsidP="000B73EC">
      <w:pP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br w:type="page"/>
      </w:r>
    </w:p>
    <w:p w14:paraId="3DDE92A3" w14:textId="4141E30B" w:rsidR="000B73EC" w:rsidRPr="005E5CC4" w:rsidRDefault="000B73EC" w:rsidP="000B73EC">
      <w:pPr>
        <w:pStyle w:val="Heading2"/>
        <w:spacing w:before="0"/>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lastRenderedPageBreak/>
        <w:t xml:space="preserve">R2 - </w:t>
      </w:r>
      <w:r w:rsidR="002815B0">
        <w:rPr>
          <w:rFonts w:ascii="Times New Roman" w:hAnsi="Times New Roman" w:cs="Times New Roman"/>
          <w:color w:val="auto"/>
          <w:sz w:val="24"/>
          <w:szCs w:val="24"/>
          <w:lang w:val="ro-RO"/>
        </w:rPr>
        <w:t xml:space="preserve">Modele funcționale </w:t>
      </w:r>
      <w:r w:rsidRPr="005E5CC4">
        <w:rPr>
          <w:rFonts w:ascii="Times New Roman" w:hAnsi="Times New Roman" w:cs="Times New Roman"/>
          <w:color w:val="auto"/>
          <w:sz w:val="24"/>
          <w:szCs w:val="24"/>
          <w:lang w:val="ro-RO"/>
        </w:rPr>
        <w:t>al</w:t>
      </w:r>
      <w:r w:rsidR="00841C2F">
        <w:rPr>
          <w:rFonts w:ascii="Times New Roman" w:hAnsi="Times New Roman" w:cs="Times New Roman"/>
          <w:color w:val="auto"/>
          <w:sz w:val="24"/>
          <w:szCs w:val="24"/>
          <w:lang w:val="ro-RO"/>
        </w:rPr>
        <w:t>e</w:t>
      </w:r>
      <w:r w:rsidRPr="005E5CC4">
        <w:rPr>
          <w:rFonts w:ascii="Times New Roman" w:hAnsi="Times New Roman" w:cs="Times New Roman"/>
          <w:color w:val="auto"/>
          <w:sz w:val="24"/>
          <w:szCs w:val="24"/>
          <w:lang w:val="ro-RO"/>
        </w:rPr>
        <w:t xml:space="preserve"> </w:t>
      </w:r>
      <w:r w:rsidR="00205319">
        <w:rPr>
          <w:rFonts w:ascii="Times New Roman" w:hAnsi="Times New Roman" w:cs="Times New Roman"/>
          <w:color w:val="auto"/>
          <w:sz w:val="24"/>
          <w:szCs w:val="24"/>
          <w:lang w:val="ro-RO"/>
        </w:rPr>
        <w:t xml:space="preserve">elementelor și </w:t>
      </w:r>
      <w:r w:rsidRPr="005E5CC4">
        <w:rPr>
          <w:rFonts w:ascii="Times New Roman" w:hAnsi="Times New Roman" w:cs="Times New Roman"/>
          <w:color w:val="auto"/>
          <w:sz w:val="24"/>
          <w:szCs w:val="24"/>
          <w:lang w:val="ro-RO"/>
        </w:rPr>
        <w:t>subsistemelor</w:t>
      </w:r>
      <w:r w:rsidR="00205319">
        <w:rPr>
          <w:rFonts w:ascii="Times New Roman" w:hAnsi="Times New Roman" w:cs="Times New Roman"/>
          <w:color w:val="auto"/>
          <w:sz w:val="24"/>
          <w:szCs w:val="24"/>
          <w:lang w:val="ro-RO"/>
        </w:rPr>
        <w:t xml:space="preserve"> integrate în sistemul</w:t>
      </w:r>
      <w:r w:rsidRPr="005E5CC4">
        <w:rPr>
          <w:rFonts w:ascii="Times New Roman" w:hAnsi="Times New Roman" w:cs="Times New Roman"/>
          <w:color w:val="auto"/>
          <w:sz w:val="24"/>
          <w:szCs w:val="24"/>
          <w:lang w:val="ro-RO"/>
        </w:rPr>
        <w:t xml:space="preserve"> de propulsie</w:t>
      </w:r>
    </w:p>
    <w:p w14:paraId="1EAC5CBF" w14:textId="77777777" w:rsidR="000B73EC" w:rsidRPr="00DA2080" w:rsidRDefault="000B73EC" w:rsidP="000B73EC">
      <w:pPr>
        <w:keepNext/>
        <w:rPr>
          <w:rFonts w:ascii="Times New Roman" w:hAnsi="Times New Roman" w:cs="Times New Roman"/>
          <w:iCs/>
          <w:color w:val="auto"/>
          <w:sz w:val="24"/>
          <w:szCs w:val="24"/>
          <w:lang w:val="ro-RO"/>
        </w:rPr>
      </w:pPr>
      <w:r w:rsidRPr="00DA2080">
        <w:rPr>
          <w:rFonts w:ascii="Times New Roman" w:hAnsi="Times New Roman" w:cs="Times New Roman"/>
          <w:iCs/>
          <w:color w:val="auto"/>
          <w:sz w:val="24"/>
          <w:szCs w:val="24"/>
          <w:lang w:val="ro-RO"/>
        </w:rPr>
        <w:t>Orientare tehnică: componente pneumatice, mecanice, electrice/electronice integrate și validate în mediu relevant  |  Traseu orientativ: TRL 5 -&gt; TRL 6</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6638"/>
      </w:tblGrid>
      <w:tr w:rsidR="000B73EC" w:rsidRPr="005E5CC4" w14:paraId="123E0C60" w14:textId="77777777" w:rsidTr="00DA2080">
        <w:trPr>
          <w:cantSplit/>
        </w:trPr>
        <w:tc>
          <w:tcPr>
            <w:tcW w:w="3000" w:type="dxa"/>
            <w:shd w:val="clear" w:color="auto" w:fill="F7F9FC"/>
            <w:tcMar>
              <w:top w:w="90" w:type="dxa"/>
              <w:left w:w="120" w:type="dxa"/>
              <w:bottom w:w="90" w:type="dxa"/>
              <w:right w:w="120" w:type="dxa"/>
            </w:tcMar>
            <w:vAlign w:val="center"/>
          </w:tcPr>
          <w:p w14:paraId="556EC395"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Formularea propusă a rezultatului</w:t>
            </w:r>
          </w:p>
        </w:tc>
        <w:tc>
          <w:tcPr>
            <w:tcW w:w="6638" w:type="dxa"/>
            <w:tcMar>
              <w:top w:w="90" w:type="dxa"/>
              <w:left w:w="120" w:type="dxa"/>
              <w:bottom w:w="90" w:type="dxa"/>
              <w:right w:w="120" w:type="dxa"/>
            </w:tcMar>
            <w:vAlign w:val="center"/>
          </w:tcPr>
          <w:p w14:paraId="15520DD0"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descriere tehnică precisă, fără rezultate administrative/comerciale]</w:t>
            </w:r>
          </w:p>
          <w:p w14:paraId="07E8A082"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p w14:paraId="02625AB2"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6AA5A8AD" w14:textId="77777777" w:rsidTr="00DA2080">
        <w:trPr>
          <w:cantSplit/>
        </w:trPr>
        <w:tc>
          <w:tcPr>
            <w:tcW w:w="3000" w:type="dxa"/>
            <w:shd w:val="clear" w:color="auto" w:fill="F7F9FC"/>
            <w:tcMar>
              <w:top w:w="90" w:type="dxa"/>
              <w:left w:w="120" w:type="dxa"/>
              <w:bottom w:w="90" w:type="dxa"/>
              <w:right w:w="120" w:type="dxa"/>
            </w:tcMar>
            <w:vAlign w:val="center"/>
          </w:tcPr>
          <w:p w14:paraId="716D6AB5"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Contribuția concretă a IMM-ului</w:t>
            </w:r>
          </w:p>
        </w:tc>
        <w:tc>
          <w:tcPr>
            <w:tcW w:w="6638" w:type="dxa"/>
            <w:tcMar>
              <w:top w:w="90" w:type="dxa"/>
              <w:left w:w="120" w:type="dxa"/>
              <w:bottom w:w="90" w:type="dxa"/>
              <w:right w:w="120" w:type="dxa"/>
            </w:tcMar>
            <w:vAlign w:val="center"/>
          </w:tcPr>
          <w:p w14:paraId="0DA39C91"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ce dezvoltă, integrează, testează sau validează IMM-ul; delimitarea față de lider]</w:t>
            </w:r>
          </w:p>
          <w:p w14:paraId="58BA0F10"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p w14:paraId="74E0AEFA"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10CF7F67" w14:textId="77777777" w:rsidTr="00DA2080">
        <w:trPr>
          <w:cantSplit/>
        </w:trPr>
        <w:tc>
          <w:tcPr>
            <w:tcW w:w="3000" w:type="dxa"/>
            <w:shd w:val="clear" w:color="auto" w:fill="F7F9FC"/>
            <w:tcMar>
              <w:top w:w="90" w:type="dxa"/>
              <w:left w:w="120" w:type="dxa"/>
              <w:bottom w:w="90" w:type="dxa"/>
              <w:right w:w="120" w:type="dxa"/>
            </w:tcMar>
            <w:vAlign w:val="center"/>
          </w:tcPr>
          <w:p w14:paraId="7044D86D"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Activități/</w:t>
            </w:r>
            <w:proofErr w:type="spellStart"/>
            <w:r w:rsidRPr="005E5CC4">
              <w:rPr>
                <w:rFonts w:ascii="Times New Roman" w:hAnsi="Times New Roman" w:cs="Times New Roman"/>
                <w:b/>
                <w:color w:val="auto"/>
                <w:sz w:val="24"/>
                <w:szCs w:val="24"/>
                <w:lang w:val="ro-RO"/>
              </w:rPr>
              <w:t>subactivități</w:t>
            </w:r>
            <w:proofErr w:type="spellEnd"/>
            <w:r w:rsidRPr="005E5CC4">
              <w:rPr>
                <w:rFonts w:ascii="Times New Roman" w:hAnsi="Times New Roman" w:cs="Times New Roman"/>
                <w:b/>
                <w:color w:val="auto"/>
                <w:sz w:val="24"/>
                <w:szCs w:val="24"/>
                <w:lang w:val="ro-RO"/>
              </w:rPr>
              <w:t xml:space="preserve"> asociate</w:t>
            </w:r>
          </w:p>
        </w:tc>
        <w:tc>
          <w:tcPr>
            <w:tcW w:w="6638" w:type="dxa"/>
            <w:tcMar>
              <w:top w:w="90" w:type="dxa"/>
              <w:left w:w="120" w:type="dxa"/>
              <w:bottom w:w="90" w:type="dxa"/>
              <w:right w:w="120" w:type="dxa"/>
            </w:tcMar>
            <w:vAlign w:val="center"/>
          </w:tcPr>
          <w:p w14:paraId="1C2FB6CD"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codurile A/</w:t>
            </w:r>
            <w:proofErr w:type="spellStart"/>
            <w:r w:rsidRPr="00DA2080">
              <w:rPr>
                <w:rFonts w:ascii="Times New Roman" w:hAnsi="Times New Roman" w:cs="Times New Roman"/>
                <w:iCs/>
                <w:color w:val="auto"/>
                <w:sz w:val="24"/>
                <w:szCs w:val="24"/>
                <w:highlight w:val="yellow"/>
                <w:lang w:val="ro-RO"/>
              </w:rPr>
              <w:t>subactivităților</w:t>
            </w:r>
            <w:proofErr w:type="spellEnd"/>
            <w:r w:rsidRPr="00DA2080">
              <w:rPr>
                <w:rFonts w:ascii="Times New Roman" w:hAnsi="Times New Roman" w:cs="Times New Roman"/>
                <w:iCs/>
                <w:color w:val="auto"/>
                <w:sz w:val="24"/>
                <w:szCs w:val="24"/>
                <w:highlight w:val="yellow"/>
                <w:lang w:val="ro-RO"/>
              </w:rPr>
              <w:t xml:space="preserve"> și succesiunea lor]</w:t>
            </w:r>
          </w:p>
          <w:p w14:paraId="6D848AD8"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77EBE240" w14:textId="77777777" w:rsidTr="00DA2080">
        <w:trPr>
          <w:cantSplit/>
        </w:trPr>
        <w:tc>
          <w:tcPr>
            <w:tcW w:w="3000" w:type="dxa"/>
            <w:shd w:val="clear" w:color="auto" w:fill="F7F9FC"/>
            <w:tcMar>
              <w:top w:w="90" w:type="dxa"/>
              <w:left w:w="120" w:type="dxa"/>
              <w:bottom w:w="90" w:type="dxa"/>
              <w:right w:w="120" w:type="dxa"/>
            </w:tcMar>
            <w:vAlign w:val="center"/>
          </w:tcPr>
          <w:p w14:paraId="03573A82"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TRL inițial -&gt; TRL final</w:t>
            </w:r>
          </w:p>
        </w:tc>
        <w:tc>
          <w:tcPr>
            <w:tcW w:w="6638" w:type="dxa"/>
            <w:tcMar>
              <w:top w:w="90" w:type="dxa"/>
              <w:left w:w="120" w:type="dxa"/>
              <w:bottom w:w="90" w:type="dxa"/>
              <w:right w:w="120" w:type="dxa"/>
            </w:tcMar>
            <w:vAlign w:val="center"/>
          </w:tcPr>
          <w:p w14:paraId="446C4785"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nivelul la intrarea în activitate, nivelul la obținerea rezultatului și dovada nivelului inițial]</w:t>
            </w:r>
          </w:p>
          <w:p w14:paraId="09009F4C"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1FCCB401" w14:textId="77777777" w:rsidTr="00DA2080">
        <w:trPr>
          <w:cantSplit/>
        </w:trPr>
        <w:tc>
          <w:tcPr>
            <w:tcW w:w="3000" w:type="dxa"/>
            <w:shd w:val="clear" w:color="auto" w:fill="F7F9FC"/>
            <w:tcMar>
              <w:top w:w="90" w:type="dxa"/>
              <w:left w:w="120" w:type="dxa"/>
              <w:bottom w:w="90" w:type="dxa"/>
              <w:right w:w="120" w:type="dxa"/>
            </w:tcMar>
            <w:vAlign w:val="center"/>
          </w:tcPr>
          <w:p w14:paraId="2F53A192"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Perioadă și termen</w:t>
            </w:r>
          </w:p>
        </w:tc>
        <w:tc>
          <w:tcPr>
            <w:tcW w:w="6638" w:type="dxa"/>
            <w:tcMar>
              <w:top w:w="90" w:type="dxa"/>
              <w:left w:w="120" w:type="dxa"/>
              <w:bottom w:w="90" w:type="dxa"/>
              <w:right w:w="120" w:type="dxa"/>
            </w:tcMar>
            <w:vAlign w:val="center"/>
          </w:tcPr>
          <w:p w14:paraId="366A1C4E"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M...-M...; pentru indicatorul de etapă se va indica ulterior o dată calendaristică]</w:t>
            </w:r>
          </w:p>
        </w:tc>
      </w:tr>
      <w:tr w:rsidR="000B73EC" w:rsidRPr="005E5CC4" w14:paraId="2FAA1461" w14:textId="77777777" w:rsidTr="00DA2080">
        <w:trPr>
          <w:cantSplit/>
        </w:trPr>
        <w:tc>
          <w:tcPr>
            <w:tcW w:w="3000" w:type="dxa"/>
            <w:shd w:val="clear" w:color="auto" w:fill="F7F9FC"/>
            <w:tcMar>
              <w:top w:w="90" w:type="dxa"/>
              <w:left w:w="120" w:type="dxa"/>
              <w:bottom w:w="90" w:type="dxa"/>
              <w:right w:w="120" w:type="dxa"/>
            </w:tcMar>
            <w:vAlign w:val="center"/>
          </w:tcPr>
          <w:p w14:paraId="0B2251C6"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KPI tehnici și ținte finale</w:t>
            </w:r>
          </w:p>
        </w:tc>
        <w:tc>
          <w:tcPr>
            <w:tcW w:w="6638" w:type="dxa"/>
            <w:tcMar>
              <w:top w:w="90" w:type="dxa"/>
              <w:left w:w="120" w:type="dxa"/>
              <w:bottom w:w="90" w:type="dxa"/>
              <w:right w:w="120" w:type="dxa"/>
            </w:tcMar>
            <w:vAlign w:val="center"/>
          </w:tcPr>
          <w:p w14:paraId="3EA7D061"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minimum 2 indicatori cu unitate de măsură, valoare de bază și valoare țintă]</w:t>
            </w:r>
          </w:p>
          <w:p w14:paraId="46F1DC99"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p w14:paraId="47A8BEBC"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2C06D703" w14:textId="77777777" w:rsidTr="00DA2080">
        <w:trPr>
          <w:cantSplit/>
        </w:trPr>
        <w:tc>
          <w:tcPr>
            <w:tcW w:w="3000" w:type="dxa"/>
            <w:shd w:val="clear" w:color="auto" w:fill="F7F9FC"/>
            <w:tcMar>
              <w:top w:w="90" w:type="dxa"/>
              <w:left w:w="120" w:type="dxa"/>
              <w:bottom w:w="90" w:type="dxa"/>
              <w:right w:w="120" w:type="dxa"/>
            </w:tcMar>
            <w:vAlign w:val="center"/>
          </w:tcPr>
          <w:p w14:paraId="2ADC9E2A"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Criteriu de acceptare/validare</w:t>
            </w:r>
          </w:p>
        </w:tc>
        <w:tc>
          <w:tcPr>
            <w:tcW w:w="6638" w:type="dxa"/>
            <w:tcMar>
              <w:top w:w="90" w:type="dxa"/>
              <w:left w:w="120" w:type="dxa"/>
              <w:bottom w:w="90" w:type="dxa"/>
              <w:right w:w="120" w:type="dxa"/>
            </w:tcMar>
            <w:vAlign w:val="center"/>
          </w:tcPr>
          <w:p w14:paraId="6CAC6B53"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condiția obiectivă care confirmă că rezultatul este realizat]</w:t>
            </w:r>
          </w:p>
          <w:p w14:paraId="2D9E4697"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5C915AEF" w14:textId="77777777" w:rsidTr="00DA2080">
        <w:trPr>
          <w:cantSplit/>
        </w:trPr>
        <w:tc>
          <w:tcPr>
            <w:tcW w:w="3000" w:type="dxa"/>
            <w:shd w:val="clear" w:color="auto" w:fill="F7F9FC"/>
            <w:tcMar>
              <w:top w:w="90" w:type="dxa"/>
              <w:left w:w="120" w:type="dxa"/>
              <w:bottom w:w="90" w:type="dxa"/>
              <w:right w:w="120" w:type="dxa"/>
            </w:tcMar>
            <w:vAlign w:val="center"/>
          </w:tcPr>
          <w:p w14:paraId="1D7364DC"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Documente/dovezi</w:t>
            </w:r>
          </w:p>
        </w:tc>
        <w:tc>
          <w:tcPr>
            <w:tcW w:w="6638" w:type="dxa"/>
            <w:tcMar>
              <w:top w:w="90" w:type="dxa"/>
              <w:left w:w="120" w:type="dxa"/>
              <w:bottom w:w="90" w:type="dxa"/>
              <w:right w:w="120" w:type="dxa"/>
            </w:tcMar>
            <w:vAlign w:val="center"/>
          </w:tcPr>
          <w:p w14:paraId="6EF10C6F"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raport, protocol de test, proces-verbal, fișier tehnic, prototip, fotografii, certificat etc.]</w:t>
            </w:r>
          </w:p>
          <w:p w14:paraId="3076E73A"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70F77414" w14:textId="77777777" w:rsidTr="00DA2080">
        <w:trPr>
          <w:cantSplit/>
        </w:trPr>
        <w:tc>
          <w:tcPr>
            <w:tcW w:w="3000" w:type="dxa"/>
            <w:shd w:val="clear" w:color="auto" w:fill="F7F9FC"/>
            <w:tcMar>
              <w:top w:w="90" w:type="dxa"/>
              <w:left w:w="120" w:type="dxa"/>
              <w:bottom w:w="90" w:type="dxa"/>
              <w:right w:w="120" w:type="dxa"/>
            </w:tcMar>
            <w:vAlign w:val="center"/>
          </w:tcPr>
          <w:p w14:paraId="4F5A6BE0"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Responsabil, locație și resurse</w:t>
            </w:r>
          </w:p>
        </w:tc>
        <w:tc>
          <w:tcPr>
            <w:tcW w:w="6638" w:type="dxa"/>
            <w:tcMar>
              <w:top w:w="90" w:type="dxa"/>
              <w:left w:w="120" w:type="dxa"/>
              <w:bottom w:w="90" w:type="dxa"/>
              <w:right w:w="120" w:type="dxa"/>
            </w:tcMar>
            <w:vAlign w:val="center"/>
          </w:tcPr>
          <w:p w14:paraId="5AE93D2D"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persoană/rol; locația fizică; echipamente și infrastructură utilizate]</w:t>
            </w:r>
          </w:p>
          <w:p w14:paraId="40DCC828"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0CBC53F2" w14:textId="77777777" w:rsidTr="00DA2080">
        <w:trPr>
          <w:cantSplit/>
        </w:trPr>
        <w:tc>
          <w:tcPr>
            <w:tcW w:w="3000" w:type="dxa"/>
            <w:shd w:val="clear" w:color="auto" w:fill="F7F9FC"/>
            <w:tcMar>
              <w:top w:w="90" w:type="dxa"/>
              <w:left w:w="120" w:type="dxa"/>
              <w:bottom w:w="90" w:type="dxa"/>
              <w:right w:w="120" w:type="dxa"/>
            </w:tcMar>
            <w:vAlign w:val="center"/>
          </w:tcPr>
          <w:p w14:paraId="602D2364"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Buget aferent</w:t>
            </w:r>
          </w:p>
        </w:tc>
        <w:tc>
          <w:tcPr>
            <w:tcW w:w="6638" w:type="dxa"/>
            <w:tcMar>
              <w:top w:w="90" w:type="dxa"/>
              <w:left w:w="120" w:type="dxa"/>
              <w:bottom w:w="90" w:type="dxa"/>
              <w:right w:w="120" w:type="dxa"/>
            </w:tcMar>
            <w:vAlign w:val="center"/>
          </w:tcPr>
          <w:p w14:paraId="3EB3A48C"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valoare estimată și capitolul/categoria din macheta financiară]</w:t>
            </w:r>
          </w:p>
        </w:tc>
      </w:tr>
    </w:tbl>
    <w:p w14:paraId="2FED3086"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396B54B4" w14:textId="77777777" w:rsidR="000B73EC" w:rsidRPr="005E5CC4" w:rsidRDefault="000B73EC" w:rsidP="000B73EC">
      <w:pP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br w:type="page"/>
      </w:r>
    </w:p>
    <w:p w14:paraId="659D56EE" w14:textId="77777777" w:rsidR="000B73EC" w:rsidRPr="005E5CC4" w:rsidRDefault="000B73EC" w:rsidP="000B73EC">
      <w:pPr>
        <w:pStyle w:val="Heading2"/>
        <w:spacing w:before="0"/>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lastRenderedPageBreak/>
        <w:t>R3 - Sistemul inteligent de monitorizare, comandă, diagnoză și siguranță</w:t>
      </w:r>
    </w:p>
    <w:p w14:paraId="601CC49F" w14:textId="77777777" w:rsidR="000B73EC" w:rsidRPr="00DA2080" w:rsidRDefault="000B73EC" w:rsidP="000B73EC">
      <w:pPr>
        <w:keepNext/>
        <w:rPr>
          <w:rFonts w:ascii="Times New Roman" w:hAnsi="Times New Roman" w:cs="Times New Roman"/>
          <w:iCs/>
          <w:color w:val="auto"/>
          <w:sz w:val="24"/>
          <w:szCs w:val="24"/>
          <w:lang w:val="ro-RO"/>
        </w:rPr>
      </w:pPr>
      <w:r w:rsidRPr="00DA2080">
        <w:rPr>
          <w:rFonts w:ascii="Times New Roman" w:hAnsi="Times New Roman" w:cs="Times New Roman"/>
          <w:iCs/>
          <w:color w:val="auto"/>
          <w:sz w:val="24"/>
          <w:szCs w:val="24"/>
          <w:lang w:val="ro-RO"/>
        </w:rPr>
        <w:t>Orientare tehnică: senzori, achiziție de date, algoritmi, management energetic și strategii de funcționare sigură  |  Traseu orientativ: TRL 6 -&gt; TRL 7</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6638"/>
      </w:tblGrid>
      <w:tr w:rsidR="000B73EC" w:rsidRPr="005E5CC4" w14:paraId="58647C63" w14:textId="77777777" w:rsidTr="00DA2080">
        <w:trPr>
          <w:cantSplit/>
        </w:trPr>
        <w:tc>
          <w:tcPr>
            <w:tcW w:w="3000" w:type="dxa"/>
            <w:shd w:val="clear" w:color="auto" w:fill="F7F9FC"/>
            <w:tcMar>
              <w:top w:w="90" w:type="dxa"/>
              <w:left w:w="120" w:type="dxa"/>
              <w:bottom w:w="90" w:type="dxa"/>
              <w:right w:w="120" w:type="dxa"/>
            </w:tcMar>
            <w:vAlign w:val="center"/>
          </w:tcPr>
          <w:p w14:paraId="4AAFF1A3"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Formularea propusă a rezultatului</w:t>
            </w:r>
          </w:p>
        </w:tc>
        <w:tc>
          <w:tcPr>
            <w:tcW w:w="6638" w:type="dxa"/>
            <w:tcMar>
              <w:top w:w="90" w:type="dxa"/>
              <w:left w:w="120" w:type="dxa"/>
              <w:bottom w:w="90" w:type="dxa"/>
              <w:right w:w="120" w:type="dxa"/>
            </w:tcMar>
            <w:vAlign w:val="center"/>
          </w:tcPr>
          <w:p w14:paraId="5AD5C6F1"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descriere tehnică precisă, fără rezultate administrative/comerciale]</w:t>
            </w:r>
          </w:p>
          <w:p w14:paraId="563DE564"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p w14:paraId="1F95FF01"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3CCDDAAF" w14:textId="77777777" w:rsidTr="00DA2080">
        <w:trPr>
          <w:cantSplit/>
        </w:trPr>
        <w:tc>
          <w:tcPr>
            <w:tcW w:w="3000" w:type="dxa"/>
            <w:shd w:val="clear" w:color="auto" w:fill="F7F9FC"/>
            <w:tcMar>
              <w:top w:w="90" w:type="dxa"/>
              <w:left w:w="120" w:type="dxa"/>
              <w:bottom w:w="90" w:type="dxa"/>
              <w:right w:w="120" w:type="dxa"/>
            </w:tcMar>
            <w:vAlign w:val="center"/>
          </w:tcPr>
          <w:p w14:paraId="2204D68E"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Contribuția concretă a IMM-ului</w:t>
            </w:r>
          </w:p>
        </w:tc>
        <w:tc>
          <w:tcPr>
            <w:tcW w:w="6638" w:type="dxa"/>
            <w:tcMar>
              <w:top w:w="90" w:type="dxa"/>
              <w:left w:w="120" w:type="dxa"/>
              <w:bottom w:w="90" w:type="dxa"/>
              <w:right w:w="120" w:type="dxa"/>
            </w:tcMar>
            <w:vAlign w:val="center"/>
          </w:tcPr>
          <w:p w14:paraId="2EA7D157"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ce dezvoltă, integrează, testează sau validează IMM-ul; delimitarea față de lider]</w:t>
            </w:r>
          </w:p>
          <w:p w14:paraId="7716C294"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p w14:paraId="3F33AF03"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0E45FE2D" w14:textId="77777777" w:rsidTr="00DA2080">
        <w:trPr>
          <w:cantSplit/>
        </w:trPr>
        <w:tc>
          <w:tcPr>
            <w:tcW w:w="3000" w:type="dxa"/>
            <w:shd w:val="clear" w:color="auto" w:fill="F7F9FC"/>
            <w:tcMar>
              <w:top w:w="90" w:type="dxa"/>
              <w:left w:w="120" w:type="dxa"/>
              <w:bottom w:w="90" w:type="dxa"/>
              <w:right w:w="120" w:type="dxa"/>
            </w:tcMar>
            <w:vAlign w:val="center"/>
          </w:tcPr>
          <w:p w14:paraId="404B4830"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Activități/</w:t>
            </w:r>
            <w:proofErr w:type="spellStart"/>
            <w:r w:rsidRPr="005E5CC4">
              <w:rPr>
                <w:rFonts w:ascii="Times New Roman" w:hAnsi="Times New Roman" w:cs="Times New Roman"/>
                <w:b/>
                <w:color w:val="auto"/>
                <w:sz w:val="24"/>
                <w:szCs w:val="24"/>
                <w:lang w:val="ro-RO"/>
              </w:rPr>
              <w:t>subactivități</w:t>
            </w:r>
            <w:proofErr w:type="spellEnd"/>
            <w:r w:rsidRPr="005E5CC4">
              <w:rPr>
                <w:rFonts w:ascii="Times New Roman" w:hAnsi="Times New Roman" w:cs="Times New Roman"/>
                <w:b/>
                <w:color w:val="auto"/>
                <w:sz w:val="24"/>
                <w:szCs w:val="24"/>
                <w:lang w:val="ro-RO"/>
              </w:rPr>
              <w:t xml:space="preserve"> asociate</w:t>
            </w:r>
          </w:p>
        </w:tc>
        <w:tc>
          <w:tcPr>
            <w:tcW w:w="6638" w:type="dxa"/>
            <w:tcMar>
              <w:top w:w="90" w:type="dxa"/>
              <w:left w:w="120" w:type="dxa"/>
              <w:bottom w:w="90" w:type="dxa"/>
              <w:right w:w="120" w:type="dxa"/>
            </w:tcMar>
            <w:vAlign w:val="center"/>
          </w:tcPr>
          <w:p w14:paraId="231D2066"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codurile A/</w:t>
            </w:r>
            <w:proofErr w:type="spellStart"/>
            <w:r w:rsidRPr="00DA2080">
              <w:rPr>
                <w:rFonts w:ascii="Times New Roman" w:hAnsi="Times New Roman" w:cs="Times New Roman"/>
                <w:iCs/>
                <w:color w:val="auto"/>
                <w:sz w:val="24"/>
                <w:szCs w:val="24"/>
                <w:highlight w:val="yellow"/>
                <w:lang w:val="ro-RO"/>
              </w:rPr>
              <w:t>subactivităților</w:t>
            </w:r>
            <w:proofErr w:type="spellEnd"/>
            <w:r w:rsidRPr="00DA2080">
              <w:rPr>
                <w:rFonts w:ascii="Times New Roman" w:hAnsi="Times New Roman" w:cs="Times New Roman"/>
                <w:iCs/>
                <w:color w:val="auto"/>
                <w:sz w:val="24"/>
                <w:szCs w:val="24"/>
                <w:highlight w:val="yellow"/>
                <w:lang w:val="ro-RO"/>
              </w:rPr>
              <w:t xml:space="preserve"> și succesiunea lor]</w:t>
            </w:r>
          </w:p>
          <w:p w14:paraId="2F709D0E"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62CC9341" w14:textId="77777777" w:rsidTr="00DA2080">
        <w:trPr>
          <w:cantSplit/>
        </w:trPr>
        <w:tc>
          <w:tcPr>
            <w:tcW w:w="3000" w:type="dxa"/>
            <w:shd w:val="clear" w:color="auto" w:fill="F7F9FC"/>
            <w:tcMar>
              <w:top w:w="90" w:type="dxa"/>
              <w:left w:w="120" w:type="dxa"/>
              <w:bottom w:w="90" w:type="dxa"/>
              <w:right w:w="120" w:type="dxa"/>
            </w:tcMar>
            <w:vAlign w:val="center"/>
          </w:tcPr>
          <w:p w14:paraId="2E34C0E4"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TRL inițial -&gt; TRL final</w:t>
            </w:r>
          </w:p>
        </w:tc>
        <w:tc>
          <w:tcPr>
            <w:tcW w:w="6638" w:type="dxa"/>
            <w:tcMar>
              <w:top w:w="90" w:type="dxa"/>
              <w:left w:w="120" w:type="dxa"/>
              <w:bottom w:w="90" w:type="dxa"/>
              <w:right w:w="120" w:type="dxa"/>
            </w:tcMar>
            <w:vAlign w:val="center"/>
          </w:tcPr>
          <w:p w14:paraId="38D8BBAD"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nivelul la intrarea în activitate, nivelul la obținerea rezultatului și dovada nivelului inițial]</w:t>
            </w:r>
          </w:p>
          <w:p w14:paraId="6DA4B54F"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4408A86E" w14:textId="77777777" w:rsidTr="00DA2080">
        <w:trPr>
          <w:cantSplit/>
        </w:trPr>
        <w:tc>
          <w:tcPr>
            <w:tcW w:w="3000" w:type="dxa"/>
            <w:shd w:val="clear" w:color="auto" w:fill="F7F9FC"/>
            <w:tcMar>
              <w:top w:w="90" w:type="dxa"/>
              <w:left w:w="120" w:type="dxa"/>
              <w:bottom w:w="90" w:type="dxa"/>
              <w:right w:w="120" w:type="dxa"/>
            </w:tcMar>
            <w:vAlign w:val="center"/>
          </w:tcPr>
          <w:p w14:paraId="5D3A12AE"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Perioadă și termen</w:t>
            </w:r>
          </w:p>
        </w:tc>
        <w:tc>
          <w:tcPr>
            <w:tcW w:w="6638" w:type="dxa"/>
            <w:tcMar>
              <w:top w:w="90" w:type="dxa"/>
              <w:left w:w="120" w:type="dxa"/>
              <w:bottom w:w="90" w:type="dxa"/>
              <w:right w:w="120" w:type="dxa"/>
            </w:tcMar>
            <w:vAlign w:val="center"/>
          </w:tcPr>
          <w:p w14:paraId="17EB96E6"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M...-M...; pentru indicatorul de etapă se va indica ulterior o dată calendaristică]</w:t>
            </w:r>
          </w:p>
        </w:tc>
      </w:tr>
      <w:tr w:rsidR="000B73EC" w:rsidRPr="005E5CC4" w14:paraId="5DC03A28" w14:textId="77777777" w:rsidTr="00DA2080">
        <w:trPr>
          <w:cantSplit/>
        </w:trPr>
        <w:tc>
          <w:tcPr>
            <w:tcW w:w="3000" w:type="dxa"/>
            <w:shd w:val="clear" w:color="auto" w:fill="F7F9FC"/>
            <w:tcMar>
              <w:top w:w="90" w:type="dxa"/>
              <w:left w:w="120" w:type="dxa"/>
              <w:bottom w:w="90" w:type="dxa"/>
              <w:right w:w="120" w:type="dxa"/>
            </w:tcMar>
            <w:vAlign w:val="center"/>
          </w:tcPr>
          <w:p w14:paraId="1B326A9E"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KPI tehnici și ținte finale</w:t>
            </w:r>
          </w:p>
        </w:tc>
        <w:tc>
          <w:tcPr>
            <w:tcW w:w="6638" w:type="dxa"/>
            <w:tcMar>
              <w:top w:w="90" w:type="dxa"/>
              <w:left w:w="120" w:type="dxa"/>
              <w:bottom w:w="90" w:type="dxa"/>
              <w:right w:w="120" w:type="dxa"/>
            </w:tcMar>
            <w:vAlign w:val="center"/>
          </w:tcPr>
          <w:p w14:paraId="7830DD07"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minimum 2 indicatori cu unitate de măsură, valoare de bază și valoare țintă]</w:t>
            </w:r>
          </w:p>
          <w:p w14:paraId="059C4723"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p w14:paraId="5761CB47"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3D2F39C7" w14:textId="77777777" w:rsidTr="00DA2080">
        <w:trPr>
          <w:cantSplit/>
        </w:trPr>
        <w:tc>
          <w:tcPr>
            <w:tcW w:w="3000" w:type="dxa"/>
            <w:shd w:val="clear" w:color="auto" w:fill="F7F9FC"/>
            <w:tcMar>
              <w:top w:w="90" w:type="dxa"/>
              <w:left w:w="120" w:type="dxa"/>
              <w:bottom w:w="90" w:type="dxa"/>
              <w:right w:w="120" w:type="dxa"/>
            </w:tcMar>
            <w:vAlign w:val="center"/>
          </w:tcPr>
          <w:p w14:paraId="328408CB"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Criteriu de acceptare/validare</w:t>
            </w:r>
          </w:p>
        </w:tc>
        <w:tc>
          <w:tcPr>
            <w:tcW w:w="6638" w:type="dxa"/>
            <w:tcMar>
              <w:top w:w="90" w:type="dxa"/>
              <w:left w:w="120" w:type="dxa"/>
              <w:bottom w:w="90" w:type="dxa"/>
              <w:right w:w="120" w:type="dxa"/>
            </w:tcMar>
            <w:vAlign w:val="center"/>
          </w:tcPr>
          <w:p w14:paraId="0E521BAE"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condiția obiectivă care confirmă că rezultatul este realizat]</w:t>
            </w:r>
          </w:p>
          <w:p w14:paraId="7EFCA412"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2C0A9763" w14:textId="77777777" w:rsidTr="00DA2080">
        <w:trPr>
          <w:cantSplit/>
        </w:trPr>
        <w:tc>
          <w:tcPr>
            <w:tcW w:w="3000" w:type="dxa"/>
            <w:shd w:val="clear" w:color="auto" w:fill="F7F9FC"/>
            <w:tcMar>
              <w:top w:w="90" w:type="dxa"/>
              <w:left w:w="120" w:type="dxa"/>
              <w:bottom w:w="90" w:type="dxa"/>
              <w:right w:w="120" w:type="dxa"/>
            </w:tcMar>
            <w:vAlign w:val="center"/>
          </w:tcPr>
          <w:p w14:paraId="57C86F38"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Documente/dovezi</w:t>
            </w:r>
          </w:p>
        </w:tc>
        <w:tc>
          <w:tcPr>
            <w:tcW w:w="6638" w:type="dxa"/>
            <w:tcMar>
              <w:top w:w="90" w:type="dxa"/>
              <w:left w:w="120" w:type="dxa"/>
              <w:bottom w:w="90" w:type="dxa"/>
              <w:right w:w="120" w:type="dxa"/>
            </w:tcMar>
            <w:vAlign w:val="center"/>
          </w:tcPr>
          <w:p w14:paraId="3F5F8EB6"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raport, protocol de test, proces-verbal, fișier tehnic, prototip, fotografii, certificat etc.]</w:t>
            </w:r>
          </w:p>
          <w:p w14:paraId="4FF2AE03"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05DCA0BE" w14:textId="77777777" w:rsidTr="00DA2080">
        <w:trPr>
          <w:cantSplit/>
        </w:trPr>
        <w:tc>
          <w:tcPr>
            <w:tcW w:w="3000" w:type="dxa"/>
            <w:shd w:val="clear" w:color="auto" w:fill="F7F9FC"/>
            <w:tcMar>
              <w:top w:w="90" w:type="dxa"/>
              <w:left w:w="120" w:type="dxa"/>
              <w:bottom w:w="90" w:type="dxa"/>
              <w:right w:w="120" w:type="dxa"/>
            </w:tcMar>
            <w:vAlign w:val="center"/>
          </w:tcPr>
          <w:p w14:paraId="2D5E72D4"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Responsabil, locație și resurse</w:t>
            </w:r>
          </w:p>
        </w:tc>
        <w:tc>
          <w:tcPr>
            <w:tcW w:w="6638" w:type="dxa"/>
            <w:tcMar>
              <w:top w:w="90" w:type="dxa"/>
              <w:left w:w="120" w:type="dxa"/>
              <w:bottom w:w="90" w:type="dxa"/>
              <w:right w:w="120" w:type="dxa"/>
            </w:tcMar>
            <w:vAlign w:val="center"/>
          </w:tcPr>
          <w:p w14:paraId="1B67FBE5"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persoană/rol; locația fizică; echipamente și infrastructură utilizate]</w:t>
            </w:r>
          </w:p>
          <w:p w14:paraId="7F37419A"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55EBC516" w14:textId="77777777" w:rsidTr="00DA2080">
        <w:trPr>
          <w:cantSplit/>
        </w:trPr>
        <w:tc>
          <w:tcPr>
            <w:tcW w:w="3000" w:type="dxa"/>
            <w:shd w:val="clear" w:color="auto" w:fill="F7F9FC"/>
            <w:tcMar>
              <w:top w:w="90" w:type="dxa"/>
              <w:left w:w="120" w:type="dxa"/>
              <w:bottom w:w="90" w:type="dxa"/>
              <w:right w:w="120" w:type="dxa"/>
            </w:tcMar>
            <w:vAlign w:val="center"/>
          </w:tcPr>
          <w:p w14:paraId="7C0F4CCC"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Buget aferent</w:t>
            </w:r>
          </w:p>
        </w:tc>
        <w:tc>
          <w:tcPr>
            <w:tcW w:w="6638" w:type="dxa"/>
            <w:tcMar>
              <w:top w:w="90" w:type="dxa"/>
              <w:left w:w="120" w:type="dxa"/>
              <w:bottom w:w="90" w:type="dxa"/>
              <w:right w:w="120" w:type="dxa"/>
            </w:tcMar>
            <w:vAlign w:val="center"/>
          </w:tcPr>
          <w:p w14:paraId="72021BA7"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valoare estimată și capitolul/categoria din macheta financiară]</w:t>
            </w:r>
          </w:p>
        </w:tc>
      </w:tr>
    </w:tbl>
    <w:p w14:paraId="50F4BABA"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57AC5453" w14:textId="77777777" w:rsidR="000B73EC" w:rsidRPr="005E5CC4" w:rsidRDefault="000B73EC" w:rsidP="000B73EC">
      <w:pP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br w:type="page"/>
      </w:r>
    </w:p>
    <w:p w14:paraId="092BDD6E" w14:textId="160C8E66" w:rsidR="000B73EC" w:rsidRPr="005E5CC4" w:rsidRDefault="000B73EC" w:rsidP="000B73EC">
      <w:pPr>
        <w:pStyle w:val="Heading2"/>
        <w:spacing w:before="0"/>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lastRenderedPageBreak/>
        <w:t xml:space="preserve">R4 </w:t>
      </w:r>
      <w:r w:rsidR="009D3FC6">
        <w:rPr>
          <w:rFonts w:ascii="Times New Roman" w:hAnsi="Times New Roman" w:cs="Times New Roman"/>
          <w:color w:val="auto"/>
          <w:sz w:val="24"/>
          <w:szCs w:val="24"/>
          <w:lang w:val="ro-RO"/>
        </w:rPr>
        <w:t>–</w:t>
      </w:r>
      <w:r w:rsidRPr="005E5CC4">
        <w:rPr>
          <w:rFonts w:ascii="Times New Roman" w:hAnsi="Times New Roman" w:cs="Times New Roman"/>
          <w:color w:val="auto"/>
          <w:sz w:val="24"/>
          <w:szCs w:val="24"/>
          <w:lang w:val="ro-RO"/>
        </w:rPr>
        <w:t xml:space="preserve"> </w:t>
      </w:r>
      <w:r w:rsidR="009D3FC6">
        <w:rPr>
          <w:rFonts w:ascii="Times New Roman" w:hAnsi="Times New Roman" w:cs="Times New Roman"/>
          <w:color w:val="auto"/>
          <w:sz w:val="24"/>
          <w:szCs w:val="24"/>
          <w:lang w:val="ro-RO"/>
        </w:rPr>
        <w:t xml:space="preserve">Model experimental </w:t>
      </w:r>
      <w:r w:rsidRPr="005E5CC4">
        <w:rPr>
          <w:rFonts w:ascii="Times New Roman" w:hAnsi="Times New Roman" w:cs="Times New Roman"/>
          <w:color w:val="auto"/>
          <w:sz w:val="24"/>
          <w:szCs w:val="24"/>
          <w:lang w:val="ro-RO"/>
        </w:rPr>
        <w:t>integrat</w:t>
      </w:r>
      <w:r w:rsidR="00CA2E73">
        <w:rPr>
          <w:rFonts w:ascii="Times New Roman" w:hAnsi="Times New Roman" w:cs="Times New Roman"/>
          <w:color w:val="auto"/>
          <w:sz w:val="24"/>
          <w:szCs w:val="24"/>
          <w:lang w:val="ro-RO"/>
        </w:rPr>
        <w:t xml:space="preserve"> funcțional</w:t>
      </w:r>
      <w:r w:rsidRPr="005E5CC4">
        <w:rPr>
          <w:rFonts w:ascii="Times New Roman" w:hAnsi="Times New Roman" w:cs="Times New Roman"/>
          <w:color w:val="auto"/>
          <w:sz w:val="24"/>
          <w:szCs w:val="24"/>
          <w:lang w:val="ro-RO"/>
        </w:rPr>
        <w:t xml:space="preserve"> al platformei pentru vehicule ușoare</w:t>
      </w:r>
    </w:p>
    <w:p w14:paraId="72DA804D" w14:textId="7F7D43C1" w:rsidR="000B73EC" w:rsidRPr="00DA2080" w:rsidRDefault="000B73EC" w:rsidP="000B73EC">
      <w:pPr>
        <w:keepNext/>
        <w:rPr>
          <w:rFonts w:ascii="Times New Roman" w:hAnsi="Times New Roman" w:cs="Times New Roman"/>
          <w:iCs/>
          <w:color w:val="auto"/>
          <w:sz w:val="24"/>
          <w:szCs w:val="24"/>
          <w:lang w:val="ro-RO"/>
        </w:rPr>
      </w:pPr>
      <w:r w:rsidRPr="00DA2080">
        <w:rPr>
          <w:rFonts w:ascii="Times New Roman" w:hAnsi="Times New Roman" w:cs="Times New Roman"/>
          <w:iCs/>
          <w:color w:val="auto"/>
          <w:sz w:val="24"/>
          <w:szCs w:val="24"/>
          <w:lang w:val="ro-RO"/>
        </w:rPr>
        <w:t xml:space="preserve">Orientare tehnică: </w:t>
      </w:r>
      <w:r w:rsidR="00A335A7">
        <w:rPr>
          <w:rFonts w:ascii="Times New Roman" w:hAnsi="Times New Roman" w:cs="Times New Roman"/>
          <w:iCs/>
          <w:color w:val="auto"/>
          <w:sz w:val="24"/>
          <w:szCs w:val="24"/>
          <w:lang w:val="ro-RO"/>
        </w:rPr>
        <w:t>model experimental funcțional</w:t>
      </w:r>
      <w:r w:rsidRPr="00DA2080">
        <w:rPr>
          <w:rFonts w:ascii="Times New Roman" w:hAnsi="Times New Roman" w:cs="Times New Roman"/>
          <w:iCs/>
          <w:color w:val="auto"/>
          <w:sz w:val="24"/>
          <w:szCs w:val="24"/>
          <w:lang w:val="ro-RO"/>
        </w:rPr>
        <w:t>, testat și calificat în condiții relevante și operaționale  |  Traseu orientativ: TRL 7 -&gt; TRL 8</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6638"/>
      </w:tblGrid>
      <w:tr w:rsidR="000B73EC" w:rsidRPr="005E5CC4" w14:paraId="236D7613" w14:textId="77777777" w:rsidTr="00DA2080">
        <w:trPr>
          <w:cantSplit/>
        </w:trPr>
        <w:tc>
          <w:tcPr>
            <w:tcW w:w="3000" w:type="dxa"/>
            <w:shd w:val="clear" w:color="auto" w:fill="F7F9FC"/>
            <w:tcMar>
              <w:top w:w="90" w:type="dxa"/>
              <w:left w:w="120" w:type="dxa"/>
              <w:bottom w:w="90" w:type="dxa"/>
              <w:right w:w="120" w:type="dxa"/>
            </w:tcMar>
            <w:vAlign w:val="center"/>
          </w:tcPr>
          <w:p w14:paraId="437904C8"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Formularea propusă a rezultatului</w:t>
            </w:r>
          </w:p>
        </w:tc>
        <w:tc>
          <w:tcPr>
            <w:tcW w:w="6638" w:type="dxa"/>
            <w:tcMar>
              <w:top w:w="90" w:type="dxa"/>
              <w:left w:w="120" w:type="dxa"/>
              <w:bottom w:w="90" w:type="dxa"/>
              <w:right w:w="120" w:type="dxa"/>
            </w:tcMar>
            <w:vAlign w:val="center"/>
          </w:tcPr>
          <w:p w14:paraId="14B93B69"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descriere tehnică precisă, fără rezultate administrative/comerciale]</w:t>
            </w:r>
          </w:p>
          <w:p w14:paraId="2128DAF3"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p w14:paraId="376471C5"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17804817" w14:textId="77777777" w:rsidTr="00DA2080">
        <w:trPr>
          <w:cantSplit/>
        </w:trPr>
        <w:tc>
          <w:tcPr>
            <w:tcW w:w="3000" w:type="dxa"/>
            <w:shd w:val="clear" w:color="auto" w:fill="F7F9FC"/>
            <w:tcMar>
              <w:top w:w="90" w:type="dxa"/>
              <w:left w:w="120" w:type="dxa"/>
              <w:bottom w:w="90" w:type="dxa"/>
              <w:right w:w="120" w:type="dxa"/>
            </w:tcMar>
            <w:vAlign w:val="center"/>
          </w:tcPr>
          <w:p w14:paraId="395772C5"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Contribuția concretă a IMM-ului</w:t>
            </w:r>
          </w:p>
        </w:tc>
        <w:tc>
          <w:tcPr>
            <w:tcW w:w="6638" w:type="dxa"/>
            <w:tcMar>
              <w:top w:w="90" w:type="dxa"/>
              <w:left w:w="120" w:type="dxa"/>
              <w:bottom w:w="90" w:type="dxa"/>
              <w:right w:w="120" w:type="dxa"/>
            </w:tcMar>
            <w:vAlign w:val="center"/>
          </w:tcPr>
          <w:p w14:paraId="6ADACE6C"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ce dezvoltă, integrează, testează sau validează IMM-ul; delimitarea față de lider]</w:t>
            </w:r>
          </w:p>
          <w:p w14:paraId="672E03C9"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p w14:paraId="6B542E47"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6B8A4FB0" w14:textId="77777777" w:rsidTr="00DA2080">
        <w:trPr>
          <w:cantSplit/>
        </w:trPr>
        <w:tc>
          <w:tcPr>
            <w:tcW w:w="3000" w:type="dxa"/>
            <w:shd w:val="clear" w:color="auto" w:fill="F7F9FC"/>
            <w:tcMar>
              <w:top w:w="90" w:type="dxa"/>
              <w:left w:w="120" w:type="dxa"/>
              <w:bottom w:w="90" w:type="dxa"/>
              <w:right w:w="120" w:type="dxa"/>
            </w:tcMar>
            <w:vAlign w:val="center"/>
          </w:tcPr>
          <w:p w14:paraId="2F5A5C38"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Activități/</w:t>
            </w:r>
            <w:proofErr w:type="spellStart"/>
            <w:r w:rsidRPr="005E5CC4">
              <w:rPr>
                <w:rFonts w:ascii="Times New Roman" w:hAnsi="Times New Roman" w:cs="Times New Roman"/>
                <w:b/>
                <w:color w:val="auto"/>
                <w:sz w:val="24"/>
                <w:szCs w:val="24"/>
                <w:lang w:val="ro-RO"/>
              </w:rPr>
              <w:t>subactivități</w:t>
            </w:r>
            <w:proofErr w:type="spellEnd"/>
            <w:r w:rsidRPr="005E5CC4">
              <w:rPr>
                <w:rFonts w:ascii="Times New Roman" w:hAnsi="Times New Roman" w:cs="Times New Roman"/>
                <w:b/>
                <w:color w:val="auto"/>
                <w:sz w:val="24"/>
                <w:szCs w:val="24"/>
                <w:lang w:val="ro-RO"/>
              </w:rPr>
              <w:t xml:space="preserve"> asociate</w:t>
            </w:r>
          </w:p>
        </w:tc>
        <w:tc>
          <w:tcPr>
            <w:tcW w:w="6638" w:type="dxa"/>
            <w:tcMar>
              <w:top w:w="90" w:type="dxa"/>
              <w:left w:w="120" w:type="dxa"/>
              <w:bottom w:w="90" w:type="dxa"/>
              <w:right w:w="120" w:type="dxa"/>
            </w:tcMar>
            <w:vAlign w:val="center"/>
          </w:tcPr>
          <w:p w14:paraId="38909D39"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codurile A/</w:t>
            </w:r>
            <w:proofErr w:type="spellStart"/>
            <w:r w:rsidRPr="00DA2080">
              <w:rPr>
                <w:rFonts w:ascii="Times New Roman" w:hAnsi="Times New Roman" w:cs="Times New Roman"/>
                <w:iCs/>
                <w:color w:val="auto"/>
                <w:sz w:val="24"/>
                <w:szCs w:val="24"/>
                <w:highlight w:val="yellow"/>
                <w:lang w:val="ro-RO"/>
              </w:rPr>
              <w:t>subactivităților</w:t>
            </w:r>
            <w:proofErr w:type="spellEnd"/>
            <w:r w:rsidRPr="00DA2080">
              <w:rPr>
                <w:rFonts w:ascii="Times New Roman" w:hAnsi="Times New Roman" w:cs="Times New Roman"/>
                <w:iCs/>
                <w:color w:val="auto"/>
                <w:sz w:val="24"/>
                <w:szCs w:val="24"/>
                <w:highlight w:val="yellow"/>
                <w:lang w:val="ro-RO"/>
              </w:rPr>
              <w:t xml:space="preserve"> și succesiunea lor]</w:t>
            </w:r>
          </w:p>
          <w:p w14:paraId="1EEC551F"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5BE56601" w14:textId="77777777" w:rsidTr="00DA2080">
        <w:trPr>
          <w:cantSplit/>
        </w:trPr>
        <w:tc>
          <w:tcPr>
            <w:tcW w:w="3000" w:type="dxa"/>
            <w:shd w:val="clear" w:color="auto" w:fill="F7F9FC"/>
            <w:tcMar>
              <w:top w:w="90" w:type="dxa"/>
              <w:left w:w="120" w:type="dxa"/>
              <w:bottom w:w="90" w:type="dxa"/>
              <w:right w:w="120" w:type="dxa"/>
            </w:tcMar>
            <w:vAlign w:val="center"/>
          </w:tcPr>
          <w:p w14:paraId="34201371"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TRL inițial -&gt; TRL final</w:t>
            </w:r>
          </w:p>
        </w:tc>
        <w:tc>
          <w:tcPr>
            <w:tcW w:w="6638" w:type="dxa"/>
            <w:tcMar>
              <w:top w:w="90" w:type="dxa"/>
              <w:left w:w="120" w:type="dxa"/>
              <w:bottom w:w="90" w:type="dxa"/>
              <w:right w:w="120" w:type="dxa"/>
            </w:tcMar>
            <w:vAlign w:val="center"/>
          </w:tcPr>
          <w:p w14:paraId="4D969D4F"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nivelul la intrarea în activitate, nivelul la obținerea rezultatului și dovada nivelului inițial]</w:t>
            </w:r>
          </w:p>
          <w:p w14:paraId="261DAF93"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28EF6A4A" w14:textId="77777777" w:rsidTr="00DA2080">
        <w:trPr>
          <w:cantSplit/>
        </w:trPr>
        <w:tc>
          <w:tcPr>
            <w:tcW w:w="3000" w:type="dxa"/>
            <w:shd w:val="clear" w:color="auto" w:fill="F7F9FC"/>
            <w:tcMar>
              <w:top w:w="90" w:type="dxa"/>
              <w:left w:w="120" w:type="dxa"/>
              <w:bottom w:w="90" w:type="dxa"/>
              <w:right w:w="120" w:type="dxa"/>
            </w:tcMar>
            <w:vAlign w:val="center"/>
          </w:tcPr>
          <w:p w14:paraId="0A8718C5"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Perioadă și termen</w:t>
            </w:r>
          </w:p>
        </w:tc>
        <w:tc>
          <w:tcPr>
            <w:tcW w:w="6638" w:type="dxa"/>
            <w:tcMar>
              <w:top w:w="90" w:type="dxa"/>
              <w:left w:w="120" w:type="dxa"/>
              <w:bottom w:w="90" w:type="dxa"/>
              <w:right w:w="120" w:type="dxa"/>
            </w:tcMar>
            <w:vAlign w:val="center"/>
          </w:tcPr>
          <w:p w14:paraId="7BCE0053"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M...-M...; pentru indicatorul de etapă se va indica ulterior o dată calendaristică]</w:t>
            </w:r>
          </w:p>
        </w:tc>
      </w:tr>
      <w:tr w:rsidR="000B73EC" w:rsidRPr="005E5CC4" w14:paraId="374D3070" w14:textId="77777777" w:rsidTr="00DA2080">
        <w:trPr>
          <w:cantSplit/>
        </w:trPr>
        <w:tc>
          <w:tcPr>
            <w:tcW w:w="3000" w:type="dxa"/>
            <w:shd w:val="clear" w:color="auto" w:fill="F7F9FC"/>
            <w:tcMar>
              <w:top w:w="90" w:type="dxa"/>
              <w:left w:w="120" w:type="dxa"/>
              <w:bottom w:w="90" w:type="dxa"/>
              <w:right w:w="120" w:type="dxa"/>
            </w:tcMar>
            <w:vAlign w:val="center"/>
          </w:tcPr>
          <w:p w14:paraId="03CD4F5C"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KPI tehnici și ținte finale</w:t>
            </w:r>
          </w:p>
        </w:tc>
        <w:tc>
          <w:tcPr>
            <w:tcW w:w="6638" w:type="dxa"/>
            <w:tcMar>
              <w:top w:w="90" w:type="dxa"/>
              <w:left w:w="120" w:type="dxa"/>
              <w:bottom w:w="90" w:type="dxa"/>
              <w:right w:w="120" w:type="dxa"/>
            </w:tcMar>
            <w:vAlign w:val="center"/>
          </w:tcPr>
          <w:p w14:paraId="766A31EB"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minimum 2 indicatori cu unitate de măsură, valoare de bază și valoare țintă]</w:t>
            </w:r>
          </w:p>
          <w:p w14:paraId="6309F8BC"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p w14:paraId="10982196"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517B951A" w14:textId="77777777" w:rsidTr="00DA2080">
        <w:trPr>
          <w:cantSplit/>
        </w:trPr>
        <w:tc>
          <w:tcPr>
            <w:tcW w:w="3000" w:type="dxa"/>
            <w:shd w:val="clear" w:color="auto" w:fill="F7F9FC"/>
            <w:tcMar>
              <w:top w:w="90" w:type="dxa"/>
              <w:left w:w="120" w:type="dxa"/>
              <w:bottom w:w="90" w:type="dxa"/>
              <w:right w:w="120" w:type="dxa"/>
            </w:tcMar>
            <w:vAlign w:val="center"/>
          </w:tcPr>
          <w:p w14:paraId="27481454"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Criteriu de acceptare/validare</w:t>
            </w:r>
          </w:p>
        </w:tc>
        <w:tc>
          <w:tcPr>
            <w:tcW w:w="6638" w:type="dxa"/>
            <w:tcMar>
              <w:top w:w="90" w:type="dxa"/>
              <w:left w:w="120" w:type="dxa"/>
              <w:bottom w:w="90" w:type="dxa"/>
              <w:right w:w="120" w:type="dxa"/>
            </w:tcMar>
            <w:vAlign w:val="center"/>
          </w:tcPr>
          <w:p w14:paraId="1340939D"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condiția obiectivă care confirmă că rezultatul este realizat]</w:t>
            </w:r>
          </w:p>
          <w:p w14:paraId="2F6BB13F"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3C8991A3" w14:textId="77777777" w:rsidTr="00DA2080">
        <w:trPr>
          <w:cantSplit/>
        </w:trPr>
        <w:tc>
          <w:tcPr>
            <w:tcW w:w="3000" w:type="dxa"/>
            <w:shd w:val="clear" w:color="auto" w:fill="F7F9FC"/>
            <w:tcMar>
              <w:top w:w="90" w:type="dxa"/>
              <w:left w:w="120" w:type="dxa"/>
              <w:bottom w:w="90" w:type="dxa"/>
              <w:right w:w="120" w:type="dxa"/>
            </w:tcMar>
            <w:vAlign w:val="center"/>
          </w:tcPr>
          <w:p w14:paraId="0D13F0C6"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Documente/dovezi</w:t>
            </w:r>
          </w:p>
        </w:tc>
        <w:tc>
          <w:tcPr>
            <w:tcW w:w="6638" w:type="dxa"/>
            <w:tcMar>
              <w:top w:w="90" w:type="dxa"/>
              <w:left w:w="120" w:type="dxa"/>
              <w:bottom w:w="90" w:type="dxa"/>
              <w:right w:w="120" w:type="dxa"/>
            </w:tcMar>
            <w:vAlign w:val="center"/>
          </w:tcPr>
          <w:p w14:paraId="510885BD"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raport, protocol de test, proces-verbal, fișier tehnic, prototip, fotografii, certificat etc.]</w:t>
            </w:r>
          </w:p>
          <w:p w14:paraId="4EFF8B23"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65C0B57A" w14:textId="77777777" w:rsidTr="00DA2080">
        <w:trPr>
          <w:cantSplit/>
        </w:trPr>
        <w:tc>
          <w:tcPr>
            <w:tcW w:w="3000" w:type="dxa"/>
            <w:shd w:val="clear" w:color="auto" w:fill="F7F9FC"/>
            <w:tcMar>
              <w:top w:w="90" w:type="dxa"/>
              <w:left w:w="120" w:type="dxa"/>
              <w:bottom w:w="90" w:type="dxa"/>
              <w:right w:w="120" w:type="dxa"/>
            </w:tcMar>
            <w:vAlign w:val="center"/>
          </w:tcPr>
          <w:p w14:paraId="04A4DE7A"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Responsabil, locație și resurse</w:t>
            </w:r>
          </w:p>
        </w:tc>
        <w:tc>
          <w:tcPr>
            <w:tcW w:w="6638" w:type="dxa"/>
            <w:tcMar>
              <w:top w:w="90" w:type="dxa"/>
              <w:left w:w="120" w:type="dxa"/>
              <w:bottom w:w="90" w:type="dxa"/>
              <w:right w:w="120" w:type="dxa"/>
            </w:tcMar>
            <w:vAlign w:val="center"/>
          </w:tcPr>
          <w:p w14:paraId="43F7B401"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persoană/rol; locația fizică; echipamente și infrastructură utilizate]</w:t>
            </w:r>
          </w:p>
          <w:p w14:paraId="10C1615C" w14:textId="77777777" w:rsidR="000B73EC" w:rsidRPr="00DA2080" w:rsidRDefault="000B73EC" w:rsidP="003E7A10">
            <w:pPr>
              <w:spacing w:after="4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 xml:space="preserve"> </w:t>
            </w:r>
          </w:p>
        </w:tc>
      </w:tr>
      <w:tr w:rsidR="000B73EC" w:rsidRPr="005E5CC4" w14:paraId="22281122" w14:textId="77777777" w:rsidTr="00DA2080">
        <w:trPr>
          <w:cantSplit/>
        </w:trPr>
        <w:tc>
          <w:tcPr>
            <w:tcW w:w="3000" w:type="dxa"/>
            <w:shd w:val="clear" w:color="auto" w:fill="F7F9FC"/>
            <w:tcMar>
              <w:top w:w="90" w:type="dxa"/>
              <w:left w:w="120" w:type="dxa"/>
              <w:bottom w:w="90" w:type="dxa"/>
              <w:right w:w="120" w:type="dxa"/>
            </w:tcMar>
            <w:vAlign w:val="center"/>
          </w:tcPr>
          <w:p w14:paraId="2CFEE5DC"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Buget aferent</w:t>
            </w:r>
          </w:p>
        </w:tc>
        <w:tc>
          <w:tcPr>
            <w:tcW w:w="6638" w:type="dxa"/>
            <w:tcMar>
              <w:top w:w="90" w:type="dxa"/>
              <w:left w:w="120" w:type="dxa"/>
              <w:bottom w:w="90" w:type="dxa"/>
              <w:right w:w="120" w:type="dxa"/>
            </w:tcMar>
            <w:vAlign w:val="center"/>
          </w:tcPr>
          <w:p w14:paraId="49C4E8E9" w14:textId="77777777" w:rsidR="000B73EC" w:rsidRPr="00DA2080" w:rsidRDefault="000B73EC" w:rsidP="003E7A10">
            <w:pPr>
              <w:spacing w:after="30" w:line="252" w:lineRule="auto"/>
              <w:rPr>
                <w:rFonts w:ascii="Times New Roman" w:hAnsi="Times New Roman" w:cs="Times New Roman"/>
                <w:iCs/>
                <w:color w:val="auto"/>
                <w:sz w:val="24"/>
                <w:szCs w:val="24"/>
                <w:highlight w:val="yellow"/>
                <w:lang w:val="ro-RO"/>
              </w:rPr>
            </w:pPr>
            <w:r w:rsidRPr="00DA2080">
              <w:rPr>
                <w:rFonts w:ascii="Times New Roman" w:hAnsi="Times New Roman" w:cs="Times New Roman"/>
                <w:iCs/>
                <w:color w:val="auto"/>
                <w:sz w:val="24"/>
                <w:szCs w:val="24"/>
                <w:highlight w:val="yellow"/>
                <w:lang w:val="ro-RO"/>
              </w:rPr>
              <w:t>[Completați: valoare estimată și capitolul/categoria din macheta financiară]</w:t>
            </w:r>
          </w:p>
        </w:tc>
      </w:tr>
    </w:tbl>
    <w:p w14:paraId="7625FAB3"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2A0F8B75" w14:textId="77777777" w:rsidR="000B73EC" w:rsidRPr="005E5CC4" w:rsidRDefault="000B73EC" w:rsidP="000B73EC">
      <w:pP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br w:type="page"/>
      </w:r>
    </w:p>
    <w:p w14:paraId="3165C6AB" w14:textId="77777777" w:rsidR="000B73EC" w:rsidRPr="005E5CC4" w:rsidRDefault="000B73EC" w:rsidP="000B73EC">
      <w:pPr>
        <w:pStyle w:val="Heading2"/>
        <w:spacing w:before="0"/>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lastRenderedPageBreak/>
        <w:t>R5 - Platforma finală TRL 9 și pachetul tehnic pentru introducerea în producție</w:t>
      </w:r>
    </w:p>
    <w:p w14:paraId="28836CAF" w14:textId="432AE516" w:rsidR="000B73EC" w:rsidRPr="00DA2080" w:rsidRDefault="000B73EC" w:rsidP="000B73EC">
      <w:pPr>
        <w:keepNext/>
        <w:rPr>
          <w:rFonts w:ascii="Times New Roman" w:hAnsi="Times New Roman" w:cs="Times New Roman"/>
          <w:iCs/>
          <w:color w:val="auto"/>
          <w:sz w:val="24"/>
          <w:szCs w:val="24"/>
          <w:lang w:val="ro-RO"/>
        </w:rPr>
      </w:pPr>
      <w:r w:rsidRPr="00DA2080">
        <w:rPr>
          <w:rFonts w:ascii="Times New Roman" w:hAnsi="Times New Roman" w:cs="Times New Roman"/>
          <w:iCs/>
          <w:color w:val="auto"/>
          <w:sz w:val="24"/>
          <w:szCs w:val="24"/>
          <w:lang w:val="ro-RO"/>
        </w:rPr>
        <w:t>Orientare tehnică: sistem real demonstrat</w:t>
      </w:r>
      <w:r w:rsidR="00A01270">
        <w:rPr>
          <w:rFonts w:ascii="Times New Roman" w:hAnsi="Times New Roman" w:cs="Times New Roman"/>
          <w:iCs/>
          <w:color w:val="auto"/>
          <w:sz w:val="24"/>
          <w:szCs w:val="24"/>
          <w:lang w:val="ro-RO"/>
        </w:rPr>
        <w:t xml:space="preserve"> (prototip</w:t>
      </w:r>
      <w:r w:rsidR="00791E8A">
        <w:rPr>
          <w:rFonts w:ascii="Times New Roman" w:hAnsi="Times New Roman" w:cs="Times New Roman"/>
          <w:iCs/>
          <w:color w:val="auto"/>
          <w:sz w:val="24"/>
          <w:szCs w:val="24"/>
          <w:lang w:val="ro-RO"/>
        </w:rPr>
        <w:t xml:space="preserve"> zero</w:t>
      </w:r>
      <w:r w:rsidR="00A01270">
        <w:rPr>
          <w:rFonts w:ascii="Times New Roman" w:hAnsi="Times New Roman" w:cs="Times New Roman"/>
          <w:iCs/>
          <w:color w:val="auto"/>
          <w:sz w:val="24"/>
          <w:szCs w:val="24"/>
          <w:lang w:val="ro-RO"/>
        </w:rPr>
        <w:t>)</w:t>
      </w:r>
      <w:r w:rsidRPr="00DA2080">
        <w:rPr>
          <w:rFonts w:ascii="Times New Roman" w:hAnsi="Times New Roman" w:cs="Times New Roman"/>
          <w:iCs/>
          <w:color w:val="auto"/>
          <w:sz w:val="24"/>
          <w:szCs w:val="24"/>
          <w:lang w:val="ro-RO"/>
        </w:rPr>
        <w:t>, documentație pentru fabricație, validare finală și transfer tehnologic  |  Traseu orientativ: TRL 8 -&gt; TRL 9</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6638"/>
      </w:tblGrid>
      <w:tr w:rsidR="000B73EC" w:rsidRPr="005E5CC4" w14:paraId="4FBA52DA" w14:textId="77777777" w:rsidTr="0003346B">
        <w:trPr>
          <w:cantSplit/>
        </w:trPr>
        <w:tc>
          <w:tcPr>
            <w:tcW w:w="3000" w:type="dxa"/>
            <w:shd w:val="clear" w:color="auto" w:fill="F7F9FC"/>
            <w:tcMar>
              <w:top w:w="90" w:type="dxa"/>
              <w:left w:w="120" w:type="dxa"/>
              <w:bottom w:w="90" w:type="dxa"/>
              <w:right w:w="120" w:type="dxa"/>
            </w:tcMar>
            <w:vAlign w:val="center"/>
          </w:tcPr>
          <w:p w14:paraId="54ED31E4"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Formularea propusă a rezultatului</w:t>
            </w:r>
          </w:p>
        </w:tc>
        <w:tc>
          <w:tcPr>
            <w:tcW w:w="6638" w:type="dxa"/>
            <w:tcMar>
              <w:top w:w="90" w:type="dxa"/>
              <w:left w:w="120" w:type="dxa"/>
              <w:bottom w:w="90" w:type="dxa"/>
              <w:right w:w="120" w:type="dxa"/>
            </w:tcMar>
            <w:vAlign w:val="center"/>
          </w:tcPr>
          <w:p w14:paraId="2A9FDA23" w14:textId="77777777" w:rsidR="000B73EC" w:rsidRPr="0003346B" w:rsidRDefault="000B73EC" w:rsidP="003E7A10">
            <w:pPr>
              <w:spacing w:after="3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[Completați: descriere tehnică precisă, fără rezultate administrative/comerciale]</w:t>
            </w:r>
          </w:p>
          <w:p w14:paraId="5180302E" w14:textId="77777777" w:rsidR="000B73EC" w:rsidRPr="0003346B" w:rsidRDefault="000B73EC" w:rsidP="003E7A10">
            <w:pPr>
              <w:spacing w:after="4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 xml:space="preserve"> </w:t>
            </w:r>
          </w:p>
          <w:p w14:paraId="3DC528C8" w14:textId="77777777" w:rsidR="000B73EC" w:rsidRPr="0003346B" w:rsidRDefault="000B73EC" w:rsidP="003E7A10">
            <w:pPr>
              <w:spacing w:after="4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 xml:space="preserve"> </w:t>
            </w:r>
          </w:p>
        </w:tc>
      </w:tr>
      <w:tr w:rsidR="000B73EC" w:rsidRPr="005E5CC4" w14:paraId="6FEA581F" w14:textId="77777777" w:rsidTr="0003346B">
        <w:trPr>
          <w:cantSplit/>
        </w:trPr>
        <w:tc>
          <w:tcPr>
            <w:tcW w:w="3000" w:type="dxa"/>
            <w:shd w:val="clear" w:color="auto" w:fill="F7F9FC"/>
            <w:tcMar>
              <w:top w:w="90" w:type="dxa"/>
              <w:left w:w="120" w:type="dxa"/>
              <w:bottom w:w="90" w:type="dxa"/>
              <w:right w:w="120" w:type="dxa"/>
            </w:tcMar>
            <w:vAlign w:val="center"/>
          </w:tcPr>
          <w:p w14:paraId="3A095900"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Contribuția concretă a IMM-ului</w:t>
            </w:r>
          </w:p>
        </w:tc>
        <w:tc>
          <w:tcPr>
            <w:tcW w:w="6638" w:type="dxa"/>
            <w:tcMar>
              <w:top w:w="90" w:type="dxa"/>
              <w:left w:w="120" w:type="dxa"/>
              <w:bottom w:w="90" w:type="dxa"/>
              <w:right w:w="120" w:type="dxa"/>
            </w:tcMar>
            <w:vAlign w:val="center"/>
          </w:tcPr>
          <w:p w14:paraId="13A82CBE" w14:textId="77777777" w:rsidR="000B73EC" w:rsidRPr="0003346B" w:rsidRDefault="000B73EC" w:rsidP="003E7A10">
            <w:pPr>
              <w:spacing w:after="3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[Completați: ce dezvoltă, integrează, testează sau validează IMM-ul; delimitarea față de lider]</w:t>
            </w:r>
          </w:p>
          <w:p w14:paraId="35C94366" w14:textId="77777777" w:rsidR="000B73EC" w:rsidRPr="0003346B" w:rsidRDefault="000B73EC" w:rsidP="003E7A10">
            <w:pPr>
              <w:spacing w:after="4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 xml:space="preserve"> </w:t>
            </w:r>
          </w:p>
          <w:p w14:paraId="052B79BF" w14:textId="77777777" w:rsidR="000B73EC" w:rsidRPr="0003346B" w:rsidRDefault="000B73EC" w:rsidP="003E7A10">
            <w:pPr>
              <w:spacing w:after="4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 xml:space="preserve"> </w:t>
            </w:r>
          </w:p>
        </w:tc>
      </w:tr>
      <w:tr w:rsidR="000B73EC" w:rsidRPr="005E5CC4" w14:paraId="703FDE15" w14:textId="77777777" w:rsidTr="0003346B">
        <w:trPr>
          <w:cantSplit/>
        </w:trPr>
        <w:tc>
          <w:tcPr>
            <w:tcW w:w="3000" w:type="dxa"/>
            <w:shd w:val="clear" w:color="auto" w:fill="F7F9FC"/>
            <w:tcMar>
              <w:top w:w="90" w:type="dxa"/>
              <w:left w:w="120" w:type="dxa"/>
              <w:bottom w:w="90" w:type="dxa"/>
              <w:right w:w="120" w:type="dxa"/>
            </w:tcMar>
            <w:vAlign w:val="center"/>
          </w:tcPr>
          <w:p w14:paraId="0C437EE6"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Activități/</w:t>
            </w:r>
            <w:proofErr w:type="spellStart"/>
            <w:r w:rsidRPr="005E5CC4">
              <w:rPr>
                <w:rFonts w:ascii="Times New Roman" w:hAnsi="Times New Roman" w:cs="Times New Roman"/>
                <w:b/>
                <w:color w:val="auto"/>
                <w:sz w:val="24"/>
                <w:szCs w:val="24"/>
                <w:lang w:val="ro-RO"/>
              </w:rPr>
              <w:t>subactivități</w:t>
            </w:r>
            <w:proofErr w:type="spellEnd"/>
            <w:r w:rsidRPr="005E5CC4">
              <w:rPr>
                <w:rFonts w:ascii="Times New Roman" w:hAnsi="Times New Roman" w:cs="Times New Roman"/>
                <w:b/>
                <w:color w:val="auto"/>
                <w:sz w:val="24"/>
                <w:szCs w:val="24"/>
                <w:lang w:val="ro-RO"/>
              </w:rPr>
              <w:t xml:space="preserve"> asociate</w:t>
            </w:r>
          </w:p>
        </w:tc>
        <w:tc>
          <w:tcPr>
            <w:tcW w:w="6638" w:type="dxa"/>
            <w:tcMar>
              <w:top w:w="90" w:type="dxa"/>
              <w:left w:w="120" w:type="dxa"/>
              <w:bottom w:w="90" w:type="dxa"/>
              <w:right w:w="120" w:type="dxa"/>
            </w:tcMar>
            <w:vAlign w:val="center"/>
          </w:tcPr>
          <w:p w14:paraId="1467E4BF" w14:textId="77777777" w:rsidR="000B73EC" w:rsidRPr="0003346B" w:rsidRDefault="000B73EC" w:rsidP="003E7A10">
            <w:pPr>
              <w:spacing w:after="3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[Completați: codurile A/</w:t>
            </w:r>
            <w:proofErr w:type="spellStart"/>
            <w:r w:rsidRPr="0003346B">
              <w:rPr>
                <w:rFonts w:ascii="Times New Roman" w:hAnsi="Times New Roman" w:cs="Times New Roman"/>
                <w:iCs/>
                <w:color w:val="auto"/>
                <w:sz w:val="24"/>
                <w:szCs w:val="24"/>
                <w:highlight w:val="yellow"/>
                <w:lang w:val="ro-RO"/>
              </w:rPr>
              <w:t>subactivităților</w:t>
            </w:r>
            <w:proofErr w:type="spellEnd"/>
            <w:r w:rsidRPr="0003346B">
              <w:rPr>
                <w:rFonts w:ascii="Times New Roman" w:hAnsi="Times New Roman" w:cs="Times New Roman"/>
                <w:iCs/>
                <w:color w:val="auto"/>
                <w:sz w:val="24"/>
                <w:szCs w:val="24"/>
                <w:highlight w:val="yellow"/>
                <w:lang w:val="ro-RO"/>
              </w:rPr>
              <w:t xml:space="preserve"> și succesiunea lor]</w:t>
            </w:r>
          </w:p>
          <w:p w14:paraId="70BF26C9" w14:textId="77777777" w:rsidR="000B73EC" w:rsidRPr="0003346B" w:rsidRDefault="000B73EC" w:rsidP="003E7A10">
            <w:pPr>
              <w:spacing w:after="4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 xml:space="preserve"> </w:t>
            </w:r>
          </w:p>
        </w:tc>
      </w:tr>
      <w:tr w:rsidR="000B73EC" w:rsidRPr="005E5CC4" w14:paraId="4F3FB2CA" w14:textId="77777777" w:rsidTr="0003346B">
        <w:trPr>
          <w:cantSplit/>
        </w:trPr>
        <w:tc>
          <w:tcPr>
            <w:tcW w:w="3000" w:type="dxa"/>
            <w:shd w:val="clear" w:color="auto" w:fill="F7F9FC"/>
            <w:tcMar>
              <w:top w:w="90" w:type="dxa"/>
              <w:left w:w="120" w:type="dxa"/>
              <w:bottom w:w="90" w:type="dxa"/>
              <w:right w:w="120" w:type="dxa"/>
            </w:tcMar>
            <w:vAlign w:val="center"/>
          </w:tcPr>
          <w:p w14:paraId="5D37CF94"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TRL inițial -&gt; TRL final</w:t>
            </w:r>
          </w:p>
        </w:tc>
        <w:tc>
          <w:tcPr>
            <w:tcW w:w="6638" w:type="dxa"/>
            <w:tcMar>
              <w:top w:w="90" w:type="dxa"/>
              <w:left w:w="120" w:type="dxa"/>
              <w:bottom w:w="90" w:type="dxa"/>
              <w:right w:w="120" w:type="dxa"/>
            </w:tcMar>
            <w:vAlign w:val="center"/>
          </w:tcPr>
          <w:p w14:paraId="412335A9" w14:textId="77777777" w:rsidR="000B73EC" w:rsidRPr="0003346B" w:rsidRDefault="000B73EC" w:rsidP="003E7A10">
            <w:pPr>
              <w:spacing w:after="3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[Completați: nivelul la intrarea în activitate, nivelul la obținerea rezultatului și dovada nivelului inițial]</w:t>
            </w:r>
          </w:p>
          <w:p w14:paraId="7ECE6683" w14:textId="77777777" w:rsidR="000B73EC" w:rsidRPr="0003346B" w:rsidRDefault="000B73EC" w:rsidP="003E7A10">
            <w:pPr>
              <w:spacing w:after="4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 xml:space="preserve"> </w:t>
            </w:r>
          </w:p>
        </w:tc>
      </w:tr>
      <w:tr w:rsidR="000B73EC" w:rsidRPr="005E5CC4" w14:paraId="7E463490" w14:textId="77777777" w:rsidTr="0003346B">
        <w:trPr>
          <w:cantSplit/>
        </w:trPr>
        <w:tc>
          <w:tcPr>
            <w:tcW w:w="3000" w:type="dxa"/>
            <w:shd w:val="clear" w:color="auto" w:fill="F7F9FC"/>
            <w:tcMar>
              <w:top w:w="90" w:type="dxa"/>
              <w:left w:w="120" w:type="dxa"/>
              <w:bottom w:w="90" w:type="dxa"/>
              <w:right w:w="120" w:type="dxa"/>
            </w:tcMar>
            <w:vAlign w:val="center"/>
          </w:tcPr>
          <w:p w14:paraId="59BACB52"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Perioadă și termen</w:t>
            </w:r>
          </w:p>
        </w:tc>
        <w:tc>
          <w:tcPr>
            <w:tcW w:w="6638" w:type="dxa"/>
            <w:tcMar>
              <w:top w:w="90" w:type="dxa"/>
              <w:left w:w="120" w:type="dxa"/>
              <w:bottom w:w="90" w:type="dxa"/>
              <w:right w:w="120" w:type="dxa"/>
            </w:tcMar>
            <w:vAlign w:val="center"/>
          </w:tcPr>
          <w:p w14:paraId="6E16DDC1" w14:textId="77777777" w:rsidR="000B73EC" w:rsidRPr="0003346B" w:rsidRDefault="000B73EC" w:rsidP="003E7A10">
            <w:pPr>
              <w:spacing w:after="3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[Completați: M...-M...; pentru indicatorul de etapă se va indica ulterior o dată calendaristică]</w:t>
            </w:r>
          </w:p>
        </w:tc>
      </w:tr>
      <w:tr w:rsidR="000B73EC" w:rsidRPr="005E5CC4" w14:paraId="577F5780" w14:textId="77777777" w:rsidTr="0003346B">
        <w:trPr>
          <w:cantSplit/>
        </w:trPr>
        <w:tc>
          <w:tcPr>
            <w:tcW w:w="3000" w:type="dxa"/>
            <w:shd w:val="clear" w:color="auto" w:fill="F7F9FC"/>
            <w:tcMar>
              <w:top w:w="90" w:type="dxa"/>
              <w:left w:w="120" w:type="dxa"/>
              <w:bottom w:w="90" w:type="dxa"/>
              <w:right w:w="120" w:type="dxa"/>
            </w:tcMar>
            <w:vAlign w:val="center"/>
          </w:tcPr>
          <w:p w14:paraId="665B7777"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KPI tehnici și ținte finale</w:t>
            </w:r>
          </w:p>
        </w:tc>
        <w:tc>
          <w:tcPr>
            <w:tcW w:w="6638" w:type="dxa"/>
            <w:tcMar>
              <w:top w:w="90" w:type="dxa"/>
              <w:left w:w="120" w:type="dxa"/>
              <w:bottom w:w="90" w:type="dxa"/>
              <w:right w:w="120" w:type="dxa"/>
            </w:tcMar>
            <w:vAlign w:val="center"/>
          </w:tcPr>
          <w:p w14:paraId="5E02F382" w14:textId="77777777" w:rsidR="000B73EC" w:rsidRPr="0003346B" w:rsidRDefault="000B73EC" w:rsidP="003E7A10">
            <w:pPr>
              <w:spacing w:after="3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[Completați: minimum 2 indicatori cu unitate de măsură, valoare de bază și valoare țintă]</w:t>
            </w:r>
          </w:p>
          <w:p w14:paraId="3244B5EB" w14:textId="77777777" w:rsidR="000B73EC" w:rsidRPr="0003346B" w:rsidRDefault="000B73EC" w:rsidP="003E7A10">
            <w:pPr>
              <w:spacing w:after="4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 xml:space="preserve"> </w:t>
            </w:r>
          </w:p>
          <w:p w14:paraId="1103BD3C" w14:textId="77777777" w:rsidR="000B73EC" w:rsidRPr="0003346B" w:rsidRDefault="000B73EC" w:rsidP="003E7A10">
            <w:pPr>
              <w:spacing w:after="4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 xml:space="preserve"> </w:t>
            </w:r>
          </w:p>
        </w:tc>
      </w:tr>
      <w:tr w:rsidR="000B73EC" w:rsidRPr="005E5CC4" w14:paraId="53200B31" w14:textId="77777777" w:rsidTr="0003346B">
        <w:trPr>
          <w:cantSplit/>
        </w:trPr>
        <w:tc>
          <w:tcPr>
            <w:tcW w:w="3000" w:type="dxa"/>
            <w:shd w:val="clear" w:color="auto" w:fill="F7F9FC"/>
            <w:tcMar>
              <w:top w:w="90" w:type="dxa"/>
              <w:left w:w="120" w:type="dxa"/>
              <w:bottom w:w="90" w:type="dxa"/>
              <w:right w:w="120" w:type="dxa"/>
            </w:tcMar>
            <w:vAlign w:val="center"/>
          </w:tcPr>
          <w:p w14:paraId="4B4CA5E3"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Criteriu de acceptare/validare</w:t>
            </w:r>
          </w:p>
        </w:tc>
        <w:tc>
          <w:tcPr>
            <w:tcW w:w="6638" w:type="dxa"/>
            <w:tcMar>
              <w:top w:w="90" w:type="dxa"/>
              <w:left w:w="120" w:type="dxa"/>
              <w:bottom w:w="90" w:type="dxa"/>
              <w:right w:w="120" w:type="dxa"/>
            </w:tcMar>
            <w:vAlign w:val="center"/>
          </w:tcPr>
          <w:p w14:paraId="5684CDE1" w14:textId="77777777" w:rsidR="000B73EC" w:rsidRPr="0003346B" w:rsidRDefault="000B73EC" w:rsidP="003E7A10">
            <w:pPr>
              <w:spacing w:after="3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[Completați: condiția obiectivă care confirmă că rezultatul este realizat]</w:t>
            </w:r>
          </w:p>
          <w:p w14:paraId="3FDB1777" w14:textId="77777777" w:rsidR="000B73EC" w:rsidRPr="0003346B" w:rsidRDefault="000B73EC" w:rsidP="003E7A10">
            <w:pPr>
              <w:spacing w:after="4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 xml:space="preserve"> </w:t>
            </w:r>
          </w:p>
        </w:tc>
      </w:tr>
      <w:tr w:rsidR="000B73EC" w:rsidRPr="005E5CC4" w14:paraId="403663EE" w14:textId="77777777" w:rsidTr="0003346B">
        <w:trPr>
          <w:cantSplit/>
        </w:trPr>
        <w:tc>
          <w:tcPr>
            <w:tcW w:w="3000" w:type="dxa"/>
            <w:shd w:val="clear" w:color="auto" w:fill="F7F9FC"/>
            <w:tcMar>
              <w:top w:w="90" w:type="dxa"/>
              <w:left w:w="120" w:type="dxa"/>
              <w:bottom w:w="90" w:type="dxa"/>
              <w:right w:w="120" w:type="dxa"/>
            </w:tcMar>
            <w:vAlign w:val="center"/>
          </w:tcPr>
          <w:p w14:paraId="0F5A4446"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Documente/dovezi</w:t>
            </w:r>
          </w:p>
        </w:tc>
        <w:tc>
          <w:tcPr>
            <w:tcW w:w="6638" w:type="dxa"/>
            <w:tcMar>
              <w:top w:w="90" w:type="dxa"/>
              <w:left w:w="120" w:type="dxa"/>
              <w:bottom w:w="90" w:type="dxa"/>
              <w:right w:w="120" w:type="dxa"/>
            </w:tcMar>
            <w:vAlign w:val="center"/>
          </w:tcPr>
          <w:p w14:paraId="14F9F35F" w14:textId="77777777" w:rsidR="000B73EC" w:rsidRPr="0003346B" w:rsidRDefault="000B73EC" w:rsidP="003E7A10">
            <w:pPr>
              <w:spacing w:after="3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[Completați: raport, protocol de test, proces-verbal, fișier tehnic, prototip, fotografii, certificat etc.]</w:t>
            </w:r>
          </w:p>
          <w:p w14:paraId="53FA30FE" w14:textId="77777777" w:rsidR="000B73EC" w:rsidRPr="0003346B" w:rsidRDefault="000B73EC" w:rsidP="003E7A10">
            <w:pPr>
              <w:spacing w:after="4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 xml:space="preserve"> </w:t>
            </w:r>
          </w:p>
        </w:tc>
      </w:tr>
      <w:tr w:rsidR="000B73EC" w:rsidRPr="005E5CC4" w14:paraId="5963CC36" w14:textId="77777777" w:rsidTr="0003346B">
        <w:trPr>
          <w:cantSplit/>
        </w:trPr>
        <w:tc>
          <w:tcPr>
            <w:tcW w:w="3000" w:type="dxa"/>
            <w:shd w:val="clear" w:color="auto" w:fill="F7F9FC"/>
            <w:tcMar>
              <w:top w:w="90" w:type="dxa"/>
              <w:left w:w="120" w:type="dxa"/>
              <w:bottom w:w="90" w:type="dxa"/>
              <w:right w:w="120" w:type="dxa"/>
            </w:tcMar>
            <w:vAlign w:val="center"/>
          </w:tcPr>
          <w:p w14:paraId="01A46B45"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Responsabil, locație și resurse</w:t>
            </w:r>
          </w:p>
        </w:tc>
        <w:tc>
          <w:tcPr>
            <w:tcW w:w="6638" w:type="dxa"/>
            <w:tcMar>
              <w:top w:w="90" w:type="dxa"/>
              <w:left w:w="120" w:type="dxa"/>
              <w:bottom w:w="90" w:type="dxa"/>
              <w:right w:w="120" w:type="dxa"/>
            </w:tcMar>
            <w:vAlign w:val="center"/>
          </w:tcPr>
          <w:p w14:paraId="1BB3E653" w14:textId="77777777" w:rsidR="000B73EC" w:rsidRPr="0003346B" w:rsidRDefault="000B73EC" w:rsidP="003E7A10">
            <w:pPr>
              <w:spacing w:after="3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[Completați: persoană/rol; locația fizică; echipamente și infrastructură utilizate]</w:t>
            </w:r>
          </w:p>
          <w:p w14:paraId="5F97B0BA" w14:textId="77777777" w:rsidR="000B73EC" w:rsidRPr="0003346B" w:rsidRDefault="000B73EC" w:rsidP="003E7A10">
            <w:pPr>
              <w:spacing w:after="4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 xml:space="preserve"> </w:t>
            </w:r>
          </w:p>
        </w:tc>
      </w:tr>
      <w:tr w:rsidR="000B73EC" w:rsidRPr="005E5CC4" w14:paraId="03D8E3E5" w14:textId="77777777" w:rsidTr="0003346B">
        <w:trPr>
          <w:cantSplit/>
        </w:trPr>
        <w:tc>
          <w:tcPr>
            <w:tcW w:w="3000" w:type="dxa"/>
            <w:shd w:val="clear" w:color="auto" w:fill="F7F9FC"/>
            <w:tcMar>
              <w:top w:w="90" w:type="dxa"/>
              <w:left w:w="120" w:type="dxa"/>
              <w:bottom w:w="90" w:type="dxa"/>
              <w:right w:w="120" w:type="dxa"/>
            </w:tcMar>
            <w:vAlign w:val="center"/>
          </w:tcPr>
          <w:p w14:paraId="649E26B5"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Buget aferent</w:t>
            </w:r>
          </w:p>
        </w:tc>
        <w:tc>
          <w:tcPr>
            <w:tcW w:w="6638" w:type="dxa"/>
            <w:tcMar>
              <w:top w:w="90" w:type="dxa"/>
              <w:left w:w="120" w:type="dxa"/>
              <w:bottom w:w="90" w:type="dxa"/>
              <w:right w:w="120" w:type="dxa"/>
            </w:tcMar>
            <w:vAlign w:val="center"/>
          </w:tcPr>
          <w:p w14:paraId="223FC798" w14:textId="77777777" w:rsidR="000B73EC" w:rsidRPr="0003346B" w:rsidRDefault="000B73EC" w:rsidP="003E7A10">
            <w:pPr>
              <w:spacing w:after="30" w:line="252" w:lineRule="auto"/>
              <w:rPr>
                <w:rFonts w:ascii="Times New Roman" w:hAnsi="Times New Roman" w:cs="Times New Roman"/>
                <w:iCs/>
                <w:color w:val="auto"/>
                <w:sz w:val="24"/>
                <w:szCs w:val="24"/>
                <w:highlight w:val="yellow"/>
                <w:lang w:val="ro-RO"/>
              </w:rPr>
            </w:pPr>
            <w:r w:rsidRPr="0003346B">
              <w:rPr>
                <w:rFonts w:ascii="Times New Roman" w:hAnsi="Times New Roman" w:cs="Times New Roman"/>
                <w:iCs/>
                <w:color w:val="auto"/>
                <w:sz w:val="24"/>
                <w:szCs w:val="24"/>
                <w:highlight w:val="yellow"/>
                <w:lang w:val="ro-RO"/>
              </w:rPr>
              <w:t>[Completați: valoare estimată și capitolul/categoria din macheta financiară]</w:t>
            </w:r>
          </w:p>
        </w:tc>
      </w:tr>
    </w:tbl>
    <w:p w14:paraId="32AB7B38"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77A2E191" w14:textId="77777777" w:rsidR="000B73EC" w:rsidRPr="005E5CC4" w:rsidRDefault="000B73EC" w:rsidP="000B73EC">
      <w:pPr>
        <w:rPr>
          <w:rFonts w:ascii="Times New Roman" w:hAnsi="Times New Roman" w:cs="Times New Roman"/>
          <w:color w:val="auto"/>
          <w:sz w:val="24"/>
          <w:szCs w:val="24"/>
          <w:lang w:val="ro-RO"/>
        </w:rPr>
        <w:sectPr w:rsidR="000B73EC" w:rsidRPr="005E5CC4" w:rsidSect="000B73EC">
          <w:headerReference w:type="default" r:id="rId9"/>
          <w:footerReference w:type="default" r:id="rId10"/>
          <w:pgSz w:w="11906" w:h="16838"/>
          <w:pgMar w:top="907" w:right="1134" w:bottom="907" w:left="1134" w:header="397" w:footer="397" w:gutter="0"/>
          <w:cols w:space="720"/>
          <w:docGrid w:linePitch="360"/>
        </w:sectPr>
      </w:pPr>
    </w:p>
    <w:p w14:paraId="3EB469CB" w14:textId="77777777" w:rsidR="000B73EC" w:rsidRPr="005E5CC4" w:rsidRDefault="000B73EC" w:rsidP="000B73EC">
      <w:pPr>
        <w:pStyle w:val="Heading2"/>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lastRenderedPageBreak/>
        <w:t>5.1 Matricea activități - rezultate - calendar - buget</w:t>
      </w:r>
    </w:p>
    <w:p w14:paraId="2A4B5CCD" w14:textId="77777777" w:rsidR="000B73EC" w:rsidRPr="005E5CC4" w:rsidRDefault="000B73EC" w:rsidP="000B73EC">
      <w:pP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Candidatul completează numai contribuția proprie. Codurile și perioadele finale vor fi armonizate de lider în cererea de finanțare și în acordul de parteneriat.</w:t>
      </w:r>
    </w:p>
    <w:tbl>
      <w:tblPr>
        <w:tblW w:w="15272"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2400"/>
        <w:gridCol w:w="2750"/>
        <w:gridCol w:w="2200"/>
        <w:gridCol w:w="1050"/>
        <w:gridCol w:w="1200"/>
        <w:gridCol w:w="3100"/>
        <w:gridCol w:w="1880"/>
      </w:tblGrid>
      <w:tr w:rsidR="000B73EC" w:rsidRPr="005E5CC4" w14:paraId="41317885" w14:textId="77777777" w:rsidTr="0003346B">
        <w:trPr>
          <w:tblHeader/>
        </w:trPr>
        <w:tc>
          <w:tcPr>
            <w:tcW w:w="692" w:type="dxa"/>
            <w:shd w:val="clear" w:color="auto" w:fill="17365D"/>
            <w:tcMar>
              <w:top w:w="90" w:type="dxa"/>
              <w:left w:w="120" w:type="dxa"/>
              <w:bottom w:w="90" w:type="dxa"/>
              <w:right w:w="120" w:type="dxa"/>
            </w:tcMar>
            <w:vAlign w:val="center"/>
          </w:tcPr>
          <w:p w14:paraId="2833E5F6"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Cod</w:t>
            </w:r>
          </w:p>
        </w:tc>
        <w:tc>
          <w:tcPr>
            <w:tcW w:w="2400" w:type="dxa"/>
            <w:shd w:val="clear" w:color="auto" w:fill="17365D"/>
            <w:tcMar>
              <w:top w:w="90" w:type="dxa"/>
              <w:left w:w="120" w:type="dxa"/>
              <w:bottom w:w="90" w:type="dxa"/>
              <w:right w:w="120" w:type="dxa"/>
            </w:tcMar>
            <w:vAlign w:val="center"/>
          </w:tcPr>
          <w:p w14:paraId="6A09DEC3"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Activitate</w:t>
            </w:r>
          </w:p>
        </w:tc>
        <w:tc>
          <w:tcPr>
            <w:tcW w:w="2750" w:type="dxa"/>
            <w:shd w:val="clear" w:color="auto" w:fill="17365D"/>
            <w:tcMar>
              <w:top w:w="90" w:type="dxa"/>
              <w:left w:w="120" w:type="dxa"/>
              <w:bottom w:w="90" w:type="dxa"/>
              <w:right w:w="120" w:type="dxa"/>
            </w:tcMar>
            <w:vAlign w:val="center"/>
          </w:tcPr>
          <w:p w14:paraId="17B3DB39"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Contribuția IMM</w:t>
            </w:r>
          </w:p>
        </w:tc>
        <w:tc>
          <w:tcPr>
            <w:tcW w:w="2200" w:type="dxa"/>
            <w:shd w:val="clear" w:color="auto" w:fill="17365D"/>
            <w:tcMar>
              <w:top w:w="90" w:type="dxa"/>
              <w:left w:w="120" w:type="dxa"/>
              <w:bottom w:w="90" w:type="dxa"/>
              <w:right w:w="120" w:type="dxa"/>
            </w:tcMar>
            <w:vAlign w:val="center"/>
          </w:tcPr>
          <w:p w14:paraId="69EDE143"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proofErr w:type="spellStart"/>
            <w:r w:rsidRPr="005E5CC4">
              <w:rPr>
                <w:rFonts w:ascii="Times New Roman" w:hAnsi="Times New Roman" w:cs="Times New Roman"/>
                <w:b/>
                <w:color w:val="auto"/>
                <w:sz w:val="24"/>
                <w:szCs w:val="24"/>
                <w:lang w:val="ro-RO"/>
              </w:rPr>
              <w:t>Subactivități</w:t>
            </w:r>
            <w:proofErr w:type="spellEnd"/>
          </w:p>
        </w:tc>
        <w:tc>
          <w:tcPr>
            <w:tcW w:w="1050" w:type="dxa"/>
            <w:shd w:val="clear" w:color="auto" w:fill="17365D"/>
            <w:tcMar>
              <w:top w:w="90" w:type="dxa"/>
              <w:left w:w="120" w:type="dxa"/>
              <w:bottom w:w="90" w:type="dxa"/>
              <w:right w:w="120" w:type="dxa"/>
            </w:tcMar>
            <w:vAlign w:val="center"/>
          </w:tcPr>
          <w:p w14:paraId="65E7B316"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Rezultat</w:t>
            </w:r>
          </w:p>
        </w:tc>
        <w:tc>
          <w:tcPr>
            <w:tcW w:w="1200" w:type="dxa"/>
            <w:shd w:val="clear" w:color="auto" w:fill="17365D"/>
            <w:tcMar>
              <w:top w:w="90" w:type="dxa"/>
              <w:left w:w="120" w:type="dxa"/>
              <w:bottom w:w="90" w:type="dxa"/>
              <w:right w:w="120" w:type="dxa"/>
            </w:tcMar>
            <w:vAlign w:val="center"/>
          </w:tcPr>
          <w:p w14:paraId="04CE347A"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Perioadă</w:t>
            </w:r>
          </w:p>
        </w:tc>
        <w:tc>
          <w:tcPr>
            <w:tcW w:w="3100" w:type="dxa"/>
            <w:shd w:val="clear" w:color="auto" w:fill="17365D"/>
            <w:tcMar>
              <w:top w:w="90" w:type="dxa"/>
              <w:left w:w="120" w:type="dxa"/>
              <w:bottom w:w="90" w:type="dxa"/>
              <w:right w:w="120" w:type="dxa"/>
            </w:tcMar>
            <w:vAlign w:val="center"/>
          </w:tcPr>
          <w:p w14:paraId="75BFEBDB"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Livrabil/dovadă</w:t>
            </w:r>
          </w:p>
        </w:tc>
        <w:tc>
          <w:tcPr>
            <w:tcW w:w="1880" w:type="dxa"/>
            <w:shd w:val="clear" w:color="auto" w:fill="17365D"/>
            <w:tcMar>
              <w:top w:w="90" w:type="dxa"/>
              <w:left w:w="120" w:type="dxa"/>
              <w:bottom w:w="90" w:type="dxa"/>
              <w:right w:w="120" w:type="dxa"/>
            </w:tcMar>
            <w:vAlign w:val="center"/>
          </w:tcPr>
          <w:p w14:paraId="5EC831F5"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Buget</w:t>
            </w:r>
          </w:p>
        </w:tc>
      </w:tr>
      <w:tr w:rsidR="000B73EC" w:rsidRPr="005E5CC4" w14:paraId="24A2FA88" w14:textId="77777777" w:rsidTr="0003346B">
        <w:trPr>
          <w:cantSplit/>
        </w:trPr>
        <w:tc>
          <w:tcPr>
            <w:tcW w:w="692" w:type="dxa"/>
            <w:shd w:val="clear" w:color="auto" w:fill="FFFFFF"/>
          </w:tcPr>
          <w:p w14:paraId="199E969F" w14:textId="7F9302C9"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w:t>
            </w:r>
            <w:r w:rsidR="007E210E">
              <w:rPr>
                <w:rFonts w:ascii="Times New Roman" w:hAnsi="Times New Roman" w:cs="Times New Roman"/>
                <w:color w:val="auto"/>
                <w:sz w:val="24"/>
                <w:szCs w:val="24"/>
                <w:lang w:val="ro-RO"/>
              </w:rPr>
              <w:t>1</w:t>
            </w:r>
          </w:p>
        </w:tc>
        <w:tc>
          <w:tcPr>
            <w:tcW w:w="2400" w:type="dxa"/>
            <w:shd w:val="clear" w:color="auto" w:fill="FFFFFF"/>
          </w:tcPr>
          <w:p w14:paraId="74050084"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Cercetare industrială / dezvoltare experimentală</w:t>
            </w:r>
          </w:p>
        </w:tc>
        <w:tc>
          <w:tcPr>
            <w:tcW w:w="2750" w:type="dxa"/>
            <w:shd w:val="clear" w:color="auto" w:fill="FFFFFF"/>
          </w:tcPr>
          <w:p w14:paraId="7EF1AEFA"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[contribuție IMM]</w:t>
            </w:r>
          </w:p>
        </w:tc>
        <w:tc>
          <w:tcPr>
            <w:tcW w:w="2200" w:type="dxa"/>
            <w:shd w:val="clear" w:color="auto" w:fill="FFFFFF"/>
          </w:tcPr>
          <w:p w14:paraId="18D2A3BC"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w:t>
            </w:r>
            <w:proofErr w:type="spellStart"/>
            <w:r w:rsidRPr="00041594">
              <w:rPr>
                <w:rFonts w:ascii="Times New Roman" w:hAnsi="Times New Roman" w:cs="Times New Roman"/>
                <w:color w:val="auto"/>
                <w:sz w:val="24"/>
                <w:szCs w:val="24"/>
                <w:highlight w:val="yellow"/>
                <w:lang w:val="ro-RO"/>
              </w:rPr>
              <w:t>subactivități</w:t>
            </w:r>
            <w:proofErr w:type="spellEnd"/>
            <w:r w:rsidRPr="00041594">
              <w:rPr>
                <w:rFonts w:ascii="Times New Roman" w:hAnsi="Times New Roman" w:cs="Times New Roman"/>
                <w:color w:val="auto"/>
                <w:sz w:val="24"/>
                <w:szCs w:val="24"/>
                <w:highlight w:val="yellow"/>
                <w:lang w:val="ro-RO"/>
              </w:rPr>
              <w:t>]</w:t>
            </w:r>
          </w:p>
        </w:tc>
        <w:tc>
          <w:tcPr>
            <w:tcW w:w="1050" w:type="dxa"/>
            <w:shd w:val="clear" w:color="auto" w:fill="FFFFFF"/>
          </w:tcPr>
          <w:p w14:paraId="63E020F6"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R1-R2</w:t>
            </w:r>
          </w:p>
        </w:tc>
        <w:tc>
          <w:tcPr>
            <w:tcW w:w="1200" w:type="dxa"/>
            <w:shd w:val="clear" w:color="auto" w:fill="FFFFFF"/>
          </w:tcPr>
          <w:p w14:paraId="285D6A04"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[M..-M..]</w:t>
            </w:r>
          </w:p>
        </w:tc>
        <w:tc>
          <w:tcPr>
            <w:tcW w:w="3100" w:type="dxa"/>
            <w:shd w:val="clear" w:color="auto" w:fill="FFFFFF"/>
          </w:tcPr>
          <w:p w14:paraId="22B8DD78"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[livrabil/dovadă]</w:t>
            </w:r>
          </w:p>
        </w:tc>
        <w:tc>
          <w:tcPr>
            <w:tcW w:w="1880" w:type="dxa"/>
            <w:shd w:val="clear" w:color="auto" w:fill="FFFFFF"/>
          </w:tcPr>
          <w:p w14:paraId="2914F90C"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[lei]</w:t>
            </w:r>
          </w:p>
        </w:tc>
      </w:tr>
      <w:tr w:rsidR="000B73EC" w:rsidRPr="005E5CC4" w14:paraId="4401A54D" w14:textId="77777777" w:rsidTr="0003346B">
        <w:trPr>
          <w:cantSplit/>
        </w:trPr>
        <w:tc>
          <w:tcPr>
            <w:tcW w:w="692" w:type="dxa"/>
            <w:shd w:val="clear" w:color="auto" w:fill="F7F9FC"/>
          </w:tcPr>
          <w:p w14:paraId="1B71FD96" w14:textId="11880E26"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w:t>
            </w:r>
            <w:r w:rsidR="007E210E">
              <w:rPr>
                <w:rFonts w:ascii="Times New Roman" w:hAnsi="Times New Roman" w:cs="Times New Roman"/>
                <w:color w:val="auto"/>
                <w:sz w:val="24"/>
                <w:szCs w:val="24"/>
                <w:lang w:val="ro-RO"/>
              </w:rPr>
              <w:t>2</w:t>
            </w:r>
          </w:p>
        </w:tc>
        <w:tc>
          <w:tcPr>
            <w:tcW w:w="2400" w:type="dxa"/>
            <w:shd w:val="clear" w:color="auto" w:fill="F7F9FC"/>
          </w:tcPr>
          <w:p w14:paraId="7F1A3696"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Monitorizare, comandă, diagnoză și siguranță</w:t>
            </w:r>
          </w:p>
        </w:tc>
        <w:tc>
          <w:tcPr>
            <w:tcW w:w="2750" w:type="dxa"/>
            <w:shd w:val="clear" w:color="auto" w:fill="F7F9FC"/>
          </w:tcPr>
          <w:p w14:paraId="2BAD0331"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[contribuție IMM]</w:t>
            </w:r>
          </w:p>
        </w:tc>
        <w:tc>
          <w:tcPr>
            <w:tcW w:w="2200" w:type="dxa"/>
            <w:shd w:val="clear" w:color="auto" w:fill="F7F9FC"/>
          </w:tcPr>
          <w:p w14:paraId="27603B74"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w:t>
            </w:r>
            <w:proofErr w:type="spellStart"/>
            <w:r w:rsidRPr="00041594">
              <w:rPr>
                <w:rFonts w:ascii="Times New Roman" w:hAnsi="Times New Roman" w:cs="Times New Roman"/>
                <w:color w:val="auto"/>
                <w:sz w:val="24"/>
                <w:szCs w:val="24"/>
                <w:highlight w:val="yellow"/>
                <w:lang w:val="ro-RO"/>
              </w:rPr>
              <w:t>subactivități</w:t>
            </w:r>
            <w:proofErr w:type="spellEnd"/>
            <w:r w:rsidRPr="00041594">
              <w:rPr>
                <w:rFonts w:ascii="Times New Roman" w:hAnsi="Times New Roman" w:cs="Times New Roman"/>
                <w:color w:val="auto"/>
                <w:sz w:val="24"/>
                <w:szCs w:val="24"/>
                <w:highlight w:val="yellow"/>
                <w:lang w:val="ro-RO"/>
              </w:rPr>
              <w:t>]</w:t>
            </w:r>
          </w:p>
        </w:tc>
        <w:tc>
          <w:tcPr>
            <w:tcW w:w="1050" w:type="dxa"/>
            <w:shd w:val="clear" w:color="auto" w:fill="F7F9FC"/>
          </w:tcPr>
          <w:p w14:paraId="31D5A403"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R3</w:t>
            </w:r>
          </w:p>
        </w:tc>
        <w:tc>
          <w:tcPr>
            <w:tcW w:w="1200" w:type="dxa"/>
            <w:shd w:val="clear" w:color="auto" w:fill="F7F9FC"/>
          </w:tcPr>
          <w:p w14:paraId="6C01DCE1"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[M..-M..]</w:t>
            </w:r>
          </w:p>
        </w:tc>
        <w:tc>
          <w:tcPr>
            <w:tcW w:w="3100" w:type="dxa"/>
            <w:shd w:val="clear" w:color="auto" w:fill="F7F9FC"/>
          </w:tcPr>
          <w:p w14:paraId="1E83A31E"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[livrabil/dovadă]</w:t>
            </w:r>
          </w:p>
        </w:tc>
        <w:tc>
          <w:tcPr>
            <w:tcW w:w="1880" w:type="dxa"/>
            <w:shd w:val="clear" w:color="auto" w:fill="F7F9FC"/>
          </w:tcPr>
          <w:p w14:paraId="3B1587A5"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[lei]</w:t>
            </w:r>
          </w:p>
        </w:tc>
      </w:tr>
      <w:tr w:rsidR="000B73EC" w:rsidRPr="005E5CC4" w14:paraId="797A19B1" w14:textId="77777777" w:rsidTr="0003346B">
        <w:trPr>
          <w:cantSplit/>
        </w:trPr>
        <w:tc>
          <w:tcPr>
            <w:tcW w:w="692" w:type="dxa"/>
            <w:shd w:val="clear" w:color="auto" w:fill="FFFFFF"/>
          </w:tcPr>
          <w:p w14:paraId="0E2F4515" w14:textId="55AAD6C8"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w:t>
            </w:r>
            <w:r w:rsidR="007E210E">
              <w:rPr>
                <w:rFonts w:ascii="Times New Roman" w:hAnsi="Times New Roman" w:cs="Times New Roman"/>
                <w:color w:val="auto"/>
                <w:sz w:val="24"/>
                <w:szCs w:val="24"/>
                <w:lang w:val="ro-RO"/>
              </w:rPr>
              <w:t>3</w:t>
            </w:r>
          </w:p>
        </w:tc>
        <w:tc>
          <w:tcPr>
            <w:tcW w:w="2400" w:type="dxa"/>
            <w:shd w:val="clear" w:color="auto" w:fill="FFFFFF"/>
          </w:tcPr>
          <w:p w14:paraId="4679DC65" w14:textId="77777777" w:rsidR="000B73EC" w:rsidRPr="005E5CC4" w:rsidRDefault="000B73EC" w:rsidP="003E7A10">
            <w:pPr>
              <w:spacing w:after="30" w:line="252" w:lineRule="auto"/>
              <w:rPr>
                <w:rFonts w:ascii="Times New Roman" w:hAnsi="Times New Roman" w:cs="Times New Roman"/>
                <w:color w:val="auto"/>
                <w:sz w:val="24"/>
                <w:szCs w:val="24"/>
                <w:lang w:val="ro-RO"/>
              </w:rPr>
            </w:pPr>
            <w:proofErr w:type="spellStart"/>
            <w:r w:rsidRPr="005E5CC4">
              <w:rPr>
                <w:rFonts w:ascii="Times New Roman" w:hAnsi="Times New Roman" w:cs="Times New Roman"/>
                <w:color w:val="auto"/>
                <w:sz w:val="24"/>
                <w:szCs w:val="24"/>
                <w:lang w:val="ro-RO"/>
              </w:rPr>
              <w:t>Prototipare</w:t>
            </w:r>
            <w:proofErr w:type="spellEnd"/>
            <w:r w:rsidRPr="005E5CC4">
              <w:rPr>
                <w:rFonts w:ascii="Times New Roman" w:hAnsi="Times New Roman" w:cs="Times New Roman"/>
                <w:color w:val="auto"/>
                <w:sz w:val="24"/>
                <w:szCs w:val="24"/>
                <w:lang w:val="ro-RO"/>
              </w:rPr>
              <w:t xml:space="preserve"> și integrare</w:t>
            </w:r>
          </w:p>
        </w:tc>
        <w:tc>
          <w:tcPr>
            <w:tcW w:w="2750" w:type="dxa"/>
            <w:shd w:val="clear" w:color="auto" w:fill="FFFFFF"/>
          </w:tcPr>
          <w:p w14:paraId="4C08D726"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[contribuție IMM]</w:t>
            </w:r>
          </w:p>
        </w:tc>
        <w:tc>
          <w:tcPr>
            <w:tcW w:w="2200" w:type="dxa"/>
            <w:shd w:val="clear" w:color="auto" w:fill="FFFFFF"/>
          </w:tcPr>
          <w:p w14:paraId="0A329916"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w:t>
            </w:r>
            <w:proofErr w:type="spellStart"/>
            <w:r w:rsidRPr="00041594">
              <w:rPr>
                <w:rFonts w:ascii="Times New Roman" w:hAnsi="Times New Roman" w:cs="Times New Roman"/>
                <w:color w:val="auto"/>
                <w:sz w:val="24"/>
                <w:szCs w:val="24"/>
                <w:highlight w:val="yellow"/>
                <w:lang w:val="ro-RO"/>
              </w:rPr>
              <w:t>subactivități</w:t>
            </w:r>
            <w:proofErr w:type="spellEnd"/>
            <w:r w:rsidRPr="00041594">
              <w:rPr>
                <w:rFonts w:ascii="Times New Roman" w:hAnsi="Times New Roman" w:cs="Times New Roman"/>
                <w:color w:val="auto"/>
                <w:sz w:val="24"/>
                <w:szCs w:val="24"/>
                <w:highlight w:val="yellow"/>
                <w:lang w:val="ro-RO"/>
              </w:rPr>
              <w:t>]</w:t>
            </w:r>
          </w:p>
        </w:tc>
        <w:tc>
          <w:tcPr>
            <w:tcW w:w="1050" w:type="dxa"/>
            <w:shd w:val="clear" w:color="auto" w:fill="FFFFFF"/>
          </w:tcPr>
          <w:p w14:paraId="52279105"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R2-R4</w:t>
            </w:r>
          </w:p>
        </w:tc>
        <w:tc>
          <w:tcPr>
            <w:tcW w:w="1200" w:type="dxa"/>
            <w:shd w:val="clear" w:color="auto" w:fill="FFFFFF"/>
          </w:tcPr>
          <w:p w14:paraId="52F35737"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[M..-M..]</w:t>
            </w:r>
          </w:p>
        </w:tc>
        <w:tc>
          <w:tcPr>
            <w:tcW w:w="3100" w:type="dxa"/>
            <w:shd w:val="clear" w:color="auto" w:fill="FFFFFF"/>
          </w:tcPr>
          <w:p w14:paraId="5C65B01F"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[livrabil/dovadă]</w:t>
            </w:r>
          </w:p>
        </w:tc>
        <w:tc>
          <w:tcPr>
            <w:tcW w:w="1880" w:type="dxa"/>
            <w:shd w:val="clear" w:color="auto" w:fill="FFFFFF"/>
          </w:tcPr>
          <w:p w14:paraId="4422789E"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[lei]</w:t>
            </w:r>
          </w:p>
        </w:tc>
      </w:tr>
      <w:tr w:rsidR="000B73EC" w:rsidRPr="005E5CC4" w14:paraId="0EEE3819" w14:textId="77777777" w:rsidTr="0003346B">
        <w:trPr>
          <w:cantSplit/>
        </w:trPr>
        <w:tc>
          <w:tcPr>
            <w:tcW w:w="692" w:type="dxa"/>
            <w:shd w:val="clear" w:color="auto" w:fill="F7F9FC"/>
          </w:tcPr>
          <w:p w14:paraId="5C388267" w14:textId="63EB736F"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w:t>
            </w:r>
            <w:r w:rsidR="007E210E">
              <w:rPr>
                <w:rFonts w:ascii="Times New Roman" w:hAnsi="Times New Roman" w:cs="Times New Roman"/>
                <w:color w:val="auto"/>
                <w:sz w:val="24"/>
                <w:szCs w:val="24"/>
                <w:lang w:val="ro-RO"/>
              </w:rPr>
              <w:t>4</w:t>
            </w:r>
          </w:p>
        </w:tc>
        <w:tc>
          <w:tcPr>
            <w:tcW w:w="2400" w:type="dxa"/>
            <w:shd w:val="clear" w:color="auto" w:fill="F7F9FC"/>
          </w:tcPr>
          <w:p w14:paraId="7EEF80DB"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Testare, validare și demonstrare</w:t>
            </w:r>
          </w:p>
        </w:tc>
        <w:tc>
          <w:tcPr>
            <w:tcW w:w="2750" w:type="dxa"/>
            <w:shd w:val="clear" w:color="auto" w:fill="F7F9FC"/>
          </w:tcPr>
          <w:p w14:paraId="452F50C9"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[contribuție IMM]</w:t>
            </w:r>
          </w:p>
        </w:tc>
        <w:tc>
          <w:tcPr>
            <w:tcW w:w="2200" w:type="dxa"/>
            <w:shd w:val="clear" w:color="auto" w:fill="F7F9FC"/>
          </w:tcPr>
          <w:p w14:paraId="433B1958"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w:t>
            </w:r>
            <w:proofErr w:type="spellStart"/>
            <w:r w:rsidRPr="00041594">
              <w:rPr>
                <w:rFonts w:ascii="Times New Roman" w:hAnsi="Times New Roman" w:cs="Times New Roman"/>
                <w:color w:val="auto"/>
                <w:sz w:val="24"/>
                <w:szCs w:val="24"/>
                <w:highlight w:val="yellow"/>
                <w:lang w:val="ro-RO"/>
              </w:rPr>
              <w:t>subactivități</w:t>
            </w:r>
            <w:proofErr w:type="spellEnd"/>
            <w:r w:rsidRPr="00041594">
              <w:rPr>
                <w:rFonts w:ascii="Times New Roman" w:hAnsi="Times New Roman" w:cs="Times New Roman"/>
                <w:color w:val="auto"/>
                <w:sz w:val="24"/>
                <w:szCs w:val="24"/>
                <w:highlight w:val="yellow"/>
                <w:lang w:val="ro-RO"/>
              </w:rPr>
              <w:t>]</w:t>
            </w:r>
          </w:p>
        </w:tc>
        <w:tc>
          <w:tcPr>
            <w:tcW w:w="1050" w:type="dxa"/>
            <w:shd w:val="clear" w:color="auto" w:fill="F7F9FC"/>
          </w:tcPr>
          <w:p w14:paraId="4D481524"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R2-R5</w:t>
            </w:r>
          </w:p>
        </w:tc>
        <w:tc>
          <w:tcPr>
            <w:tcW w:w="1200" w:type="dxa"/>
            <w:shd w:val="clear" w:color="auto" w:fill="F7F9FC"/>
          </w:tcPr>
          <w:p w14:paraId="615FED8D"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[M..-M..]</w:t>
            </w:r>
          </w:p>
        </w:tc>
        <w:tc>
          <w:tcPr>
            <w:tcW w:w="3100" w:type="dxa"/>
            <w:shd w:val="clear" w:color="auto" w:fill="F7F9FC"/>
          </w:tcPr>
          <w:p w14:paraId="38293482"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[livrabil/dovadă]</w:t>
            </w:r>
          </w:p>
        </w:tc>
        <w:tc>
          <w:tcPr>
            <w:tcW w:w="1880" w:type="dxa"/>
            <w:shd w:val="clear" w:color="auto" w:fill="F7F9FC"/>
          </w:tcPr>
          <w:p w14:paraId="1FD0237D"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[lei]</w:t>
            </w:r>
          </w:p>
        </w:tc>
      </w:tr>
      <w:tr w:rsidR="000B73EC" w:rsidRPr="005E5CC4" w14:paraId="7E89B409" w14:textId="77777777" w:rsidTr="0003346B">
        <w:trPr>
          <w:cantSplit/>
        </w:trPr>
        <w:tc>
          <w:tcPr>
            <w:tcW w:w="692" w:type="dxa"/>
            <w:shd w:val="clear" w:color="auto" w:fill="FFFFFF"/>
          </w:tcPr>
          <w:p w14:paraId="63EAC7B5" w14:textId="6C487928"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w:t>
            </w:r>
            <w:r w:rsidR="007E210E">
              <w:rPr>
                <w:rFonts w:ascii="Times New Roman" w:hAnsi="Times New Roman" w:cs="Times New Roman"/>
                <w:color w:val="auto"/>
                <w:sz w:val="24"/>
                <w:szCs w:val="24"/>
                <w:lang w:val="ro-RO"/>
              </w:rPr>
              <w:t>5</w:t>
            </w:r>
          </w:p>
        </w:tc>
        <w:tc>
          <w:tcPr>
            <w:tcW w:w="2400" w:type="dxa"/>
            <w:shd w:val="clear" w:color="auto" w:fill="FFFFFF"/>
          </w:tcPr>
          <w:p w14:paraId="40FC6689"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Inovare și investiție inițială</w:t>
            </w:r>
          </w:p>
        </w:tc>
        <w:tc>
          <w:tcPr>
            <w:tcW w:w="2750" w:type="dxa"/>
            <w:shd w:val="clear" w:color="auto" w:fill="FFFFFF"/>
          </w:tcPr>
          <w:p w14:paraId="2DF6724F"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[contribuție IMM]</w:t>
            </w:r>
          </w:p>
        </w:tc>
        <w:tc>
          <w:tcPr>
            <w:tcW w:w="2200" w:type="dxa"/>
            <w:shd w:val="clear" w:color="auto" w:fill="FFFFFF"/>
          </w:tcPr>
          <w:p w14:paraId="628C00B0"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w:t>
            </w:r>
            <w:proofErr w:type="spellStart"/>
            <w:r w:rsidRPr="00041594">
              <w:rPr>
                <w:rFonts w:ascii="Times New Roman" w:hAnsi="Times New Roman" w:cs="Times New Roman"/>
                <w:color w:val="auto"/>
                <w:sz w:val="24"/>
                <w:szCs w:val="24"/>
                <w:highlight w:val="yellow"/>
                <w:lang w:val="ro-RO"/>
              </w:rPr>
              <w:t>subactivități</w:t>
            </w:r>
            <w:proofErr w:type="spellEnd"/>
            <w:r w:rsidRPr="00041594">
              <w:rPr>
                <w:rFonts w:ascii="Times New Roman" w:hAnsi="Times New Roman" w:cs="Times New Roman"/>
                <w:color w:val="auto"/>
                <w:sz w:val="24"/>
                <w:szCs w:val="24"/>
                <w:highlight w:val="yellow"/>
                <w:lang w:val="ro-RO"/>
              </w:rPr>
              <w:t>]</w:t>
            </w:r>
          </w:p>
        </w:tc>
        <w:tc>
          <w:tcPr>
            <w:tcW w:w="1050" w:type="dxa"/>
            <w:shd w:val="clear" w:color="auto" w:fill="FFFFFF"/>
          </w:tcPr>
          <w:p w14:paraId="30033E6C"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R4-R5</w:t>
            </w:r>
          </w:p>
        </w:tc>
        <w:tc>
          <w:tcPr>
            <w:tcW w:w="1200" w:type="dxa"/>
            <w:shd w:val="clear" w:color="auto" w:fill="FFFFFF"/>
          </w:tcPr>
          <w:p w14:paraId="077E90F3"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[M..-M..]</w:t>
            </w:r>
          </w:p>
        </w:tc>
        <w:tc>
          <w:tcPr>
            <w:tcW w:w="3100" w:type="dxa"/>
            <w:shd w:val="clear" w:color="auto" w:fill="FFFFFF"/>
          </w:tcPr>
          <w:p w14:paraId="1D8B7A58"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[livrabil/dovadă]</w:t>
            </w:r>
          </w:p>
        </w:tc>
        <w:tc>
          <w:tcPr>
            <w:tcW w:w="1880" w:type="dxa"/>
            <w:shd w:val="clear" w:color="auto" w:fill="FFFFFF"/>
          </w:tcPr>
          <w:p w14:paraId="0AE14110"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[lei]</w:t>
            </w:r>
          </w:p>
        </w:tc>
      </w:tr>
      <w:tr w:rsidR="000B73EC" w:rsidRPr="005E5CC4" w14:paraId="0E8450A0" w14:textId="77777777" w:rsidTr="0003346B">
        <w:trPr>
          <w:cantSplit/>
        </w:trPr>
        <w:tc>
          <w:tcPr>
            <w:tcW w:w="692" w:type="dxa"/>
            <w:shd w:val="clear" w:color="auto" w:fill="F7F9FC"/>
          </w:tcPr>
          <w:p w14:paraId="03CCCA70" w14:textId="0E923565"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w:t>
            </w:r>
            <w:r w:rsidR="007E210E">
              <w:rPr>
                <w:rFonts w:ascii="Times New Roman" w:hAnsi="Times New Roman" w:cs="Times New Roman"/>
                <w:color w:val="auto"/>
                <w:sz w:val="24"/>
                <w:szCs w:val="24"/>
                <w:lang w:val="ro-RO"/>
              </w:rPr>
              <w:t>6</w:t>
            </w:r>
          </w:p>
        </w:tc>
        <w:tc>
          <w:tcPr>
            <w:tcW w:w="2400" w:type="dxa"/>
            <w:shd w:val="clear" w:color="auto" w:fill="F7F9FC"/>
          </w:tcPr>
          <w:p w14:paraId="627EE641"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TRL 9, transfer și exploatare</w:t>
            </w:r>
          </w:p>
        </w:tc>
        <w:tc>
          <w:tcPr>
            <w:tcW w:w="2750" w:type="dxa"/>
            <w:shd w:val="clear" w:color="auto" w:fill="F7F9FC"/>
          </w:tcPr>
          <w:p w14:paraId="395434F7"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[contribuție IMM]</w:t>
            </w:r>
          </w:p>
        </w:tc>
        <w:tc>
          <w:tcPr>
            <w:tcW w:w="2200" w:type="dxa"/>
            <w:shd w:val="clear" w:color="auto" w:fill="F7F9FC"/>
          </w:tcPr>
          <w:p w14:paraId="6E80AA0A"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w:t>
            </w:r>
            <w:proofErr w:type="spellStart"/>
            <w:r w:rsidRPr="00041594">
              <w:rPr>
                <w:rFonts w:ascii="Times New Roman" w:hAnsi="Times New Roman" w:cs="Times New Roman"/>
                <w:color w:val="auto"/>
                <w:sz w:val="24"/>
                <w:szCs w:val="24"/>
                <w:highlight w:val="yellow"/>
                <w:lang w:val="ro-RO"/>
              </w:rPr>
              <w:t>subactivități</w:t>
            </w:r>
            <w:proofErr w:type="spellEnd"/>
            <w:r w:rsidRPr="00041594">
              <w:rPr>
                <w:rFonts w:ascii="Times New Roman" w:hAnsi="Times New Roman" w:cs="Times New Roman"/>
                <w:color w:val="auto"/>
                <w:sz w:val="24"/>
                <w:szCs w:val="24"/>
                <w:highlight w:val="yellow"/>
                <w:lang w:val="ro-RO"/>
              </w:rPr>
              <w:t>]</w:t>
            </w:r>
          </w:p>
        </w:tc>
        <w:tc>
          <w:tcPr>
            <w:tcW w:w="1050" w:type="dxa"/>
            <w:shd w:val="clear" w:color="auto" w:fill="F7F9FC"/>
          </w:tcPr>
          <w:p w14:paraId="59083851"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R5</w:t>
            </w:r>
          </w:p>
        </w:tc>
        <w:tc>
          <w:tcPr>
            <w:tcW w:w="1200" w:type="dxa"/>
            <w:shd w:val="clear" w:color="auto" w:fill="F7F9FC"/>
          </w:tcPr>
          <w:p w14:paraId="2B6570D7"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[M..-M..]</w:t>
            </w:r>
          </w:p>
        </w:tc>
        <w:tc>
          <w:tcPr>
            <w:tcW w:w="3100" w:type="dxa"/>
            <w:shd w:val="clear" w:color="auto" w:fill="F7F9FC"/>
          </w:tcPr>
          <w:p w14:paraId="6DA6B3C8"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[livrabil/dovadă]</w:t>
            </w:r>
          </w:p>
        </w:tc>
        <w:tc>
          <w:tcPr>
            <w:tcW w:w="1880" w:type="dxa"/>
            <w:shd w:val="clear" w:color="auto" w:fill="F7F9FC"/>
          </w:tcPr>
          <w:p w14:paraId="2F4BEB08"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[lei]</w:t>
            </w:r>
          </w:p>
        </w:tc>
      </w:tr>
      <w:tr w:rsidR="000B73EC" w:rsidRPr="005E5CC4" w14:paraId="276634D7" w14:textId="77777777" w:rsidTr="00041594">
        <w:trPr>
          <w:cantSplit/>
        </w:trPr>
        <w:tc>
          <w:tcPr>
            <w:tcW w:w="692" w:type="dxa"/>
            <w:shd w:val="clear" w:color="auto" w:fill="CCFFFF"/>
          </w:tcPr>
          <w:p w14:paraId="0515BEE1" w14:textId="06811486"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w:t>
            </w:r>
            <w:r w:rsidR="007E210E">
              <w:rPr>
                <w:rFonts w:ascii="Times New Roman" w:hAnsi="Times New Roman" w:cs="Times New Roman"/>
                <w:color w:val="auto"/>
                <w:sz w:val="24"/>
                <w:szCs w:val="24"/>
                <w:lang w:val="ro-RO"/>
              </w:rPr>
              <w:t>7</w:t>
            </w:r>
          </w:p>
        </w:tc>
        <w:tc>
          <w:tcPr>
            <w:tcW w:w="2400" w:type="dxa"/>
            <w:shd w:val="clear" w:color="auto" w:fill="CCFFFF"/>
          </w:tcPr>
          <w:p w14:paraId="2E486C6C" w14:textId="13E5F2E3"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Manageme</w:t>
            </w:r>
            <w:r w:rsidR="00041594">
              <w:rPr>
                <w:rFonts w:ascii="Times New Roman" w:hAnsi="Times New Roman" w:cs="Times New Roman"/>
                <w:color w:val="auto"/>
                <w:sz w:val="24"/>
                <w:szCs w:val="24"/>
                <w:lang w:val="ro-RO"/>
              </w:rPr>
              <w:t>nt de proiect</w:t>
            </w:r>
          </w:p>
        </w:tc>
        <w:tc>
          <w:tcPr>
            <w:tcW w:w="2750" w:type="dxa"/>
            <w:shd w:val="clear" w:color="auto" w:fill="CCFFFF"/>
          </w:tcPr>
          <w:p w14:paraId="2B7424EE"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[contribuție IMM]</w:t>
            </w:r>
          </w:p>
        </w:tc>
        <w:tc>
          <w:tcPr>
            <w:tcW w:w="2200" w:type="dxa"/>
            <w:shd w:val="clear" w:color="auto" w:fill="CCFFFF"/>
          </w:tcPr>
          <w:p w14:paraId="21B9930F"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w:t>
            </w:r>
            <w:proofErr w:type="spellStart"/>
            <w:r w:rsidRPr="00041594">
              <w:rPr>
                <w:rFonts w:ascii="Times New Roman" w:hAnsi="Times New Roman" w:cs="Times New Roman"/>
                <w:color w:val="auto"/>
                <w:sz w:val="24"/>
                <w:szCs w:val="24"/>
                <w:highlight w:val="yellow"/>
                <w:lang w:val="ro-RO"/>
              </w:rPr>
              <w:t>subactivități</w:t>
            </w:r>
            <w:proofErr w:type="spellEnd"/>
            <w:r w:rsidRPr="00041594">
              <w:rPr>
                <w:rFonts w:ascii="Times New Roman" w:hAnsi="Times New Roman" w:cs="Times New Roman"/>
                <w:color w:val="auto"/>
                <w:sz w:val="24"/>
                <w:szCs w:val="24"/>
                <w:highlight w:val="yellow"/>
                <w:lang w:val="ro-RO"/>
              </w:rPr>
              <w:t>]</w:t>
            </w:r>
          </w:p>
        </w:tc>
        <w:tc>
          <w:tcPr>
            <w:tcW w:w="1050" w:type="dxa"/>
            <w:shd w:val="clear" w:color="auto" w:fill="CCFFFF"/>
          </w:tcPr>
          <w:p w14:paraId="674B5CB2"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R5*</w:t>
            </w:r>
          </w:p>
        </w:tc>
        <w:tc>
          <w:tcPr>
            <w:tcW w:w="1200" w:type="dxa"/>
            <w:shd w:val="clear" w:color="auto" w:fill="CCFFFF"/>
          </w:tcPr>
          <w:p w14:paraId="513005FC"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[M..-M..]</w:t>
            </w:r>
          </w:p>
        </w:tc>
        <w:tc>
          <w:tcPr>
            <w:tcW w:w="3100" w:type="dxa"/>
            <w:shd w:val="clear" w:color="auto" w:fill="CCFFFF"/>
          </w:tcPr>
          <w:p w14:paraId="3A626EE9"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[livrabil/dovadă]</w:t>
            </w:r>
          </w:p>
        </w:tc>
        <w:tc>
          <w:tcPr>
            <w:tcW w:w="1880" w:type="dxa"/>
            <w:shd w:val="clear" w:color="auto" w:fill="CCFFFF"/>
          </w:tcPr>
          <w:p w14:paraId="6D45BCBB" w14:textId="77777777" w:rsidR="000B73EC" w:rsidRPr="00041594" w:rsidRDefault="000B73EC" w:rsidP="003E7A10">
            <w:pPr>
              <w:spacing w:after="30" w:line="252" w:lineRule="auto"/>
              <w:rPr>
                <w:rFonts w:ascii="Times New Roman" w:hAnsi="Times New Roman" w:cs="Times New Roman"/>
                <w:color w:val="auto"/>
                <w:sz w:val="24"/>
                <w:szCs w:val="24"/>
                <w:highlight w:val="yellow"/>
                <w:lang w:val="ro-RO"/>
              </w:rPr>
            </w:pPr>
            <w:r w:rsidRPr="00041594">
              <w:rPr>
                <w:rFonts w:ascii="Times New Roman" w:hAnsi="Times New Roman" w:cs="Times New Roman"/>
                <w:color w:val="auto"/>
                <w:sz w:val="24"/>
                <w:szCs w:val="24"/>
                <w:highlight w:val="yellow"/>
                <w:lang w:val="ro-RO"/>
              </w:rPr>
              <w:t>[lei]</w:t>
            </w:r>
          </w:p>
        </w:tc>
      </w:tr>
      <w:tr w:rsidR="00041594" w:rsidRPr="005E5CC4" w14:paraId="2A1FCDE9" w14:textId="77777777" w:rsidTr="00041594">
        <w:trPr>
          <w:cantSplit/>
        </w:trPr>
        <w:tc>
          <w:tcPr>
            <w:tcW w:w="692" w:type="dxa"/>
            <w:shd w:val="clear" w:color="auto" w:fill="CCFFFF"/>
          </w:tcPr>
          <w:p w14:paraId="44721417" w14:textId="287478EF" w:rsidR="00041594" w:rsidRPr="005E5CC4" w:rsidRDefault="00041594" w:rsidP="00041594">
            <w:pPr>
              <w:spacing w:after="30" w:line="252" w:lineRule="auto"/>
              <w:jc w:val="center"/>
              <w:rPr>
                <w:rFonts w:ascii="Times New Roman" w:hAnsi="Times New Roman" w:cs="Times New Roman"/>
                <w:color w:val="auto"/>
                <w:sz w:val="24"/>
                <w:szCs w:val="24"/>
                <w:lang w:val="ro-RO"/>
              </w:rPr>
            </w:pPr>
            <w:r>
              <w:rPr>
                <w:rFonts w:ascii="Times New Roman" w:hAnsi="Times New Roman" w:cs="Times New Roman"/>
                <w:color w:val="auto"/>
                <w:sz w:val="24"/>
                <w:szCs w:val="24"/>
                <w:lang w:val="ro-RO"/>
              </w:rPr>
              <w:t>A</w:t>
            </w:r>
            <w:r w:rsidR="007E210E">
              <w:rPr>
                <w:rFonts w:ascii="Times New Roman" w:hAnsi="Times New Roman" w:cs="Times New Roman"/>
                <w:color w:val="auto"/>
                <w:sz w:val="24"/>
                <w:szCs w:val="24"/>
                <w:lang w:val="ro-RO"/>
              </w:rPr>
              <w:t>8</w:t>
            </w:r>
          </w:p>
        </w:tc>
        <w:tc>
          <w:tcPr>
            <w:tcW w:w="2400" w:type="dxa"/>
            <w:shd w:val="clear" w:color="auto" w:fill="CCFFFF"/>
          </w:tcPr>
          <w:p w14:paraId="677992D1" w14:textId="6B41B2F4" w:rsidR="00041594" w:rsidRPr="005E5CC4" w:rsidRDefault="00041594" w:rsidP="00041594">
            <w:pPr>
              <w:spacing w:after="30" w:line="252" w:lineRule="auto"/>
              <w:rPr>
                <w:rFonts w:ascii="Times New Roman" w:hAnsi="Times New Roman" w:cs="Times New Roman"/>
                <w:color w:val="auto"/>
                <w:sz w:val="24"/>
                <w:szCs w:val="24"/>
                <w:lang w:val="ro-RO"/>
              </w:rPr>
            </w:pPr>
            <w:r>
              <w:rPr>
                <w:rFonts w:ascii="Times New Roman" w:hAnsi="Times New Roman" w:cs="Times New Roman"/>
                <w:color w:val="auto"/>
                <w:sz w:val="24"/>
                <w:szCs w:val="24"/>
                <w:lang w:val="ro-RO"/>
              </w:rPr>
              <w:t>Informare și publicitate/diseminare rezultate</w:t>
            </w:r>
          </w:p>
        </w:tc>
        <w:tc>
          <w:tcPr>
            <w:tcW w:w="2750" w:type="dxa"/>
            <w:shd w:val="clear" w:color="auto" w:fill="CCFFFF"/>
          </w:tcPr>
          <w:p w14:paraId="3E023B4F" w14:textId="5EABD3D9" w:rsidR="00041594" w:rsidRPr="00041594" w:rsidRDefault="00041594" w:rsidP="00041594">
            <w:pPr>
              <w:spacing w:after="30" w:line="252" w:lineRule="auto"/>
              <w:rPr>
                <w:rFonts w:ascii="Times New Roman" w:hAnsi="Times New Roman" w:cs="Times New Roman"/>
                <w:color w:val="auto"/>
                <w:sz w:val="24"/>
                <w:szCs w:val="24"/>
                <w:lang w:val="ro-RO"/>
              </w:rPr>
            </w:pPr>
            <w:r w:rsidRPr="00041594">
              <w:rPr>
                <w:rFonts w:ascii="Times New Roman" w:hAnsi="Times New Roman" w:cs="Times New Roman"/>
                <w:color w:val="auto"/>
                <w:sz w:val="24"/>
                <w:szCs w:val="24"/>
                <w:highlight w:val="yellow"/>
                <w:lang w:val="ro-RO"/>
              </w:rPr>
              <w:t>[contribuție IMM]</w:t>
            </w:r>
          </w:p>
        </w:tc>
        <w:tc>
          <w:tcPr>
            <w:tcW w:w="2200" w:type="dxa"/>
            <w:shd w:val="clear" w:color="auto" w:fill="CCFFFF"/>
          </w:tcPr>
          <w:p w14:paraId="76AA284D" w14:textId="00EB09A5" w:rsidR="00041594" w:rsidRPr="00041594" w:rsidRDefault="00041594" w:rsidP="00041594">
            <w:pPr>
              <w:spacing w:after="30" w:line="252" w:lineRule="auto"/>
              <w:rPr>
                <w:rFonts w:ascii="Times New Roman" w:hAnsi="Times New Roman" w:cs="Times New Roman"/>
                <w:color w:val="auto"/>
                <w:sz w:val="24"/>
                <w:szCs w:val="24"/>
                <w:lang w:val="ro-RO"/>
              </w:rPr>
            </w:pPr>
            <w:r w:rsidRPr="00041594">
              <w:rPr>
                <w:rFonts w:ascii="Times New Roman" w:hAnsi="Times New Roman" w:cs="Times New Roman"/>
                <w:color w:val="auto"/>
                <w:sz w:val="24"/>
                <w:szCs w:val="24"/>
                <w:highlight w:val="yellow"/>
                <w:lang w:val="ro-RO"/>
              </w:rPr>
              <w:t>[</w:t>
            </w:r>
            <w:proofErr w:type="spellStart"/>
            <w:r w:rsidRPr="00041594">
              <w:rPr>
                <w:rFonts w:ascii="Times New Roman" w:hAnsi="Times New Roman" w:cs="Times New Roman"/>
                <w:color w:val="auto"/>
                <w:sz w:val="24"/>
                <w:szCs w:val="24"/>
                <w:highlight w:val="yellow"/>
                <w:lang w:val="ro-RO"/>
              </w:rPr>
              <w:t>subactivități</w:t>
            </w:r>
            <w:proofErr w:type="spellEnd"/>
            <w:r w:rsidRPr="00041594">
              <w:rPr>
                <w:rFonts w:ascii="Times New Roman" w:hAnsi="Times New Roman" w:cs="Times New Roman"/>
                <w:color w:val="auto"/>
                <w:sz w:val="24"/>
                <w:szCs w:val="24"/>
                <w:highlight w:val="yellow"/>
                <w:lang w:val="ro-RO"/>
              </w:rPr>
              <w:t>]</w:t>
            </w:r>
          </w:p>
        </w:tc>
        <w:tc>
          <w:tcPr>
            <w:tcW w:w="1050" w:type="dxa"/>
            <w:shd w:val="clear" w:color="auto" w:fill="CCFFFF"/>
          </w:tcPr>
          <w:p w14:paraId="78D913AC" w14:textId="53DDC24D" w:rsidR="00041594" w:rsidRPr="00041594" w:rsidRDefault="00041594" w:rsidP="00041594">
            <w:pPr>
              <w:spacing w:after="30" w:line="252" w:lineRule="auto"/>
              <w:rPr>
                <w:rFonts w:ascii="Times New Roman" w:hAnsi="Times New Roman" w:cs="Times New Roman"/>
                <w:color w:val="auto"/>
                <w:sz w:val="24"/>
                <w:szCs w:val="24"/>
                <w:lang w:val="ro-RO"/>
              </w:rPr>
            </w:pPr>
            <w:r w:rsidRPr="00041594">
              <w:rPr>
                <w:rFonts w:ascii="Times New Roman" w:hAnsi="Times New Roman" w:cs="Times New Roman"/>
                <w:color w:val="auto"/>
                <w:sz w:val="24"/>
                <w:szCs w:val="24"/>
                <w:highlight w:val="yellow"/>
                <w:lang w:val="ro-RO"/>
              </w:rPr>
              <w:t>R5*</w:t>
            </w:r>
          </w:p>
        </w:tc>
        <w:tc>
          <w:tcPr>
            <w:tcW w:w="1200" w:type="dxa"/>
            <w:shd w:val="clear" w:color="auto" w:fill="CCFFFF"/>
          </w:tcPr>
          <w:p w14:paraId="3AD49782" w14:textId="7D73E920" w:rsidR="00041594" w:rsidRPr="00041594" w:rsidRDefault="00041594" w:rsidP="00041594">
            <w:pPr>
              <w:spacing w:after="30" w:line="252" w:lineRule="auto"/>
              <w:rPr>
                <w:rFonts w:ascii="Times New Roman" w:hAnsi="Times New Roman" w:cs="Times New Roman"/>
                <w:color w:val="auto"/>
                <w:sz w:val="24"/>
                <w:szCs w:val="24"/>
                <w:lang w:val="ro-RO"/>
              </w:rPr>
            </w:pPr>
            <w:r w:rsidRPr="00041594">
              <w:rPr>
                <w:rFonts w:ascii="Times New Roman" w:hAnsi="Times New Roman" w:cs="Times New Roman"/>
                <w:color w:val="auto"/>
                <w:sz w:val="24"/>
                <w:szCs w:val="24"/>
                <w:highlight w:val="yellow"/>
                <w:lang w:val="ro-RO"/>
              </w:rPr>
              <w:t>[M..-M..]</w:t>
            </w:r>
          </w:p>
        </w:tc>
        <w:tc>
          <w:tcPr>
            <w:tcW w:w="3100" w:type="dxa"/>
            <w:shd w:val="clear" w:color="auto" w:fill="CCFFFF"/>
          </w:tcPr>
          <w:p w14:paraId="08C530F8" w14:textId="62C35E2B" w:rsidR="00041594" w:rsidRPr="00041594" w:rsidRDefault="00041594" w:rsidP="00041594">
            <w:pPr>
              <w:spacing w:after="30" w:line="252" w:lineRule="auto"/>
              <w:rPr>
                <w:rFonts w:ascii="Times New Roman" w:hAnsi="Times New Roman" w:cs="Times New Roman"/>
                <w:color w:val="auto"/>
                <w:sz w:val="24"/>
                <w:szCs w:val="24"/>
                <w:lang w:val="ro-RO"/>
              </w:rPr>
            </w:pPr>
            <w:r w:rsidRPr="00041594">
              <w:rPr>
                <w:rFonts w:ascii="Times New Roman" w:hAnsi="Times New Roman" w:cs="Times New Roman"/>
                <w:color w:val="auto"/>
                <w:sz w:val="24"/>
                <w:szCs w:val="24"/>
                <w:highlight w:val="yellow"/>
                <w:lang w:val="ro-RO"/>
              </w:rPr>
              <w:t>[livrabil/dovadă]</w:t>
            </w:r>
          </w:p>
        </w:tc>
        <w:tc>
          <w:tcPr>
            <w:tcW w:w="1880" w:type="dxa"/>
            <w:shd w:val="clear" w:color="auto" w:fill="CCFFFF"/>
          </w:tcPr>
          <w:p w14:paraId="0FF44C4D" w14:textId="7C008709" w:rsidR="00041594" w:rsidRPr="00041594" w:rsidRDefault="00041594" w:rsidP="00041594">
            <w:pPr>
              <w:spacing w:after="30" w:line="252" w:lineRule="auto"/>
              <w:rPr>
                <w:rFonts w:ascii="Times New Roman" w:hAnsi="Times New Roman" w:cs="Times New Roman"/>
                <w:color w:val="auto"/>
                <w:sz w:val="24"/>
                <w:szCs w:val="24"/>
                <w:lang w:val="ro-RO"/>
              </w:rPr>
            </w:pPr>
            <w:r w:rsidRPr="00041594">
              <w:rPr>
                <w:rFonts w:ascii="Times New Roman" w:hAnsi="Times New Roman" w:cs="Times New Roman"/>
                <w:color w:val="auto"/>
                <w:sz w:val="24"/>
                <w:szCs w:val="24"/>
                <w:highlight w:val="yellow"/>
                <w:lang w:val="ro-RO"/>
              </w:rPr>
              <w:t>[lei]</w:t>
            </w:r>
          </w:p>
        </w:tc>
      </w:tr>
    </w:tbl>
    <w:p w14:paraId="1705ECF5"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5960261B" w14:textId="45CB4BF9" w:rsidR="000B73EC" w:rsidRPr="005E5CC4" w:rsidRDefault="000B73EC" w:rsidP="000B73EC">
      <w:pP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Activit</w:t>
      </w:r>
      <w:r w:rsidR="00041594">
        <w:rPr>
          <w:rFonts w:ascii="Times New Roman" w:hAnsi="Times New Roman" w:cs="Times New Roman"/>
          <w:color w:val="auto"/>
          <w:sz w:val="24"/>
          <w:szCs w:val="24"/>
          <w:lang w:val="ro-RO"/>
        </w:rPr>
        <w:t>ățile</w:t>
      </w:r>
      <w:r w:rsidRPr="005E5CC4">
        <w:rPr>
          <w:rFonts w:ascii="Times New Roman" w:hAnsi="Times New Roman" w:cs="Times New Roman"/>
          <w:color w:val="auto"/>
          <w:sz w:val="24"/>
          <w:szCs w:val="24"/>
          <w:lang w:val="ro-RO"/>
        </w:rPr>
        <w:t xml:space="preserve"> conex</w:t>
      </w:r>
      <w:r w:rsidR="00041594">
        <w:rPr>
          <w:rFonts w:ascii="Times New Roman" w:hAnsi="Times New Roman" w:cs="Times New Roman"/>
          <w:color w:val="auto"/>
          <w:sz w:val="24"/>
          <w:szCs w:val="24"/>
          <w:lang w:val="ro-RO"/>
        </w:rPr>
        <w:t>e</w:t>
      </w:r>
      <w:r w:rsidRPr="005E5CC4">
        <w:rPr>
          <w:rFonts w:ascii="Times New Roman" w:hAnsi="Times New Roman" w:cs="Times New Roman"/>
          <w:color w:val="auto"/>
          <w:sz w:val="24"/>
          <w:szCs w:val="24"/>
          <w:lang w:val="ro-RO"/>
        </w:rPr>
        <w:t xml:space="preserve"> A8</w:t>
      </w:r>
      <w:r w:rsidR="00041594">
        <w:rPr>
          <w:rFonts w:ascii="Times New Roman" w:hAnsi="Times New Roman" w:cs="Times New Roman"/>
          <w:color w:val="auto"/>
          <w:sz w:val="24"/>
          <w:szCs w:val="24"/>
          <w:lang w:val="ro-RO"/>
        </w:rPr>
        <w:t xml:space="preserve"> și A9</w:t>
      </w:r>
      <w:r w:rsidRPr="005E5CC4">
        <w:rPr>
          <w:rFonts w:ascii="Times New Roman" w:hAnsi="Times New Roman" w:cs="Times New Roman"/>
          <w:color w:val="auto"/>
          <w:sz w:val="24"/>
          <w:szCs w:val="24"/>
          <w:lang w:val="ro-RO"/>
        </w:rPr>
        <w:t xml:space="preserve"> se asociază în </w:t>
      </w:r>
      <w:proofErr w:type="spellStart"/>
      <w:r w:rsidRPr="005E5CC4">
        <w:rPr>
          <w:rFonts w:ascii="Times New Roman" w:hAnsi="Times New Roman" w:cs="Times New Roman"/>
          <w:color w:val="auto"/>
          <w:sz w:val="24"/>
          <w:szCs w:val="24"/>
          <w:lang w:val="ro-RO"/>
        </w:rPr>
        <w:t>MySMIS</w:t>
      </w:r>
      <w:proofErr w:type="spellEnd"/>
      <w:r w:rsidRPr="005E5CC4">
        <w:rPr>
          <w:rFonts w:ascii="Times New Roman" w:hAnsi="Times New Roman" w:cs="Times New Roman"/>
          <w:color w:val="auto"/>
          <w:sz w:val="24"/>
          <w:szCs w:val="24"/>
          <w:lang w:val="ro-RO"/>
        </w:rPr>
        <w:t xml:space="preserve"> rezultatului principal, fără a deveni un rezultat </w:t>
      </w:r>
      <w:proofErr w:type="spellStart"/>
      <w:r w:rsidRPr="005E5CC4">
        <w:rPr>
          <w:rFonts w:ascii="Times New Roman" w:hAnsi="Times New Roman" w:cs="Times New Roman"/>
          <w:color w:val="auto"/>
          <w:sz w:val="24"/>
          <w:szCs w:val="24"/>
          <w:lang w:val="ro-RO"/>
        </w:rPr>
        <w:t>tehnico</w:t>
      </w:r>
      <w:proofErr w:type="spellEnd"/>
      <w:r w:rsidRPr="005E5CC4">
        <w:rPr>
          <w:rFonts w:ascii="Times New Roman" w:hAnsi="Times New Roman" w:cs="Times New Roman"/>
          <w:color w:val="auto"/>
          <w:sz w:val="24"/>
          <w:szCs w:val="24"/>
          <w:lang w:val="ro-RO"/>
        </w:rPr>
        <w:t>-științific distinct.</w:t>
      </w:r>
    </w:p>
    <w:p w14:paraId="58A2AF00" w14:textId="78475EF1" w:rsidR="000B73EC" w:rsidRPr="005E5CC4" w:rsidRDefault="000B73EC" w:rsidP="000B73EC">
      <w:pPr>
        <w:pStyle w:val="Heading2"/>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5.2 Indicatorii de etapă - </w:t>
      </w:r>
      <w:r w:rsidR="00D66684">
        <w:rPr>
          <w:rFonts w:ascii="Times New Roman" w:hAnsi="Times New Roman" w:cs="Times New Roman"/>
          <w:color w:val="auto"/>
          <w:sz w:val="24"/>
          <w:szCs w:val="24"/>
          <w:lang w:val="ro-RO"/>
        </w:rPr>
        <w:t>conform</w:t>
      </w:r>
      <w:r w:rsidRPr="005E5CC4">
        <w:rPr>
          <w:rFonts w:ascii="Times New Roman" w:hAnsi="Times New Roman" w:cs="Times New Roman"/>
          <w:color w:val="auto"/>
          <w:sz w:val="24"/>
          <w:szCs w:val="24"/>
          <w:lang w:val="ro-RO"/>
        </w:rPr>
        <w:t xml:space="preserve"> Anexei 4</w:t>
      </w:r>
      <w:r w:rsidR="00D66684">
        <w:rPr>
          <w:rFonts w:ascii="Times New Roman" w:hAnsi="Times New Roman" w:cs="Times New Roman"/>
          <w:color w:val="auto"/>
          <w:sz w:val="24"/>
          <w:szCs w:val="24"/>
          <w:lang w:val="ro-RO"/>
        </w:rPr>
        <w:t xml:space="preserve"> de la Ghidul solicitantului</w:t>
      </w:r>
    </w:p>
    <w:p w14:paraId="742080FE" w14:textId="77777777" w:rsidR="000B73EC" w:rsidRPr="005E5CC4" w:rsidRDefault="000B73EC" w:rsidP="000B73EC">
      <w:pP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Se recomandă cel puțin un indicator de etapă pentru fiecare rezultat R1-R5. Indicatorul trebuie să poată fi verificat la termen prin documentul indicat. Dacă </w:t>
      </w:r>
      <w:proofErr w:type="spellStart"/>
      <w:r w:rsidRPr="005E5CC4">
        <w:rPr>
          <w:rFonts w:ascii="Times New Roman" w:hAnsi="Times New Roman" w:cs="Times New Roman"/>
          <w:color w:val="auto"/>
          <w:sz w:val="24"/>
          <w:szCs w:val="24"/>
          <w:lang w:val="ro-RO"/>
        </w:rPr>
        <w:t>MySMIS</w:t>
      </w:r>
      <w:proofErr w:type="spellEnd"/>
      <w:r w:rsidRPr="005E5CC4">
        <w:rPr>
          <w:rFonts w:ascii="Times New Roman" w:hAnsi="Times New Roman" w:cs="Times New Roman"/>
          <w:color w:val="auto"/>
          <w:sz w:val="24"/>
          <w:szCs w:val="24"/>
          <w:lang w:val="ro-RO"/>
        </w:rPr>
        <w:t xml:space="preserve"> solicită separat categoria, se va selecta realizare/rezultat/reper, după natura indicatorului.</w:t>
      </w:r>
    </w:p>
    <w:tbl>
      <w:tblPr>
        <w:tblW w:w="1513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800"/>
        <w:gridCol w:w="2100"/>
        <w:gridCol w:w="1450"/>
        <w:gridCol w:w="2350"/>
        <w:gridCol w:w="2100"/>
        <w:gridCol w:w="1350"/>
        <w:gridCol w:w="2550"/>
        <w:gridCol w:w="1930"/>
      </w:tblGrid>
      <w:tr w:rsidR="000B73EC" w:rsidRPr="005E5CC4" w14:paraId="5F397078" w14:textId="77777777" w:rsidTr="003614E9">
        <w:trPr>
          <w:tblHeader/>
        </w:trPr>
        <w:tc>
          <w:tcPr>
            <w:tcW w:w="500" w:type="dxa"/>
            <w:shd w:val="clear" w:color="auto" w:fill="17365D"/>
            <w:tcMar>
              <w:top w:w="90" w:type="dxa"/>
              <w:left w:w="120" w:type="dxa"/>
              <w:bottom w:w="90" w:type="dxa"/>
              <w:right w:w="120" w:type="dxa"/>
            </w:tcMar>
            <w:vAlign w:val="center"/>
          </w:tcPr>
          <w:p w14:paraId="1E0182FE"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lastRenderedPageBreak/>
              <w:t>Nr.</w:t>
            </w:r>
          </w:p>
        </w:tc>
        <w:tc>
          <w:tcPr>
            <w:tcW w:w="800" w:type="dxa"/>
            <w:shd w:val="clear" w:color="auto" w:fill="17365D"/>
            <w:tcMar>
              <w:top w:w="90" w:type="dxa"/>
              <w:left w:w="120" w:type="dxa"/>
              <w:bottom w:w="90" w:type="dxa"/>
              <w:right w:w="120" w:type="dxa"/>
            </w:tcMar>
            <w:vAlign w:val="center"/>
          </w:tcPr>
          <w:p w14:paraId="3B0B0159"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Rezultat</w:t>
            </w:r>
          </w:p>
        </w:tc>
        <w:tc>
          <w:tcPr>
            <w:tcW w:w="2100" w:type="dxa"/>
            <w:shd w:val="clear" w:color="auto" w:fill="17365D"/>
            <w:tcMar>
              <w:top w:w="90" w:type="dxa"/>
              <w:left w:w="120" w:type="dxa"/>
              <w:bottom w:w="90" w:type="dxa"/>
              <w:right w:w="120" w:type="dxa"/>
            </w:tcMar>
            <w:vAlign w:val="center"/>
          </w:tcPr>
          <w:p w14:paraId="303F7A37"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Indicator de etapă / cod</w:t>
            </w:r>
          </w:p>
        </w:tc>
        <w:tc>
          <w:tcPr>
            <w:tcW w:w="1450" w:type="dxa"/>
            <w:shd w:val="clear" w:color="auto" w:fill="17365D"/>
            <w:tcMar>
              <w:top w:w="90" w:type="dxa"/>
              <w:left w:w="120" w:type="dxa"/>
              <w:bottom w:w="90" w:type="dxa"/>
              <w:right w:w="120" w:type="dxa"/>
            </w:tcMar>
            <w:vAlign w:val="center"/>
          </w:tcPr>
          <w:p w14:paraId="0E406361"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Tip</w:t>
            </w:r>
          </w:p>
        </w:tc>
        <w:tc>
          <w:tcPr>
            <w:tcW w:w="2350" w:type="dxa"/>
            <w:shd w:val="clear" w:color="auto" w:fill="17365D"/>
            <w:tcMar>
              <w:top w:w="90" w:type="dxa"/>
              <w:left w:w="120" w:type="dxa"/>
              <w:bottom w:w="90" w:type="dxa"/>
              <w:right w:w="120" w:type="dxa"/>
            </w:tcMar>
            <w:vAlign w:val="center"/>
          </w:tcPr>
          <w:p w14:paraId="57313A15"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Descriere</w:t>
            </w:r>
          </w:p>
        </w:tc>
        <w:tc>
          <w:tcPr>
            <w:tcW w:w="2100" w:type="dxa"/>
            <w:shd w:val="clear" w:color="auto" w:fill="17365D"/>
            <w:tcMar>
              <w:top w:w="90" w:type="dxa"/>
              <w:left w:w="120" w:type="dxa"/>
              <w:bottom w:w="90" w:type="dxa"/>
              <w:right w:w="120" w:type="dxa"/>
            </w:tcMar>
            <w:vAlign w:val="center"/>
          </w:tcPr>
          <w:p w14:paraId="168E1A2A"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Criteriu de validare</w:t>
            </w:r>
          </w:p>
        </w:tc>
        <w:tc>
          <w:tcPr>
            <w:tcW w:w="1350" w:type="dxa"/>
            <w:shd w:val="clear" w:color="auto" w:fill="17365D"/>
            <w:tcMar>
              <w:top w:w="90" w:type="dxa"/>
              <w:left w:w="120" w:type="dxa"/>
              <w:bottom w:w="90" w:type="dxa"/>
              <w:right w:w="120" w:type="dxa"/>
            </w:tcMar>
            <w:vAlign w:val="center"/>
          </w:tcPr>
          <w:p w14:paraId="648E6B43"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Termen</w:t>
            </w:r>
          </w:p>
        </w:tc>
        <w:tc>
          <w:tcPr>
            <w:tcW w:w="2550" w:type="dxa"/>
            <w:shd w:val="clear" w:color="auto" w:fill="17365D"/>
            <w:tcMar>
              <w:top w:w="90" w:type="dxa"/>
              <w:left w:w="120" w:type="dxa"/>
              <w:bottom w:w="90" w:type="dxa"/>
              <w:right w:w="120" w:type="dxa"/>
            </w:tcMar>
            <w:vAlign w:val="center"/>
          </w:tcPr>
          <w:p w14:paraId="46B5D769"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Documente/dovezi</w:t>
            </w:r>
          </w:p>
        </w:tc>
        <w:tc>
          <w:tcPr>
            <w:tcW w:w="1930" w:type="dxa"/>
            <w:shd w:val="clear" w:color="auto" w:fill="17365D"/>
            <w:tcMar>
              <w:top w:w="90" w:type="dxa"/>
              <w:left w:w="120" w:type="dxa"/>
              <w:bottom w:w="90" w:type="dxa"/>
              <w:right w:w="120" w:type="dxa"/>
            </w:tcMar>
            <w:vAlign w:val="center"/>
          </w:tcPr>
          <w:p w14:paraId="4915AA77"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Ținta finală</w:t>
            </w:r>
          </w:p>
        </w:tc>
      </w:tr>
      <w:tr w:rsidR="000B73EC" w:rsidRPr="005E5CC4" w14:paraId="2B83FF32" w14:textId="77777777" w:rsidTr="003614E9">
        <w:trPr>
          <w:cantSplit/>
        </w:trPr>
        <w:tc>
          <w:tcPr>
            <w:tcW w:w="500" w:type="dxa"/>
            <w:shd w:val="clear" w:color="auto" w:fill="F7F9FC"/>
          </w:tcPr>
          <w:p w14:paraId="399C923F"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1</w:t>
            </w:r>
          </w:p>
        </w:tc>
        <w:tc>
          <w:tcPr>
            <w:tcW w:w="800" w:type="dxa"/>
            <w:shd w:val="clear" w:color="auto" w:fill="F7F9FC"/>
          </w:tcPr>
          <w:p w14:paraId="46A34EE2"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R1</w:t>
            </w:r>
          </w:p>
        </w:tc>
        <w:tc>
          <w:tcPr>
            <w:tcW w:w="2100" w:type="dxa"/>
            <w:shd w:val="clear" w:color="auto" w:fill="F7F9FC"/>
          </w:tcPr>
          <w:p w14:paraId="0215FF55"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[denumire/cod]</w:t>
            </w:r>
          </w:p>
        </w:tc>
        <w:tc>
          <w:tcPr>
            <w:tcW w:w="1450" w:type="dxa"/>
            <w:shd w:val="clear" w:color="auto" w:fill="F7F9FC"/>
          </w:tcPr>
          <w:p w14:paraId="20F12172"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[calitativ/cantitativ/valoric]</w:t>
            </w:r>
          </w:p>
        </w:tc>
        <w:tc>
          <w:tcPr>
            <w:tcW w:w="2350" w:type="dxa"/>
            <w:shd w:val="clear" w:color="auto" w:fill="F7F9FC"/>
          </w:tcPr>
          <w:p w14:paraId="5D9CC36B"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[descriere]</w:t>
            </w:r>
          </w:p>
        </w:tc>
        <w:tc>
          <w:tcPr>
            <w:tcW w:w="2100" w:type="dxa"/>
            <w:shd w:val="clear" w:color="auto" w:fill="F7F9FC"/>
          </w:tcPr>
          <w:p w14:paraId="6201C8C5"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[criteriu obiectiv]</w:t>
            </w:r>
          </w:p>
        </w:tc>
        <w:tc>
          <w:tcPr>
            <w:tcW w:w="1350" w:type="dxa"/>
            <w:shd w:val="clear" w:color="auto" w:fill="F7F9FC"/>
          </w:tcPr>
          <w:p w14:paraId="798012CB"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w:t>
            </w:r>
            <w:proofErr w:type="spellStart"/>
            <w:r w:rsidRPr="003614E9">
              <w:rPr>
                <w:rFonts w:ascii="Times New Roman" w:hAnsi="Times New Roman" w:cs="Times New Roman"/>
                <w:color w:val="auto"/>
                <w:sz w:val="24"/>
                <w:szCs w:val="24"/>
                <w:highlight w:val="yellow"/>
                <w:lang w:val="ro-RO"/>
              </w:rPr>
              <w:t>zz.ll.aaaa</w:t>
            </w:r>
            <w:proofErr w:type="spellEnd"/>
            <w:r w:rsidRPr="003614E9">
              <w:rPr>
                <w:rFonts w:ascii="Times New Roman" w:hAnsi="Times New Roman" w:cs="Times New Roman"/>
                <w:color w:val="auto"/>
                <w:sz w:val="24"/>
                <w:szCs w:val="24"/>
                <w:highlight w:val="yellow"/>
                <w:lang w:val="ro-RO"/>
              </w:rPr>
              <w:t>]</w:t>
            </w:r>
          </w:p>
        </w:tc>
        <w:tc>
          <w:tcPr>
            <w:tcW w:w="2550" w:type="dxa"/>
            <w:shd w:val="clear" w:color="auto" w:fill="F7F9FC"/>
          </w:tcPr>
          <w:p w14:paraId="415DDECC"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[documente/dovezi]</w:t>
            </w:r>
          </w:p>
        </w:tc>
        <w:tc>
          <w:tcPr>
            <w:tcW w:w="1930" w:type="dxa"/>
            <w:shd w:val="clear" w:color="auto" w:fill="F7F9FC"/>
          </w:tcPr>
          <w:p w14:paraId="4939050F"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[valoare + unitate]</w:t>
            </w:r>
          </w:p>
        </w:tc>
      </w:tr>
      <w:tr w:rsidR="000B73EC" w:rsidRPr="005E5CC4" w14:paraId="45376186" w14:textId="77777777" w:rsidTr="003614E9">
        <w:trPr>
          <w:cantSplit/>
        </w:trPr>
        <w:tc>
          <w:tcPr>
            <w:tcW w:w="500" w:type="dxa"/>
            <w:shd w:val="clear" w:color="auto" w:fill="FFFFFF"/>
          </w:tcPr>
          <w:p w14:paraId="01E1E67A"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2</w:t>
            </w:r>
          </w:p>
        </w:tc>
        <w:tc>
          <w:tcPr>
            <w:tcW w:w="800" w:type="dxa"/>
            <w:shd w:val="clear" w:color="auto" w:fill="FFFFFF"/>
          </w:tcPr>
          <w:p w14:paraId="52538A78"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R2</w:t>
            </w:r>
          </w:p>
        </w:tc>
        <w:tc>
          <w:tcPr>
            <w:tcW w:w="2100" w:type="dxa"/>
            <w:shd w:val="clear" w:color="auto" w:fill="FFFFFF"/>
          </w:tcPr>
          <w:p w14:paraId="69F4079E"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[denumire/cod]</w:t>
            </w:r>
          </w:p>
        </w:tc>
        <w:tc>
          <w:tcPr>
            <w:tcW w:w="1450" w:type="dxa"/>
            <w:shd w:val="clear" w:color="auto" w:fill="FFFFFF"/>
          </w:tcPr>
          <w:p w14:paraId="51D52A10"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[calitativ/cantitativ/valoric]</w:t>
            </w:r>
          </w:p>
        </w:tc>
        <w:tc>
          <w:tcPr>
            <w:tcW w:w="2350" w:type="dxa"/>
            <w:shd w:val="clear" w:color="auto" w:fill="FFFFFF"/>
          </w:tcPr>
          <w:p w14:paraId="79BB96B4"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[descriere]</w:t>
            </w:r>
          </w:p>
        </w:tc>
        <w:tc>
          <w:tcPr>
            <w:tcW w:w="2100" w:type="dxa"/>
            <w:shd w:val="clear" w:color="auto" w:fill="FFFFFF"/>
          </w:tcPr>
          <w:p w14:paraId="2C917100"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[criteriu obiectiv]</w:t>
            </w:r>
          </w:p>
        </w:tc>
        <w:tc>
          <w:tcPr>
            <w:tcW w:w="1350" w:type="dxa"/>
            <w:shd w:val="clear" w:color="auto" w:fill="FFFFFF"/>
          </w:tcPr>
          <w:p w14:paraId="62A8DF58"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w:t>
            </w:r>
            <w:proofErr w:type="spellStart"/>
            <w:r w:rsidRPr="003614E9">
              <w:rPr>
                <w:rFonts w:ascii="Times New Roman" w:hAnsi="Times New Roman" w:cs="Times New Roman"/>
                <w:color w:val="auto"/>
                <w:sz w:val="24"/>
                <w:szCs w:val="24"/>
                <w:highlight w:val="yellow"/>
                <w:lang w:val="ro-RO"/>
              </w:rPr>
              <w:t>zz.ll.aaaa</w:t>
            </w:r>
            <w:proofErr w:type="spellEnd"/>
            <w:r w:rsidRPr="003614E9">
              <w:rPr>
                <w:rFonts w:ascii="Times New Roman" w:hAnsi="Times New Roman" w:cs="Times New Roman"/>
                <w:color w:val="auto"/>
                <w:sz w:val="24"/>
                <w:szCs w:val="24"/>
                <w:highlight w:val="yellow"/>
                <w:lang w:val="ro-RO"/>
              </w:rPr>
              <w:t>]</w:t>
            </w:r>
          </w:p>
        </w:tc>
        <w:tc>
          <w:tcPr>
            <w:tcW w:w="2550" w:type="dxa"/>
            <w:shd w:val="clear" w:color="auto" w:fill="FFFFFF"/>
          </w:tcPr>
          <w:p w14:paraId="038D24B7"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[documente/dovezi]</w:t>
            </w:r>
          </w:p>
        </w:tc>
        <w:tc>
          <w:tcPr>
            <w:tcW w:w="1930" w:type="dxa"/>
            <w:shd w:val="clear" w:color="auto" w:fill="FFFFFF"/>
          </w:tcPr>
          <w:p w14:paraId="58C6299D"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[valoare + unitate]</w:t>
            </w:r>
          </w:p>
        </w:tc>
      </w:tr>
      <w:tr w:rsidR="000B73EC" w:rsidRPr="005E5CC4" w14:paraId="6A4C7146" w14:textId="77777777" w:rsidTr="003614E9">
        <w:trPr>
          <w:cantSplit/>
        </w:trPr>
        <w:tc>
          <w:tcPr>
            <w:tcW w:w="500" w:type="dxa"/>
            <w:shd w:val="clear" w:color="auto" w:fill="F7F9FC"/>
          </w:tcPr>
          <w:p w14:paraId="78A52453"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3</w:t>
            </w:r>
          </w:p>
        </w:tc>
        <w:tc>
          <w:tcPr>
            <w:tcW w:w="800" w:type="dxa"/>
            <w:shd w:val="clear" w:color="auto" w:fill="F7F9FC"/>
          </w:tcPr>
          <w:p w14:paraId="726F6B67"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R3</w:t>
            </w:r>
          </w:p>
        </w:tc>
        <w:tc>
          <w:tcPr>
            <w:tcW w:w="2100" w:type="dxa"/>
            <w:shd w:val="clear" w:color="auto" w:fill="F7F9FC"/>
          </w:tcPr>
          <w:p w14:paraId="377833F2"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[denumire/cod]</w:t>
            </w:r>
          </w:p>
        </w:tc>
        <w:tc>
          <w:tcPr>
            <w:tcW w:w="1450" w:type="dxa"/>
            <w:shd w:val="clear" w:color="auto" w:fill="F7F9FC"/>
          </w:tcPr>
          <w:p w14:paraId="196DA98D"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[calitativ/cantitativ/valoric]</w:t>
            </w:r>
          </w:p>
        </w:tc>
        <w:tc>
          <w:tcPr>
            <w:tcW w:w="2350" w:type="dxa"/>
            <w:shd w:val="clear" w:color="auto" w:fill="F7F9FC"/>
          </w:tcPr>
          <w:p w14:paraId="1F0E4983"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[descriere]</w:t>
            </w:r>
          </w:p>
        </w:tc>
        <w:tc>
          <w:tcPr>
            <w:tcW w:w="2100" w:type="dxa"/>
            <w:shd w:val="clear" w:color="auto" w:fill="F7F9FC"/>
          </w:tcPr>
          <w:p w14:paraId="0226DE6A"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[criteriu obiectiv]</w:t>
            </w:r>
          </w:p>
        </w:tc>
        <w:tc>
          <w:tcPr>
            <w:tcW w:w="1350" w:type="dxa"/>
            <w:shd w:val="clear" w:color="auto" w:fill="F7F9FC"/>
          </w:tcPr>
          <w:p w14:paraId="282F4859"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w:t>
            </w:r>
            <w:proofErr w:type="spellStart"/>
            <w:r w:rsidRPr="003614E9">
              <w:rPr>
                <w:rFonts w:ascii="Times New Roman" w:hAnsi="Times New Roman" w:cs="Times New Roman"/>
                <w:color w:val="auto"/>
                <w:sz w:val="24"/>
                <w:szCs w:val="24"/>
                <w:highlight w:val="yellow"/>
                <w:lang w:val="ro-RO"/>
              </w:rPr>
              <w:t>zz.ll.aaaa</w:t>
            </w:r>
            <w:proofErr w:type="spellEnd"/>
            <w:r w:rsidRPr="003614E9">
              <w:rPr>
                <w:rFonts w:ascii="Times New Roman" w:hAnsi="Times New Roman" w:cs="Times New Roman"/>
                <w:color w:val="auto"/>
                <w:sz w:val="24"/>
                <w:szCs w:val="24"/>
                <w:highlight w:val="yellow"/>
                <w:lang w:val="ro-RO"/>
              </w:rPr>
              <w:t>]</w:t>
            </w:r>
          </w:p>
        </w:tc>
        <w:tc>
          <w:tcPr>
            <w:tcW w:w="2550" w:type="dxa"/>
            <w:shd w:val="clear" w:color="auto" w:fill="F7F9FC"/>
          </w:tcPr>
          <w:p w14:paraId="38F74EE2"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[documente/dovezi]</w:t>
            </w:r>
          </w:p>
        </w:tc>
        <w:tc>
          <w:tcPr>
            <w:tcW w:w="1930" w:type="dxa"/>
            <w:shd w:val="clear" w:color="auto" w:fill="F7F9FC"/>
          </w:tcPr>
          <w:p w14:paraId="029A08B3"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[valoare + unitate]</w:t>
            </w:r>
          </w:p>
        </w:tc>
      </w:tr>
      <w:tr w:rsidR="000B73EC" w:rsidRPr="005E5CC4" w14:paraId="384C820F" w14:textId="77777777" w:rsidTr="003614E9">
        <w:trPr>
          <w:cantSplit/>
        </w:trPr>
        <w:tc>
          <w:tcPr>
            <w:tcW w:w="500" w:type="dxa"/>
            <w:shd w:val="clear" w:color="auto" w:fill="FFFFFF"/>
          </w:tcPr>
          <w:p w14:paraId="11A277C1"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4</w:t>
            </w:r>
          </w:p>
        </w:tc>
        <w:tc>
          <w:tcPr>
            <w:tcW w:w="800" w:type="dxa"/>
            <w:shd w:val="clear" w:color="auto" w:fill="FFFFFF"/>
          </w:tcPr>
          <w:p w14:paraId="20D8F21E"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R4</w:t>
            </w:r>
          </w:p>
        </w:tc>
        <w:tc>
          <w:tcPr>
            <w:tcW w:w="2100" w:type="dxa"/>
            <w:shd w:val="clear" w:color="auto" w:fill="FFFFFF"/>
          </w:tcPr>
          <w:p w14:paraId="3DCD3BEB"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[denumire/cod]</w:t>
            </w:r>
          </w:p>
        </w:tc>
        <w:tc>
          <w:tcPr>
            <w:tcW w:w="1450" w:type="dxa"/>
            <w:shd w:val="clear" w:color="auto" w:fill="FFFFFF"/>
          </w:tcPr>
          <w:p w14:paraId="05808A1B"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[calitativ/cantitativ/valoric]</w:t>
            </w:r>
          </w:p>
        </w:tc>
        <w:tc>
          <w:tcPr>
            <w:tcW w:w="2350" w:type="dxa"/>
            <w:shd w:val="clear" w:color="auto" w:fill="FFFFFF"/>
          </w:tcPr>
          <w:p w14:paraId="2F3ED838"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[descriere]</w:t>
            </w:r>
          </w:p>
        </w:tc>
        <w:tc>
          <w:tcPr>
            <w:tcW w:w="2100" w:type="dxa"/>
            <w:shd w:val="clear" w:color="auto" w:fill="FFFFFF"/>
          </w:tcPr>
          <w:p w14:paraId="18F9AED8"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[criteriu obiectiv]</w:t>
            </w:r>
          </w:p>
        </w:tc>
        <w:tc>
          <w:tcPr>
            <w:tcW w:w="1350" w:type="dxa"/>
            <w:shd w:val="clear" w:color="auto" w:fill="FFFFFF"/>
          </w:tcPr>
          <w:p w14:paraId="3DB5476C"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w:t>
            </w:r>
            <w:proofErr w:type="spellStart"/>
            <w:r w:rsidRPr="003614E9">
              <w:rPr>
                <w:rFonts w:ascii="Times New Roman" w:hAnsi="Times New Roman" w:cs="Times New Roman"/>
                <w:color w:val="auto"/>
                <w:sz w:val="24"/>
                <w:szCs w:val="24"/>
                <w:highlight w:val="yellow"/>
                <w:lang w:val="ro-RO"/>
              </w:rPr>
              <w:t>zz.ll.aaaa</w:t>
            </w:r>
            <w:proofErr w:type="spellEnd"/>
            <w:r w:rsidRPr="003614E9">
              <w:rPr>
                <w:rFonts w:ascii="Times New Roman" w:hAnsi="Times New Roman" w:cs="Times New Roman"/>
                <w:color w:val="auto"/>
                <w:sz w:val="24"/>
                <w:szCs w:val="24"/>
                <w:highlight w:val="yellow"/>
                <w:lang w:val="ro-RO"/>
              </w:rPr>
              <w:t>]</w:t>
            </w:r>
          </w:p>
        </w:tc>
        <w:tc>
          <w:tcPr>
            <w:tcW w:w="2550" w:type="dxa"/>
            <w:shd w:val="clear" w:color="auto" w:fill="FFFFFF"/>
          </w:tcPr>
          <w:p w14:paraId="6E81C17D"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[documente/dovezi]</w:t>
            </w:r>
          </w:p>
        </w:tc>
        <w:tc>
          <w:tcPr>
            <w:tcW w:w="1930" w:type="dxa"/>
            <w:shd w:val="clear" w:color="auto" w:fill="FFFFFF"/>
          </w:tcPr>
          <w:p w14:paraId="02E8CEA7"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[valoare + unitate]</w:t>
            </w:r>
          </w:p>
        </w:tc>
      </w:tr>
      <w:tr w:rsidR="000B73EC" w:rsidRPr="005E5CC4" w14:paraId="1787BFCB" w14:textId="77777777" w:rsidTr="003614E9">
        <w:trPr>
          <w:cantSplit/>
        </w:trPr>
        <w:tc>
          <w:tcPr>
            <w:tcW w:w="500" w:type="dxa"/>
            <w:shd w:val="clear" w:color="auto" w:fill="F7F9FC"/>
          </w:tcPr>
          <w:p w14:paraId="6A26456D"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5</w:t>
            </w:r>
          </w:p>
        </w:tc>
        <w:tc>
          <w:tcPr>
            <w:tcW w:w="800" w:type="dxa"/>
            <w:shd w:val="clear" w:color="auto" w:fill="F7F9FC"/>
          </w:tcPr>
          <w:p w14:paraId="59425E7B"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R5</w:t>
            </w:r>
          </w:p>
        </w:tc>
        <w:tc>
          <w:tcPr>
            <w:tcW w:w="2100" w:type="dxa"/>
            <w:shd w:val="clear" w:color="auto" w:fill="F7F9FC"/>
          </w:tcPr>
          <w:p w14:paraId="622F867F"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[denumire/cod]</w:t>
            </w:r>
          </w:p>
        </w:tc>
        <w:tc>
          <w:tcPr>
            <w:tcW w:w="1450" w:type="dxa"/>
            <w:shd w:val="clear" w:color="auto" w:fill="F7F9FC"/>
          </w:tcPr>
          <w:p w14:paraId="5447B2F7"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[calitativ/cantitativ/valoric]</w:t>
            </w:r>
          </w:p>
        </w:tc>
        <w:tc>
          <w:tcPr>
            <w:tcW w:w="2350" w:type="dxa"/>
            <w:shd w:val="clear" w:color="auto" w:fill="F7F9FC"/>
          </w:tcPr>
          <w:p w14:paraId="5DA99F18"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[descriere]</w:t>
            </w:r>
          </w:p>
        </w:tc>
        <w:tc>
          <w:tcPr>
            <w:tcW w:w="2100" w:type="dxa"/>
            <w:shd w:val="clear" w:color="auto" w:fill="F7F9FC"/>
          </w:tcPr>
          <w:p w14:paraId="4F49551A"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[criteriu obiectiv]</w:t>
            </w:r>
          </w:p>
        </w:tc>
        <w:tc>
          <w:tcPr>
            <w:tcW w:w="1350" w:type="dxa"/>
            <w:shd w:val="clear" w:color="auto" w:fill="F7F9FC"/>
          </w:tcPr>
          <w:p w14:paraId="4B52AA2D"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w:t>
            </w:r>
            <w:proofErr w:type="spellStart"/>
            <w:r w:rsidRPr="003614E9">
              <w:rPr>
                <w:rFonts w:ascii="Times New Roman" w:hAnsi="Times New Roman" w:cs="Times New Roman"/>
                <w:color w:val="auto"/>
                <w:sz w:val="24"/>
                <w:szCs w:val="24"/>
                <w:highlight w:val="yellow"/>
                <w:lang w:val="ro-RO"/>
              </w:rPr>
              <w:t>zz.ll.aaaa</w:t>
            </w:r>
            <w:proofErr w:type="spellEnd"/>
            <w:r w:rsidRPr="003614E9">
              <w:rPr>
                <w:rFonts w:ascii="Times New Roman" w:hAnsi="Times New Roman" w:cs="Times New Roman"/>
                <w:color w:val="auto"/>
                <w:sz w:val="24"/>
                <w:szCs w:val="24"/>
                <w:highlight w:val="yellow"/>
                <w:lang w:val="ro-RO"/>
              </w:rPr>
              <w:t>]</w:t>
            </w:r>
          </w:p>
        </w:tc>
        <w:tc>
          <w:tcPr>
            <w:tcW w:w="2550" w:type="dxa"/>
            <w:shd w:val="clear" w:color="auto" w:fill="F7F9FC"/>
          </w:tcPr>
          <w:p w14:paraId="3D57511F"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[documente/dovezi]</w:t>
            </w:r>
          </w:p>
        </w:tc>
        <w:tc>
          <w:tcPr>
            <w:tcW w:w="1930" w:type="dxa"/>
            <w:shd w:val="clear" w:color="auto" w:fill="F7F9FC"/>
          </w:tcPr>
          <w:p w14:paraId="59CFE4C2"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[valoare + unitate]</w:t>
            </w:r>
          </w:p>
        </w:tc>
      </w:tr>
    </w:tbl>
    <w:p w14:paraId="6F74A00D"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682CFFAB" w14:textId="77777777" w:rsidR="000B73EC" w:rsidRPr="005E5CC4" w:rsidRDefault="000B73EC" w:rsidP="000B73EC">
      <w:pPr>
        <w:pStyle w:val="Heading1"/>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6. Capacitatea de implementare - 20 puncte</w:t>
      </w:r>
    </w:p>
    <w:p w14:paraId="21592129" w14:textId="77777777" w:rsidR="000B73EC" w:rsidRPr="005E5CC4" w:rsidRDefault="000B73EC" w:rsidP="000B73EC">
      <w:pPr>
        <w:pStyle w:val="Heading2"/>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6.1 Echipa propusă</w:t>
      </w:r>
    </w:p>
    <w:tbl>
      <w:tblPr>
        <w:tblW w:w="1513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900"/>
        <w:gridCol w:w="1700"/>
        <w:gridCol w:w="3300"/>
        <w:gridCol w:w="3950"/>
        <w:gridCol w:w="1500"/>
        <w:gridCol w:w="2280"/>
      </w:tblGrid>
      <w:tr w:rsidR="000B73EC" w:rsidRPr="005E5CC4" w14:paraId="0FC412B9" w14:textId="77777777" w:rsidTr="003614E9">
        <w:trPr>
          <w:tblHeader/>
        </w:trPr>
        <w:tc>
          <w:tcPr>
            <w:tcW w:w="500" w:type="dxa"/>
            <w:shd w:val="clear" w:color="auto" w:fill="17365D"/>
            <w:tcMar>
              <w:top w:w="90" w:type="dxa"/>
              <w:left w:w="120" w:type="dxa"/>
              <w:bottom w:w="90" w:type="dxa"/>
              <w:right w:w="120" w:type="dxa"/>
            </w:tcMar>
            <w:vAlign w:val="center"/>
          </w:tcPr>
          <w:p w14:paraId="7359D3CB"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Nr.</w:t>
            </w:r>
          </w:p>
        </w:tc>
        <w:tc>
          <w:tcPr>
            <w:tcW w:w="1900" w:type="dxa"/>
            <w:shd w:val="clear" w:color="auto" w:fill="17365D"/>
            <w:tcMar>
              <w:top w:w="90" w:type="dxa"/>
              <w:left w:w="120" w:type="dxa"/>
              <w:bottom w:w="90" w:type="dxa"/>
              <w:right w:w="120" w:type="dxa"/>
            </w:tcMar>
            <w:vAlign w:val="center"/>
          </w:tcPr>
          <w:p w14:paraId="581F11E6"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Nume</w:t>
            </w:r>
          </w:p>
        </w:tc>
        <w:tc>
          <w:tcPr>
            <w:tcW w:w="1700" w:type="dxa"/>
            <w:shd w:val="clear" w:color="auto" w:fill="17365D"/>
            <w:tcMar>
              <w:top w:w="90" w:type="dxa"/>
              <w:left w:w="120" w:type="dxa"/>
              <w:bottom w:w="90" w:type="dxa"/>
              <w:right w:w="120" w:type="dxa"/>
            </w:tcMar>
            <w:vAlign w:val="center"/>
          </w:tcPr>
          <w:p w14:paraId="3AFE87D6"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Rol / COR</w:t>
            </w:r>
          </w:p>
        </w:tc>
        <w:tc>
          <w:tcPr>
            <w:tcW w:w="3300" w:type="dxa"/>
            <w:shd w:val="clear" w:color="auto" w:fill="17365D"/>
            <w:tcMar>
              <w:top w:w="90" w:type="dxa"/>
              <w:left w:w="120" w:type="dxa"/>
              <w:bottom w:w="90" w:type="dxa"/>
              <w:right w:w="120" w:type="dxa"/>
            </w:tcMar>
            <w:vAlign w:val="center"/>
          </w:tcPr>
          <w:p w14:paraId="51ADEA11"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Experiență relevantă</w:t>
            </w:r>
          </w:p>
        </w:tc>
        <w:tc>
          <w:tcPr>
            <w:tcW w:w="3950" w:type="dxa"/>
            <w:shd w:val="clear" w:color="auto" w:fill="17365D"/>
            <w:tcMar>
              <w:top w:w="90" w:type="dxa"/>
              <w:left w:w="120" w:type="dxa"/>
              <w:bottom w:w="90" w:type="dxa"/>
              <w:right w:w="120" w:type="dxa"/>
            </w:tcMar>
            <w:vAlign w:val="center"/>
          </w:tcPr>
          <w:p w14:paraId="17F97967"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Responsabilități și rezultate</w:t>
            </w:r>
          </w:p>
        </w:tc>
        <w:tc>
          <w:tcPr>
            <w:tcW w:w="1500" w:type="dxa"/>
            <w:shd w:val="clear" w:color="auto" w:fill="17365D"/>
            <w:tcMar>
              <w:top w:w="90" w:type="dxa"/>
              <w:left w:w="120" w:type="dxa"/>
              <w:bottom w:w="90" w:type="dxa"/>
              <w:right w:w="120" w:type="dxa"/>
            </w:tcMar>
            <w:vAlign w:val="center"/>
          </w:tcPr>
          <w:p w14:paraId="58B3151F"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Efort</w:t>
            </w:r>
          </w:p>
        </w:tc>
        <w:tc>
          <w:tcPr>
            <w:tcW w:w="2280" w:type="dxa"/>
            <w:shd w:val="clear" w:color="auto" w:fill="17365D"/>
            <w:tcMar>
              <w:top w:w="90" w:type="dxa"/>
              <w:left w:w="120" w:type="dxa"/>
              <w:bottom w:w="90" w:type="dxa"/>
              <w:right w:w="120" w:type="dxa"/>
            </w:tcMar>
            <w:vAlign w:val="center"/>
          </w:tcPr>
          <w:p w14:paraId="693E22A5"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Dovadă</w:t>
            </w:r>
          </w:p>
        </w:tc>
      </w:tr>
      <w:tr w:rsidR="000B73EC" w:rsidRPr="005E5CC4" w14:paraId="7BFE29A4" w14:textId="77777777" w:rsidTr="003614E9">
        <w:trPr>
          <w:cantSplit/>
        </w:trPr>
        <w:tc>
          <w:tcPr>
            <w:tcW w:w="500" w:type="dxa"/>
            <w:shd w:val="clear" w:color="auto" w:fill="F7F9FC"/>
          </w:tcPr>
          <w:p w14:paraId="700F0391"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1</w:t>
            </w:r>
          </w:p>
        </w:tc>
        <w:tc>
          <w:tcPr>
            <w:tcW w:w="1900" w:type="dxa"/>
            <w:shd w:val="clear" w:color="auto" w:fill="F7F9FC"/>
          </w:tcPr>
          <w:p w14:paraId="0B08D301"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[nume]</w:t>
            </w:r>
          </w:p>
        </w:tc>
        <w:tc>
          <w:tcPr>
            <w:tcW w:w="1700" w:type="dxa"/>
            <w:shd w:val="clear" w:color="auto" w:fill="F7F9FC"/>
          </w:tcPr>
          <w:p w14:paraId="6C93949E"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[rol/COR]</w:t>
            </w:r>
          </w:p>
        </w:tc>
        <w:tc>
          <w:tcPr>
            <w:tcW w:w="3300" w:type="dxa"/>
            <w:shd w:val="clear" w:color="auto" w:fill="F7F9FC"/>
          </w:tcPr>
          <w:p w14:paraId="74B967A2"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[studii și ani relevanți]</w:t>
            </w:r>
          </w:p>
        </w:tc>
        <w:tc>
          <w:tcPr>
            <w:tcW w:w="3950" w:type="dxa"/>
            <w:shd w:val="clear" w:color="auto" w:fill="F7F9FC"/>
          </w:tcPr>
          <w:p w14:paraId="07C9A3F9"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[responsabilități; R/A]</w:t>
            </w:r>
          </w:p>
        </w:tc>
        <w:tc>
          <w:tcPr>
            <w:tcW w:w="1500" w:type="dxa"/>
            <w:shd w:val="clear" w:color="auto" w:fill="F7F9FC"/>
          </w:tcPr>
          <w:p w14:paraId="5DA42D25"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[ore/om-luni]</w:t>
            </w:r>
          </w:p>
        </w:tc>
        <w:tc>
          <w:tcPr>
            <w:tcW w:w="2280" w:type="dxa"/>
            <w:shd w:val="clear" w:color="auto" w:fill="F7F9FC"/>
          </w:tcPr>
          <w:p w14:paraId="7E64CC4A"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[CV E..]</w:t>
            </w:r>
          </w:p>
        </w:tc>
      </w:tr>
      <w:tr w:rsidR="000B73EC" w:rsidRPr="005E5CC4" w14:paraId="1914C7D0" w14:textId="77777777" w:rsidTr="003614E9">
        <w:trPr>
          <w:cantSplit/>
        </w:trPr>
        <w:tc>
          <w:tcPr>
            <w:tcW w:w="500" w:type="dxa"/>
            <w:shd w:val="clear" w:color="auto" w:fill="FFFFFF"/>
          </w:tcPr>
          <w:p w14:paraId="60907508"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2</w:t>
            </w:r>
          </w:p>
        </w:tc>
        <w:tc>
          <w:tcPr>
            <w:tcW w:w="1900" w:type="dxa"/>
            <w:shd w:val="clear" w:color="auto" w:fill="FFFFFF"/>
          </w:tcPr>
          <w:p w14:paraId="20E6A8DF"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[nume]</w:t>
            </w:r>
          </w:p>
        </w:tc>
        <w:tc>
          <w:tcPr>
            <w:tcW w:w="1700" w:type="dxa"/>
            <w:shd w:val="clear" w:color="auto" w:fill="FFFFFF"/>
          </w:tcPr>
          <w:p w14:paraId="4BE93B3E"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[rol/COR]</w:t>
            </w:r>
          </w:p>
        </w:tc>
        <w:tc>
          <w:tcPr>
            <w:tcW w:w="3300" w:type="dxa"/>
            <w:shd w:val="clear" w:color="auto" w:fill="FFFFFF"/>
          </w:tcPr>
          <w:p w14:paraId="4D929742"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[studii și ani relevanți]</w:t>
            </w:r>
          </w:p>
        </w:tc>
        <w:tc>
          <w:tcPr>
            <w:tcW w:w="3950" w:type="dxa"/>
            <w:shd w:val="clear" w:color="auto" w:fill="FFFFFF"/>
          </w:tcPr>
          <w:p w14:paraId="0BC1A1BC"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[responsabilități; R/A]</w:t>
            </w:r>
          </w:p>
        </w:tc>
        <w:tc>
          <w:tcPr>
            <w:tcW w:w="1500" w:type="dxa"/>
            <w:shd w:val="clear" w:color="auto" w:fill="FFFFFF"/>
          </w:tcPr>
          <w:p w14:paraId="1E666C36"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[ore/om-luni]</w:t>
            </w:r>
          </w:p>
        </w:tc>
        <w:tc>
          <w:tcPr>
            <w:tcW w:w="2280" w:type="dxa"/>
            <w:shd w:val="clear" w:color="auto" w:fill="FFFFFF"/>
          </w:tcPr>
          <w:p w14:paraId="5A520EF6"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[CV E..]</w:t>
            </w:r>
          </w:p>
        </w:tc>
      </w:tr>
      <w:tr w:rsidR="000B73EC" w:rsidRPr="005E5CC4" w14:paraId="1E151790" w14:textId="77777777" w:rsidTr="003614E9">
        <w:trPr>
          <w:cantSplit/>
        </w:trPr>
        <w:tc>
          <w:tcPr>
            <w:tcW w:w="500" w:type="dxa"/>
            <w:shd w:val="clear" w:color="auto" w:fill="F7F9FC"/>
          </w:tcPr>
          <w:p w14:paraId="4D42453D"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3</w:t>
            </w:r>
          </w:p>
        </w:tc>
        <w:tc>
          <w:tcPr>
            <w:tcW w:w="1900" w:type="dxa"/>
            <w:shd w:val="clear" w:color="auto" w:fill="F7F9FC"/>
          </w:tcPr>
          <w:p w14:paraId="0267045D"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[nume]</w:t>
            </w:r>
          </w:p>
        </w:tc>
        <w:tc>
          <w:tcPr>
            <w:tcW w:w="1700" w:type="dxa"/>
            <w:shd w:val="clear" w:color="auto" w:fill="F7F9FC"/>
          </w:tcPr>
          <w:p w14:paraId="451F1709"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[rol/COR]</w:t>
            </w:r>
          </w:p>
        </w:tc>
        <w:tc>
          <w:tcPr>
            <w:tcW w:w="3300" w:type="dxa"/>
            <w:shd w:val="clear" w:color="auto" w:fill="F7F9FC"/>
          </w:tcPr>
          <w:p w14:paraId="54C39767"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[studii și ani relevanți]</w:t>
            </w:r>
          </w:p>
        </w:tc>
        <w:tc>
          <w:tcPr>
            <w:tcW w:w="3950" w:type="dxa"/>
            <w:shd w:val="clear" w:color="auto" w:fill="F7F9FC"/>
          </w:tcPr>
          <w:p w14:paraId="6E9420CF"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[responsabilități; R/A]</w:t>
            </w:r>
          </w:p>
        </w:tc>
        <w:tc>
          <w:tcPr>
            <w:tcW w:w="1500" w:type="dxa"/>
            <w:shd w:val="clear" w:color="auto" w:fill="F7F9FC"/>
          </w:tcPr>
          <w:p w14:paraId="43BB8F99"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[ore/om-luni]</w:t>
            </w:r>
          </w:p>
        </w:tc>
        <w:tc>
          <w:tcPr>
            <w:tcW w:w="2280" w:type="dxa"/>
            <w:shd w:val="clear" w:color="auto" w:fill="F7F9FC"/>
          </w:tcPr>
          <w:p w14:paraId="0D80B7BA"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[CV E..]</w:t>
            </w:r>
          </w:p>
        </w:tc>
      </w:tr>
      <w:tr w:rsidR="000B73EC" w:rsidRPr="005E5CC4" w14:paraId="100591AB" w14:textId="77777777" w:rsidTr="003614E9">
        <w:trPr>
          <w:cantSplit/>
        </w:trPr>
        <w:tc>
          <w:tcPr>
            <w:tcW w:w="500" w:type="dxa"/>
            <w:shd w:val="clear" w:color="auto" w:fill="FFFFFF"/>
          </w:tcPr>
          <w:p w14:paraId="2A35C39C"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4</w:t>
            </w:r>
          </w:p>
        </w:tc>
        <w:tc>
          <w:tcPr>
            <w:tcW w:w="1900" w:type="dxa"/>
            <w:shd w:val="clear" w:color="auto" w:fill="FFFFFF"/>
          </w:tcPr>
          <w:p w14:paraId="6B9DF868"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[nume]</w:t>
            </w:r>
          </w:p>
        </w:tc>
        <w:tc>
          <w:tcPr>
            <w:tcW w:w="1700" w:type="dxa"/>
            <w:shd w:val="clear" w:color="auto" w:fill="FFFFFF"/>
          </w:tcPr>
          <w:p w14:paraId="264FAB96"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[rol/COR]</w:t>
            </w:r>
          </w:p>
        </w:tc>
        <w:tc>
          <w:tcPr>
            <w:tcW w:w="3300" w:type="dxa"/>
            <w:shd w:val="clear" w:color="auto" w:fill="FFFFFF"/>
          </w:tcPr>
          <w:p w14:paraId="5976726E"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[studii și ani relevanți]</w:t>
            </w:r>
          </w:p>
        </w:tc>
        <w:tc>
          <w:tcPr>
            <w:tcW w:w="3950" w:type="dxa"/>
            <w:shd w:val="clear" w:color="auto" w:fill="FFFFFF"/>
          </w:tcPr>
          <w:p w14:paraId="3010D71B"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[responsabilități; R/A]</w:t>
            </w:r>
          </w:p>
        </w:tc>
        <w:tc>
          <w:tcPr>
            <w:tcW w:w="1500" w:type="dxa"/>
            <w:shd w:val="clear" w:color="auto" w:fill="FFFFFF"/>
          </w:tcPr>
          <w:p w14:paraId="1118E4ED"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[ore/om-luni]</w:t>
            </w:r>
          </w:p>
        </w:tc>
        <w:tc>
          <w:tcPr>
            <w:tcW w:w="2280" w:type="dxa"/>
            <w:shd w:val="clear" w:color="auto" w:fill="FFFFFF"/>
          </w:tcPr>
          <w:p w14:paraId="031321D5"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[CV E..]</w:t>
            </w:r>
          </w:p>
        </w:tc>
      </w:tr>
      <w:tr w:rsidR="000B73EC" w:rsidRPr="005E5CC4" w14:paraId="19BDEC12" w14:textId="77777777" w:rsidTr="003614E9">
        <w:trPr>
          <w:cantSplit/>
        </w:trPr>
        <w:tc>
          <w:tcPr>
            <w:tcW w:w="500" w:type="dxa"/>
            <w:shd w:val="clear" w:color="auto" w:fill="F7F9FC"/>
          </w:tcPr>
          <w:p w14:paraId="40B203D2"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lastRenderedPageBreak/>
              <w:t>5</w:t>
            </w:r>
          </w:p>
        </w:tc>
        <w:tc>
          <w:tcPr>
            <w:tcW w:w="1900" w:type="dxa"/>
            <w:shd w:val="clear" w:color="auto" w:fill="F7F9FC"/>
          </w:tcPr>
          <w:p w14:paraId="084970B3"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[nume]</w:t>
            </w:r>
          </w:p>
        </w:tc>
        <w:tc>
          <w:tcPr>
            <w:tcW w:w="1700" w:type="dxa"/>
            <w:shd w:val="clear" w:color="auto" w:fill="F7F9FC"/>
          </w:tcPr>
          <w:p w14:paraId="04753B9A"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[rol/COR]</w:t>
            </w:r>
          </w:p>
        </w:tc>
        <w:tc>
          <w:tcPr>
            <w:tcW w:w="3300" w:type="dxa"/>
            <w:shd w:val="clear" w:color="auto" w:fill="F7F9FC"/>
          </w:tcPr>
          <w:p w14:paraId="207C3BBE"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[studii și ani relevanți]</w:t>
            </w:r>
          </w:p>
        </w:tc>
        <w:tc>
          <w:tcPr>
            <w:tcW w:w="3950" w:type="dxa"/>
            <w:shd w:val="clear" w:color="auto" w:fill="F7F9FC"/>
          </w:tcPr>
          <w:p w14:paraId="590CB5B9"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[responsabilități; R/A]</w:t>
            </w:r>
          </w:p>
        </w:tc>
        <w:tc>
          <w:tcPr>
            <w:tcW w:w="1500" w:type="dxa"/>
            <w:shd w:val="clear" w:color="auto" w:fill="F7F9FC"/>
          </w:tcPr>
          <w:p w14:paraId="57A461E8"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[ore/om-luni]</w:t>
            </w:r>
          </w:p>
        </w:tc>
        <w:tc>
          <w:tcPr>
            <w:tcW w:w="2280" w:type="dxa"/>
            <w:shd w:val="clear" w:color="auto" w:fill="F7F9FC"/>
          </w:tcPr>
          <w:p w14:paraId="584CEA1B"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[CV E..]</w:t>
            </w:r>
          </w:p>
        </w:tc>
      </w:tr>
      <w:tr w:rsidR="000B73EC" w:rsidRPr="005E5CC4" w14:paraId="0855C3BC" w14:textId="77777777" w:rsidTr="003614E9">
        <w:trPr>
          <w:cantSplit/>
        </w:trPr>
        <w:tc>
          <w:tcPr>
            <w:tcW w:w="500" w:type="dxa"/>
            <w:shd w:val="clear" w:color="auto" w:fill="FFFFFF"/>
          </w:tcPr>
          <w:p w14:paraId="26163559"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6</w:t>
            </w:r>
          </w:p>
        </w:tc>
        <w:tc>
          <w:tcPr>
            <w:tcW w:w="1900" w:type="dxa"/>
            <w:shd w:val="clear" w:color="auto" w:fill="FFFFFF"/>
          </w:tcPr>
          <w:p w14:paraId="3D0963C2"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[nume]</w:t>
            </w:r>
          </w:p>
        </w:tc>
        <w:tc>
          <w:tcPr>
            <w:tcW w:w="1700" w:type="dxa"/>
            <w:shd w:val="clear" w:color="auto" w:fill="FFFFFF"/>
          </w:tcPr>
          <w:p w14:paraId="2C44EDCF"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[rol/COR]</w:t>
            </w:r>
          </w:p>
        </w:tc>
        <w:tc>
          <w:tcPr>
            <w:tcW w:w="3300" w:type="dxa"/>
            <w:shd w:val="clear" w:color="auto" w:fill="FFFFFF"/>
          </w:tcPr>
          <w:p w14:paraId="6B63D9FD"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[studii și ani relevanți]</w:t>
            </w:r>
          </w:p>
        </w:tc>
        <w:tc>
          <w:tcPr>
            <w:tcW w:w="3950" w:type="dxa"/>
            <w:shd w:val="clear" w:color="auto" w:fill="FFFFFF"/>
          </w:tcPr>
          <w:p w14:paraId="70AEBD29"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[responsabilități; R/A]</w:t>
            </w:r>
          </w:p>
        </w:tc>
        <w:tc>
          <w:tcPr>
            <w:tcW w:w="1500" w:type="dxa"/>
            <w:shd w:val="clear" w:color="auto" w:fill="FFFFFF"/>
          </w:tcPr>
          <w:p w14:paraId="7A9BD0A4"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[ore/om-luni]</w:t>
            </w:r>
          </w:p>
        </w:tc>
        <w:tc>
          <w:tcPr>
            <w:tcW w:w="2280" w:type="dxa"/>
            <w:shd w:val="clear" w:color="auto" w:fill="FFFFFF"/>
          </w:tcPr>
          <w:p w14:paraId="46A0226F"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[CV E..]</w:t>
            </w:r>
          </w:p>
        </w:tc>
      </w:tr>
      <w:tr w:rsidR="000B73EC" w:rsidRPr="005E5CC4" w14:paraId="3A0F1293" w14:textId="77777777" w:rsidTr="003614E9">
        <w:trPr>
          <w:cantSplit/>
        </w:trPr>
        <w:tc>
          <w:tcPr>
            <w:tcW w:w="500" w:type="dxa"/>
            <w:shd w:val="clear" w:color="auto" w:fill="F7F9FC"/>
          </w:tcPr>
          <w:p w14:paraId="5D42BABE"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7</w:t>
            </w:r>
          </w:p>
        </w:tc>
        <w:tc>
          <w:tcPr>
            <w:tcW w:w="1900" w:type="dxa"/>
            <w:shd w:val="clear" w:color="auto" w:fill="F7F9FC"/>
          </w:tcPr>
          <w:p w14:paraId="6402F4BF"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[nume]</w:t>
            </w:r>
          </w:p>
        </w:tc>
        <w:tc>
          <w:tcPr>
            <w:tcW w:w="1700" w:type="dxa"/>
            <w:shd w:val="clear" w:color="auto" w:fill="F7F9FC"/>
          </w:tcPr>
          <w:p w14:paraId="6074288A"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[rol/COR]</w:t>
            </w:r>
          </w:p>
        </w:tc>
        <w:tc>
          <w:tcPr>
            <w:tcW w:w="3300" w:type="dxa"/>
            <w:shd w:val="clear" w:color="auto" w:fill="F7F9FC"/>
          </w:tcPr>
          <w:p w14:paraId="63441836"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[studii și ani relevanți]</w:t>
            </w:r>
          </w:p>
        </w:tc>
        <w:tc>
          <w:tcPr>
            <w:tcW w:w="3950" w:type="dxa"/>
            <w:shd w:val="clear" w:color="auto" w:fill="F7F9FC"/>
          </w:tcPr>
          <w:p w14:paraId="4661C6E7"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[responsabilități; R/A]</w:t>
            </w:r>
          </w:p>
        </w:tc>
        <w:tc>
          <w:tcPr>
            <w:tcW w:w="1500" w:type="dxa"/>
            <w:shd w:val="clear" w:color="auto" w:fill="F7F9FC"/>
          </w:tcPr>
          <w:p w14:paraId="30186C5A"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[ore/om-luni]</w:t>
            </w:r>
          </w:p>
        </w:tc>
        <w:tc>
          <w:tcPr>
            <w:tcW w:w="2280" w:type="dxa"/>
            <w:shd w:val="clear" w:color="auto" w:fill="F7F9FC"/>
          </w:tcPr>
          <w:p w14:paraId="340189C5" w14:textId="77777777" w:rsidR="000B73EC" w:rsidRPr="003614E9" w:rsidRDefault="000B73EC"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[CV E..]</w:t>
            </w:r>
          </w:p>
        </w:tc>
      </w:tr>
    </w:tbl>
    <w:p w14:paraId="6F485A3B"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45BA788D" w14:textId="77777777" w:rsidR="000B73EC" w:rsidRPr="005E5CC4" w:rsidRDefault="000B73EC" w:rsidP="000B73EC">
      <w:pPr>
        <w:pStyle w:val="Heading2"/>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6.2 Infrastructură și resurse materiale</w:t>
      </w:r>
    </w:p>
    <w:tbl>
      <w:tblPr>
        <w:tblW w:w="13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2550"/>
        <w:gridCol w:w="1600"/>
        <w:gridCol w:w="2200"/>
        <w:gridCol w:w="1800"/>
        <w:gridCol w:w="2300"/>
        <w:gridCol w:w="2100"/>
      </w:tblGrid>
      <w:tr w:rsidR="00183A7F" w:rsidRPr="005E5CC4" w14:paraId="56EE9A17" w14:textId="77777777" w:rsidTr="00183A7F">
        <w:trPr>
          <w:tblHeader/>
          <w:jc w:val="center"/>
        </w:trPr>
        <w:tc>
          <w:tcPr>
            <w:tcW w:w="450" w:type="dxa"/>
            <w:shd w:val="clear" w:color="auto" w:fill="17365D"/>
            <w:tcMar>
              <w:top w:w="90" w:type="dxa"/>
              <w:left w:w="120" w:type="dxa"/>
              <w:bottom w:w="90" w:type="dxa"/>
              <w:right w:w="120" w:type="dxa"/>
            </w:tcMar>
            <w:vAlign w:val="center"/>
          </w:tcPr>
          <w:p w14:paraId="1DAFA173" w14:textId="77777777" w:rsidR="00183A7F" w:rsidRPr="005E5CC4" w:rsidRDefault="00183A7F"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Nr.</w:t>
            </w:r>
          </w:p>
        </w:tc>
        <w:tc>
          <w:tcPr>
            <w:tcW w:w="2550" w:type="dxa"/>
            <w:shd w:val="clear" w:color="auto" w:fill="17365D"/>
            <w:tcMar>
              <w:top w:w="90" w:type="dxa"/>
              <w:left w:w="120" w:type="dxa"/>
              <w:bottom w:w="90" w:type="dxa"/>
              <w:right w:w="120" w:type="dxa"/>
            </w:tcMar>
            <w:vAlign w:val="center"/>
          </w:tcPr>
          <w:p w14:paraId="75D185A7" w14:textId="77777777" w:rsidR="00183A7F" w:rsidRPr="005E5CC4" w:rsidRDefault="00183A7F"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Resursă</w:t>
            </w:r>
          </w:p>
        </w:tc>
        <w:tc>
          <w:tcPr>
            <w:tcW w:w="1600" w:type="dxa"/>
            <w:shd w:val="clear" w:color="auto" w:fill="17365D"/>
            <w:tcMar>
              <w:top w:w="90" w:type="dxa"/>
              <w:left w:w="120" w:type="dxa"/>
              <w:bottom w:w="90" w:type="dxa"/>
              <w:right w:w="120" w:type="dxa"/>
            </w:tcMar>
            <w:vAlign w:val="center"/>
          </w:tcPr>
          <w:p w14:paraId="02013F73" w14:textId="77777777" w:rsidR="00183A7F" w:rsidRPr="005E5CC4" w:rsidRDefault="00183A7F"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Statut</w:t>
            </w:r>
          </w:p>
        </w:tc>
        <w:tc>
          <w:tcPr>
            <w:tcW w:w="2200" w:type="dxa"/>
            <w:shd w:val="clear" w:color="auto" w:fill="17365D"/>
            <w:tcMar>
              <w:top w:w="90" w:type="dxa"/>
              <w:left w:w="120" w:type="dxa"/>
              <w:bottom w:w="90" w:type="dxa"/>
              <w:right w:w="120" w:type="dxa"/>
            </w:tcMar>
            <w:vAlign w:val="center"/>
          </w:tcPr>
          <w:p w14:paraId="04EBC1EC" w14:textId="77777777" w:rsidR="00183A7F" w:rsidRPr="005E5CC4" w:rsidRDefault="00183A7F"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Drept de utilizare</w:t>
            </w:r>
          </w:p>
        </w:tc>
        <w:tc>
          <w:tcPr>
            <w:tcW w:w="1800" w:type="dxa"/>
            <w:shd w:val="clear" w:color="auto" w:fill="17365D"/>
            <w:tcMar>
              <w:top w:w="90" w:type="dxa"/>
              <w:left w:w="120" w:type="dxa"/>
              <w:bottom w:w="90" w:type="dxa"/>
              <w:right w:w="120" w:type="dxa"/>
            </w:tcMar>
            <w:vAlign w:val="center"/>
          </w:tcPr>
          <w:p w14:paraId="637B357B" w14:textId="77777777" w:rsidR="00183A7F" w:rsidRPr="005E5CC4" w:rsidRDefault="00183A7F"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Locație</w:t>
            </w:r>
          </w:p>
        </w:tc>
        <w:tc>
          <w:tcPr>
            <w:tcW w:w="2300" w:type="dxa"/>
            <w:shd w:val="clear" w:color="auto" w:fill="17365D"/>
            <w:tcMar>
              <w:top w:w="90" w:type="dxa"/>
              <w:left w:w="120" w:type="dxa"/>
              <w:bottom w:w="90" w:type="dxa"/>
              <w:right w:w="120" w:type="dxa"/>
            </w:tcMar>
            <w:vAlign w:val="center"/>
          </w:tcPr>
          <w:p w14:paraId="08BF89BE" w14:textId="77777777" w:rsidR="00183A7F" w:rsidRPr="005E5CC4" w:rsidRDefault="00183A7F"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Activitate/rezultat</w:t>
            </w:r>
          </w:p>
        </w:tc>
        <w:tc>
          <w:tcPr>
            <w:tcW w:w="2100" w:type="dxa"/>
            <w:shd w:val="clear" w:color="auto" w:fill="17365D"/>
            <w:tcMar>
              <w:top w:w="90" w:type="dxa"/>
              <w:left w:w="120" w:type="dxa"/>
              <w:bottom w:w="90" w:type="dxa"/>
              <w:right w:w="120" w:type="dxa"/>
            </w:tcMar>
            <w:vAlign w:val="center"/>
          </w:tcPr>
          <w:p w14:paraId="3713EEF4" w14:textId="77777777" w:rsidR="00183A7F" w:rsidRPr="005E5CC4" w:rsidRDefault="00183A7F"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Disponibilitate</w:t>
            </w:r>
          </w:p>
        </w:tc>
      </w:tr>
      <w:tr w:rsidR="00183A7F" w:rsidRPr="005E5CC4" w14:paraId="46C3EE10" w14:textId="77777777" w:rsidTr="00183A7F">
        <w:trPr>
          <w:cantSplit/>
          <w:jc w:val="center"/>
        </w:trPr>
        <w:tc>
          <w:tcPr>
            <w:tcW w:w="450" w:type="dxa"/>
            <w:shd w:val="clear" w:color="auto" w:fill="F7F9FC"/>
          </w:tcPr>
          <w:p w14:paraId="1A9A4C35" w14:textId="77777777" w:rsidR="00183A7F" w:rsidRPr="005E5CC4" w:rsidRDefault="00183A7F"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1</w:t>
            </w:r>
          </w:p>
        </w:tc>
        <w:tc>
          <w:tcPr>
            <w:tcW w:w="2550" w:type="dxa"/>
            <w:shd w:val="clear" w:color="auto" w:fill="F7F9FC"/>
          </w:tcPr>
          <w:p w14:paraId="2C6A5DA7"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[resursă/echipament/spațiu]</w:t>
            </w:r>
          </w:p>
        </w:tc>
        <w:tc>
          <w:tcPr>
            <w:tcW w:w="1600" w:type="dxa"/>
            <w:shd w:val="clear" w:color="auto" w:fill="F7F9FC"/>
          </w:tcPr>
          <w:p w14:paraId="0797A5B0"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[existent/de achiziționat]</w:t>
            </w:r>
          </w:p>
        </w:tc>
        <w:tc>
          <w:tcPr>
            <w:tcW w:w="2200" w:type="dxa"/>
            <w:shd w:val="clear" w:color="auto" w:fill="F7F9FC"/>
          </w:tcPr>
          <w:p w14:paraId="5FBC187E"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[proprietate/acces]</w:t>
            </w:r>
          </w:p>
        </w:tc>
        <w:tc>
          <w:tcPr>
            <w:tcW w:w="1800" w:type="dxa"/>
            <w:shd w:val="clear" w:color="auto" w:fill="F7F9FC"/>
          </w:tcPr>
          <w:p w14:paraId="4E048585"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[locație]</w:t>
            </w:r>
          </w:p>
        </w:tc>
        <w:tc>
          <w:tcPr>
            <w:tcW w:w="2300" w:type="dxa"/>
            <w:shd w:val="clear" w:color="auto" w:fill="F7F9FC"/>
          </w:tcPr>
          <w:p w14:paraId="1E8320CD"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[utilizare A/R]</w:t>
            </w:r>
          </w:p>
        </w:tc>
        <w:tc>
          <w:tcPr>
            <w:tcW w:w="2100" w:type="dxa"/>
            <w:shd w:val="clear" w:color="auto" w:fill="F7F9FC"/>
          </w:tcPr>
          <w:p w14:paraId="278E1803"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[disponibilitate]</w:t>
            </w:r>
          </w:p>
        </w:tc>
      </w:tr>
      <w:tr w:rsidR="00183A7F" w:rsidRPr="005E5CC4" w14:paraId="31DB0D89" w14:textId="77777777" w:rsidTr="00183A7F">
        <w:trPr>
          <w:cantSplit/>
          <w:jc w:val="center"/>
        </w:trPr>
        <w:tc>
          <w:tcPr>
            <w:tcW w:w="450" w:type="dxa"/>
            <w:shd w:val="clear" w:color="auto" w:fill="FFFFFF"/>
          </w:tcPr>
          <w:p w14:paraId="6590BFFD" w14:textId="77777777" w:rsidR="00183A7F" w:rsidRPr="005E5CC4" w:rsidRDefault="00183A7F"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2</w:t>
            </w:r>
          </w:p>
        </w:tc>
        <w:tc>
          <w:tcPr>
            <w:tcW w:w="2550" w:type="dxa"/>
            <w:shd w:val="clear" w:color="auto" w:fill="FFFFFF"/>
          </w:tcPr>
          <w:p w14:paraId="7D22477D"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[resursă/echipament/spațiu]</w:t>
            </w:r>
          </w:p>
        </w:tc>
        <w:tc>
          <w:tcPr>
            <w:tcW w:w="1600" w:type="dxa"/>
            <w:shd w:val="clear" w:color="auto" w:fill="FFFFFF"/>
          </w:tcPr>
          <w:p w14:paraId="271D8CE9"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[existent/de achiziționat]</w:t>
            </w:r>
          </w:p>
        </w:tc>
        <w:tc>
          <w:tcPr>
            <w:tcW w:w="2200" w:type="dxa"/>
            <w:shd w:val="clear" w:color="auto" w:fill="FFFFFF"/>
          </w:tcPr>
          <w:p w14:paraId="33B37BEB"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[proprietate/acces]</w:t>
            </w:r>
          </w:p>
        </w:tc>
        <w:tc>
          <w:tcPr>
            <w:tcW w:w="1800" w:type="dxa"/>
            <w:shd w:val="clear" w:color="auto" w:fill="FFFFFF"/>
          </w:tcPr>
          <w:p w14:paraId="07A5C5D5"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[locație]</w:t>
            </w:r>
          </w:p>
        </w:tc>
        <w:tc>
          <w:tcPr>
            <w:tcW w:w="2300" w:type="dxa"/>
            <w:shd w:val="clear" w:color="auto" w:fill="FFFFFF"/>
          </w:tcPr>
          <w:p w14:paraId="7DA33F96"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[utilizare A/R]</w:t>
            </w:r>
          </w:p>
        </w:tc>
        <w:tc>
          <w:tcPr>
            <w:tcW w:w="2100" w:type="dxa"/>
            <w:shd w:val="clear" w:color="auto" w:fill="FFFFFF"/>
          </w:tcPr>
          <w:p w14:paraId="7ACB5B12"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[disponibilitate]</w:t>
            </w:r>
          </w:p>
        </w:tc>
      </w:tr>
      <w:tr w:rsidR="00183A7F" w:rsidRPr="005E5CC4" w14:paraId="244D6273" w14:textId="77777777" w:rsidTr="00183A7F">
        <w:trPr>
          <w:cantSplit/>
          <w:jc w:val="center"/>
        </w:trPr>
        <w:tc>
          <w:tcPr>
            <w:tcW w:w="450" w:type="dxa"/>
            <w:shd w:val="clear" w:color="auto" w:fill="F7F9FC"/>
          </w:tcPr>
          <w:p w14:paraId="3BA308DA" w14:textId="77777777" w:rsidR="00183A7F" w:rsidRPr="005E5CC4" w:rsidRDefault="00183A7F"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3</w:t>
            </w:r>
          </w:p>
        </w:tc>
        <w:tc>
          <w:tcPr>
            <w:tcW w:w="2550" w:type="dxa"/>
            <w:shd w:val="clear" w:color="auto" w:fill="F7F9FC"/>
          </w:tcPr>
          <w:p w14:paraId="789762FE"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[resursă/echipament/spațiu]</w:t>
            </w:r>
          </w:p>
        </w:tc>
        <w:tc>
          <w:tcPr>
            <w:tcW w:w="1600" w:type="dxa"/>
            <w:shd w:val="clear" w:color="auto" w:fill="F7F9FC"/>
          </w:tcPr>
          <w:p w14:paraId="62BD9545"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[existent/de achiziționat]</w:t>
            </w:r>
          </w:p>
        </w:tc>
        <w:tc>
          <w:tcPr>
            <w:tcW w:w="2200" w:type="dxa"/>
            <w:shd w:val="clear" w:color="auto" w:fill="F7F9FC"/>
          </w:tcPr>
          <w:p w14:paraId="1E146098"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[proprietate/acces]</w:t>
            </w:r>
          </w:p>
        </w:tc>
        <w:tc>
          <w:tcPr>
            <w:tcW w:w="1800" w:type="dxa"/>
            <w:shd w:val="clear" w:color="auto" w:fill="F7F9FC"/>
          </w:tcPr>
          <w:p w14:paraId="0ECA699C"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[locație]</w:t>
            </w:r>
          </w:p>
        </w:tc>
        <w:tc>
          <w:tcPr>
            <w:tcW w:w="2300" w:type="dxa"/>
            <w:shd w:val="clear" w:color="auto" w:fill="F7F9FC"/>
          </w:tcPr>
          <w:p w14:paraId="0642369B"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[utilizare A/R]</w:t>
            </w:r>
          </w:p>
        </w:tc>
        <w:tc>
          <w:tcPr>
            <w:tcW w:w="2100" w:type="dxa"/>
            <w:shd w:val="clear" w:color="auto" w:fill="F7F9FC"/>
          </w:tcPr>
          <w:p w14:paraId="35357CE0"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[disponibilitate]</w:t>
            </w:r>
          </w:p>
        </w:tc>
      </w:tr>
      <w:tr w:rsidR="00183A7F" w:rsidRPr="005E5CC4" w14:paraId="59F4265B" w14:textId="77777777" w:rsidTr="00183A7F">
        <w:trPr>
          <w:cantSplit/>
          <w:jc w:val="center"/>
        </w:trPr>
        <w:tc>
          <w:tcPr>
            <w:tcW w:w="450" w:type="dxa"/>
            <w:shd w:val="clear" w:color="auto" w:fill="FFFFFF"/>
          </w:tcPr>
          <w:p w14:paraId="47C6A62D" w14:textId="77777777" w:rsidR="00183A7F" w:rsidRPr="005E5CC4" w:rsidRDefault="00183A7F"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4</w:t>
            </w:r>
          </w:p>
        </w:tc>
        <w:tc>
          <w:tcPr>
            <w:tcW w:w="2550" w:type="dxa"/>
            <w:shd w:val="clear" w:color="auto" w:fill="FFFFFF"/>
          </w:tcPr>
          <w:p w14:paraId="2AE1E25E"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[resursă/echipament/spațiu]</w:t>
            </w:r>
          </w:p>
        </w:tc>
        <w:tc>
          <w:tcPr>
            <w:tcW w:w="1600" w:type="dxa"/>
            <w:shd w:val="clear" w:color="auto" w:fill="FFFFFF"/>
          </w:tcPr>
          <w:p w14:paraId="36B5F7B5"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[existent/de achiziționat]</w:t>
            </w:r>
          </w:p>
        </w:tc>
        <w:tc>
          <w:tcPr>
            <w:tcW w:w="2200" w:type="dxa"/>
            <w:shd w:val="clear" w:color="auto" w:fill="FFFFFF"/>
          </w:tcPr>
          <w:p w14:paraId="7DECA022"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[proprietate/acces]</w:t>
            </w:r>
          </w:p>
        </w:tc>
        <w:tc>
          <w:tcPr>
            <w:tcW w:w="1800" w:type="dxa"/>
            <w:shd w:val="clear" w:color="auto" w:fill="FFFFFF"/>
          </w:tcPr>
          <w:p w14:paraId="79C84031"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[locație]</w:t>
            </w:r>
          </w:p>
        </w:tc>
        <w:tc>
          <w:tcPr>
            <w:tcW w:w="2300" w:type="dxa"/>
            <w:shd w:val="clear" w:color="auto" w:fill="FFFFFF"/>
          </w:tcPr>
          <w:p w14:paraId="1253A425"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[utilizare A/R]</w:t>
            </w:r>
          </w:p>
        </w:tc>
        <w:tc>
          <w:tcPr>
            <w:tcW w:w="2100" w:type="dxa"/>
            <w:shd w:val="clear" w:color="auto" w:fill="FFFFFF"/>
          </w:tcPr>
          <w:p w14:paraId="2DCCDB29"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[disponibilitate]</w:t>
            </w:r>
          </w:p>
        </w:tc>
      </w:tr>
      <w:tr w:rsidR="00183A7F" w:rsidRPr="005E5CC4" w14:paraId="35288137" w14:textId="77777777" w:rsidTr="00183A7F">
        <w:trPr>
          <w:cantSplit/>
          <w:jc w:val="center"/>
        </w:trPr>
        <w:tc>
          <w:tcPr>
            <w:tcW w:w="450" w:type="dxa"/>
            <w:shd w:val="clear" w:color="auto" w:fill="F7F9FC"/>
          </w:tcPr>
          <w:p w14:paraId="06706880" w14:textId="77777777" w:rsidR="00183A7F" w:rsidRPr="005E5CC4" w:rsidRDefault="00183A7F"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5</w:t>
            </w:r>
          </w:p>
        </w:tc>
        <w:tc>
          <w:tcPr>
            <w:tcW w:w="2550" w:type="dxa"/>
            <w:shd w:val="clear" w:color="auto" w:fill="F7F9FC"/>
          </w:tcPr>
          <w:p w14:paraId="21659825"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[resursă/echipament/spațiu]</w:t>
            </w:r>
          </w:p>
        </w:tc>
        <w:tc>
          <w:tcPr>
            <w:tcW w:w="1600" w:type="dxa"/>
            <w:shd w:val="clear" w:color="auto" w:fill="F7F9FC"/>
          </w:tcPr>
          <w:p w14:paraId="518A8C45"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[existent/de achiziționat]</w:t>
            </w:r>
          </w:p>
        </w:tc>
        <w:tc>
          <w:tcPr>
            <w:tcW w:w="2200" w:type="dxa"/>
            <w:shd w:val="clear" w:color="auto" w:fill="F7F9FC"/>
          </w:tcPr>
          <w:p w14:paraId="4B34222F"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[proprietate/acces]</w:t>
            </w:r>
          </w:p>
        </w:tc>
        <w:tc>
          <w:tcPr>
            <w:tcW w:w="1800" w:type="dxa"/>
            <w:shd w:val="clear" w:color="auto" w:fill="F7F9FC"/>
          </w:tcPr>
          <w:p w14:paraId="2A104D3A"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[locație]</w:t>
            </w:r>
          </w:p>
        </w:tc>
        <w:tc>
          <w:tcPr>
            <w:tcW w:w="2300" w:type="dxa"/>
            <w:shd w:val="clear" w:color="auto" w:fill="F7F9FC"/>
          </w:tcPr>
          <w:p w14:paraId="4E6F6FFA"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[utilizare A/R]</w:t>
            </w:r>
          </w:p>
        </w:tc>
        <w:tc>
          <w:tcPr>
            <w:tcW w:w="2100" w:type="dxa"/>
            <w:shd w:val="clear" w:color="auto" w:fill="F7F9FC"/>
          </w:tcPr>
          <w:p w14:paraId="2427B5B8"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[disponibilitate]</w:t>
            </w:r>
          </w:p>
        </w:tc>
      </w:tr>
      <w:tr w:rsidR="00183A7F" w:rsidRPr="005E5CC4" w14:paraId="0D37268E" w14:textId="77777777" w:rsidTr="00183A7F">
        <w:trPr>
          <w:cantSplit/>
          <w:jc w:val="center"/>
        </w:trPr>
        <w:tc>
          <w:tcPr>
            <w:tcW w:w="450" w:type="dxa"/>
            <w:shd w:val="clear" w:color="auto" w:fill="FFFFFF"/>
          </w:tcPr>
          <w:p w14:paraId="6DF1F6C4" w14:textId="77777777" w:rsidR="00183A7F" w:rsidRPr="005E5CC4" w:rsidRDefault="00183A7F"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6</w:t>
            </w:r>
          </w:p>
        </w:tc>
        <w:tc>
          <w:tcPr>
            <w:tcW w:w="2550" w:type="dxa"/>
            <w:shd w:val="clear" w:color="auto" w:fill="FFFFFF"/>
          </w:tcPr>
          <w:p w14:paraId="7694AA98"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[resursă/echipament/spațiu]</w:t>
            </w:r>
          </w:p>
        </w:tc>
        <w:tc>
          <w:tcPr>
            <w:tcW w:w="1600" w:type="dxa"/>
            <w:shd w:val="clear" w:color="auto" w:fill="FFFFFF"/>
          </w:tcPr>
          <w:p w14:paraId="406190EA"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[existent/de achiziționat]</w:t>
            </w:r>
          </w:p>
        </w:tc>
        <w:tc>
          <w:tcPr>
            <w:tcW w:w="2200" w:type="dxa"/>
            <w:shd w:val="clear" w:color="auto" w:fill="FFFFFF"/>
          </w:tcPr>
          <w:p w14:paraId="7A01390C"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[proprietate/acces]</w:t>
            </w:r>
          </w:p>
        </w:tc>
        <w:tc>
          <w:tcPr>
            <w:tcW w:w="1800" w:type="dxa"/>
            <w:shd w:val="clear" w:color="auto" w:fill="FFFFFF"/>
          </w:tcPr>
          <w:p w14:paraId="1BF66B9C"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[locație]</w:t>
            </w:r>
          </w:p>
        </w:tc>
        <w:tc>
          <w:tcPr>
            <w:tcW w:w="2300" w:type="dxa"/>
            <w:shd w:val="clear" w:color="auto" w:fill="FFFFFF"/>
          </w:tcPr>
          <w:p w14:paraId="578B0907"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[utilizare A/R]</w:t>
            </w:r>
          </w:p>
        </w:tc>
        <w:tc>
          <w:tcPr>
            <w:tcW w:w="2100" w:type="dxa"/>
            <w:shd w:val="clear" w:color="auto" w:fill="FFFFFF"/>
          </w:tcPr>
          <w:p w14:paraId="0BE624B8" w14:textId="77777777" w:rsidR="00183A7F" w:rsidRPr="003614E9" w:rsidRDefault="00183A7F" w:rsidP="003E7A10">
            <w:pPr>
              <w:spacing w:after="30" w:line="252" w:lineRule="auto"/>
              <w:rPr>
                <w:rFonts w:ascii="Times New Roman" w:hAnsi="Times New Roman" w:cs="Times New Roman"/>
                <w:color w:val="auto"/>
                <w:sz w:val="24"/>
                <w:szCs w:val="24"/>
                <w:highlight w:val="yellow"/>
                <w:lang w:val="ro-RO"/>
              </w:rPr>
            </w:pPr>
            <w:r w:rsidRPr="003614E9">
              <w:rPr>
                <w:rFonts w:ascii="Times New Roman" w:hAnsi="Times New Roman" w:cs="Times New Roman"/>
                <w:color w:val="auto"/>
                <w:sz w:val="24"/>
                <w:szCs w:val="24"/>
                <w:highlight w:val="yellow"/>
                <w:lang w:val="ro-RO"/>
              </w:rPr>
              <w:t>[disponibilitate]</w:t>
            </w:r>
          </w:p>
        </w:tc>
      </w:tr>
    </w:tbl>
    <w:p w14:paraId="17CEC279"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720747DD" w14:textId="317680B8" w:rsidR="000B73EC" w:rsidRPr="005E5CC4" w:rsidRDefault="000B73EC" w:rsidP="000B73EC">
      <w:pPr>
        <w:pStyle w:val="Heading2"/>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6.3 Bugetul IMM - corelare cu macheta financiară</w:t>
      </w:r>
      <w:r w:rsidR="009C3809">
        <w:rPr>
          <w:rFonts w:ascii="Times New Roman" w:hAnsi="Times New Roman" w:cs="Times New Roman"/>
          <w:color w:val="auto"/>
          <w:sz w:val="24"/>
          <w:szCs w:val="24"/>
          <w:lang w:val="ro-RO"/>
        </w:rPr>
        <w:t xml:space="preserve"> anexă la ghidul solicitantului</w:t>
      </w:r>
    </w:p>
    <w:p w14:paraId="1C5CD40F" w14:textId="77777777" w:rsidR="000B73EC" w:rsidRPr="005E5CC4" w:rsidRDefault="000B73EC" w:rsidP="000B73EC">
      <w:pP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Totalul propus pentru IMM trebuie să respecte plafonul estimat din anunț, de aproximativ 1.300.000 lei, format din finanțare nerambursabilă și contribuție proprie. Valoarea se va definitiva prin cererea de finanțare și acordul de parteneriat.</w:t>
      </w:r>
    </w:p>
    <w:tbl>
      <w:tblPr>
        <w:tblW w:w="1513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3100"/>
        <w:gridCol w:w="1350"/>
        <w:gridCol w:w="1350"/>
        <w:gridCol w:w="1100"/>
        <w:gridCol w:w="1350"/>
        <w:gridCol w:w="1650"/>
        <w:gridCol w:w="1650"/>
        <w:gridCol w:w="1900"/>
        <w:gridCol w:w="1130"/>
      </w:tblGrid>
      <w:tr w:rsidR="000B73EC" w:rsidRPr="005E5CC4" w14:paraId="0D4403D6" w14:textId="77777777" w:rsidTr="003614E9">
        <w:trPr>
          <w:tblHeader/>
        </w:trPr>
        <w:tc>
          <w:tcPr>
            <w:tcW w:w="550" w:type="dxa"/>
            <w:shd w:val="clear" w:color="auto" w:fill="17365D"/>
            <w:tcMar>
              <w:top w:w="90" w:type="dxa"/>
              <w:left w:w="120" w:type="dxa"/>
              <w:bottom w:w="90" w:type="dxa"/>
              <w:right w:w="120" w:type="dxa"/>
            </w:tcMar>
            <w:vAlign w:val="center"/>
          </w:tcPr>
          <w:p w14:paraId="30401725"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lastRenderedPageBreak/>
              <w:t>Cap.</w:t>
            </w:r>
          </w:p>
        </w:tc>
        <w:tc>
          <w:tcPr>
            <w:tcW w:w="3100" w:type="dxa"/>
            <w:shd w:val="clear" w:color="auto" w:fill="17365D"/>
            <w:tcMar>
              <w:top w:w="90" w:type="dxa"/>
              <w:left w:w="120" w:type="dxa"/>
              <w:bottom w:w="90" w:type="dxa"/>
              <w:right w:w="120" w:type="dxa"/>
            </w:tcMar>
            <w:vAlign w:val="center"/>
          </w:tcPr>
          <w:p w14:paraId="25C4BC29"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Categorie</w:t>
            </w:r>
          </w:p>
        </w:tc>
        <w:tc>
          <w:tcPr>
            <w:tcW w:w="1350" w:type="dxa"/>
            <w:shd w:val="clear" w:color="auto" w:fill="17365D"/>
            <w:tcMar>
              <w:top w:w="90" w:type="dxa"/>
              <w:left w:w="120" w:type="dxa"/>
              <w:bottom w:w="90" w:type="dxa"/>
              <w:right w:w="120" w:type="dxa"/>
            </w:tcMar>
            <w:vAlign w:val="center"/>
          </w:tcPr>
          <w:p w14:paraId="077342F2"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Total</w:t>
            </w:r>
          </w:p>
        </w:tc>
        <w:tc>
          <w:tcPr>
            <w:tcW w:w="1350" w:type="dxa"/>
            <w:shd w:val="clear" w:color="auto" w:fill="17365D"/>
            <w:tcMar>
              <w:top w:w="90" w:type="dxa"/>
              <w:left w:w="120" w:type="dxa"/>
              <w:bottom w:w="90" w:type="dxa"/>
              <w:right w:w="120" w:type="dxa"/>
            </w:tcMar>
            <w:vAlign w:val="center"/>
          </w:tcPr>
          <w:p w14:paraId="6BDBED6B"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Eligibil</w:t>
            </w:r>
          </w:p>
        </w:tc>
        <w:tc>
          <w:tcPr>
            <w:tcW w:w="1100" w:type="dxa"/>
            <w:shd w:val="clear" w:color="auto" w:fill="17365D"/>
            <w:tcMar>
              <w:top w:w="90" w:type="dxa"/>
              <w:left w:w="120" w:type="dxa"/>
              <w:bottom w:w="90" w:type="dxa"/>
              <w:right w:w="120" w:type="dxa"/>
            </w:tcMar>
            <w:vAlign w:val="center"/>
          </w:tcPr>
          <w:p w14:paraId="6F3001DA"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Intensitate</w:t>
            </w:r>
          </w:p>
        </w:tc>
        <w:tc>
          <w:tcPr>
            <w:tcW w:w="1350" w:type="dxa"/>
            <w:shd w:val="clear" w:color="auto" w:fill="17365D"/>
            <w:tcMar>
              <w:top w:w="90" w:type="dxa"/>
              <w:left w:w="120" w:type="dxa"/>
              <w:bottom w:w="90" w:type="dxa"/>
              <w:right w:w="120" w:type="dxa"/>
            </w:tcMar>
            <w:vAlign w:val="center"/>
          </w:tcPr>
          <w:p w14:paraId="1FC3FC43"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Ajutor</w:t>
            </w:r>
          </w:p>
        </w:tc>
        <w:tc>
          <w:tcPr>
            <w:tcW w:w="1650" w:type="dxa"/>
            <w:shd w:val="clear" w:color="auto" w:fill="17365D"/>
            <w:tcMar>
              <w:top w:w="90" w:type="dxa"/>
              <w:left w:w="120" w:type="dxa"/>
              <w:bottom w:w="90" w:type="dxa"/>
              <w:right w:w="120" w:type="dxa"/>
            </w:tcMar>
            <w:vAlign w:val="center"/>
          </w:tcPr>
          <w:p w14:paraId="3CB157C1"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Contribuție eligibilă</w:t>
            </w:r>
          </w:p>
        </w:tc>
        <w:tc>
          <w:tcPr>
            <w:tcW w:w="1650" w:type="dxa"/>
            <w:shd w:val="clear" w:color="auto" w:fill="17365D"/>
            <w:tcMar>
              <w:top w:w="90" w:type="dxa"/>
              <w:left w:w="120" w:type="dxa"/>
              <w:bottom w:w="90" w:type="dxa"/>
              <w:right w:w="120" w:type="dxa"/>
            </w:tcMar>
            <w:vAlign w:val="center"/>
          </w:tcPr>
          <w:p w14:paraId="7A80508A"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Neeligibil + TVA</w:t>
            </w:r>
          </w:p>
        </w:tc>
        <w:tc>
          <w:tcPr>
            <w:tcW w:w="1900" w:type="dxa"/>
            <w:shd w:val="clear" w:color="auto" w:fill="17365D"/>
            <w:tcMar>
              <w:top w:w="90" w:type="dxa"/>
              <w:left w:w="120" w:type="dxa"/>
              <w:bottom w:w="90" w:type="dxa"/>
              <w:right w:w="120" w:type="dxa"/>
            </w:tcMar>
            <w:vAlign w:val="center"/>
          </w:tcPr>
          <w:p w14:paraId="279EBEA3"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Distribuție</w:t>
            </w:r>
          </w:p>
        </w:tc>
        <w:tc>
          <w:tcPr>
            <w:tcW w:w="1130" w:type="dxa"/>
            <w:shd w:val="clear" w:color="auto" w:fill="17365D"/>
            <w:tcMar>
              <w:top w:w="90" w:type="dxa"/>
              <w:left w:w="120" w:type="dxa"/>
              <w:bottom w:w="90" w:type="dxa"/>
              <w:right w:w="120" w:type="dxa"/>
            </w:tcMar>
            <w:vAlign w:val="center"/>
          </w:tcPr>
          <w:p w14:paraId="10043A7A"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A/R</w:t>
            </w:r>
          </w:p>
        </w:tc>
      </w:tr>
      <w:tr w:rsidR="000B73EC" w:rsidRPr="005E5CC4" w14:paraId="0EECDDD0" w14:textId="77777777" w:rsidTr="003614E9">
        <w:trPr>
          <w:cantSplit/>
        </w:trPr>
        <w:tc>
          <w:tcPr>
            <w:tcW w:w="550" w:type="dxa"/>
            <w:shd w:val="clear" w:color="auto" w:fill="F7F9FC"/>
          </w:tcPr>
          <w:p w14:paraId="0553CDFC"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1</w:t>
            </w:r>
          </w:p>
        </w:tc>
        <w:tc>
          <w:tcPr>
            <w:tcW w:w="3100" w:type="dxa"/>
            <w:shd w:val="clear" w:color="auto" w:fill="F7F9FC"/>
          </w:tcPr>
          <w:p w14:paraId="7B11FA96"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Cercetare industrială</w:t>
            </w:r>
          </w:p>
        </w:tc>
        <w:tc>
          <w:tcPr>
            <w:tcW w:w="1350" w:type="dxa"/>
            <w:shd w:val="clear" w:color="auto" w:fill="F7F9FC"/>
          </w:tcPr>
          <w:p w14:paraId="7BC7359D"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350" w:type="dxa"/>
            <w:shd w:val="clear" w:color="auto" w:fill="F7F9FC"/>
          </w:tcPr>
          <w:p w14:paraId="2460C23F"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100" w:type="dxa"/>
            <w:shd w:val="clear" w:color="auto" w:fill="F7F9FC"/>
          </w:tcPr>
          <w:p w14:paraId="2F08A841"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w:t>
            </w:r>
          </w:p>
        </w:tc>
        <w:tc>
          <w:tcPr>
            <w:tcW w:w="1350" w:type="dxa"/>
            <w:shd w:val="clear" w:color="auto" w:fill="F7F9FC"/>
          </w:tcPr>
          <w:p w14:paraId="7A2B9662"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650" w:type="dxa"/>
            <w:shd w:val="clear" w:color="auto" w:fill="F7F9FC"/>
          </w:tcPr>
          <w:p w14:paraId="75352675"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650" w:type="dxa"/>
            <w:shd w:val="clear" w:color="auto" w:fill="F7F9FC"/>
          </w:tcPr>
          <w:p w14:paraId="13115642"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900" w:type="dxa"/>
            <w:shd w:val="clear" w:color="auto" w:fill="F7F9FC"/>
          </w:tcPr>
          <w:p w14:paraId="1B26F047"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[ani/perioade]</w:t>
            </w:r>
          </w:p>
        </w:tc>
        <w:tc>
          <w:tcPr>
            <w:tcW w:w="1130" w:type="dxa"/>
            <w:shd w:val="clear" w:color="auto" w:fill="F7F9FC"/>
          </w:tcPr>
          <w:p w14:paraId="3FDCA684"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[A/R]</w:t>
            </w:r>
          </w:p>
        </w:tc>
      </w:tr>
      <w:tr w:rsidR="000B73EC" w:rsidRPr="005E5CC4" w14:paraId="7BF6A08B" w14:textId="77777777" w:rsidTr="003614E9">
        <w:trPr>
          <w:cantSplit/>
        </w:trPr>
        <w:tc>
          <w:tcPr>
            <w:tcW w:w="550" w:type="dxa"/>
            <w:shd w:val="clear" w:color="auto" w:fill="FFFFFF"/>
          </w:tcPr>
          <w:p w14:paraId="30062F75"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2</w:t>
            </w:r>
          </w:p>
        </w:tc>
        <w:tc>
          <w:tcPr>
            <w:tcW w:w="3100" w:type="dxa"/>
            <w:shd w:val="clear" w:color="auto" w:fill="FFFFFF"/>
          </w:tcPr>
          <w:p w14:paraId="78576C80"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Dezvoltare experimentală</w:t>
            </w:r>
          </w:p>
        </w:tc>
        <w:tc>
          <w:tcPr>
            <w:tcW w:w="1350" w:type="dxa"/>
            <w:shd w:val="clear" w:color="auto" w:fill="FFFFFF"/>
          </w:tcPr>
          <w:p w14:paraId="4CEA51E7"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350" w:type="dxa"/>
            <w:shd w:val="clear" w:color="auto" w:fill="FFFFFF"/>
          </w:tcPr>
          <w:p w14:paraId="5454D7DE"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100" w:type="dxa"/>
            <w:shd w:val="clear" w:color="auto" w:fill="FFFFFF"/>
          </w:tcPr>
          <w:p w14:paraId="55EA4E64"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w:t>
            </w:r>
          </w:p>
        </w:tc>
        <w:tc>
          <w:tcPr>
            <w:tcW w:w="1350" w:type="dxa"/>
            <w:shd w:val="clear" w:color="auto" w:fill="FFFFFF"/>
          </w:tcPr>
          <w:p w14:paraId="18CE3E01"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650" w:type="dxa"/>
            <w:shd w:val="clear" w:color="auto" w:fill="FFFFFF"/>
          </w:tcPr>
          <w:p w14:paraId="3B2D6084"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650" w:type="dxa"/>
            <w:shd w:val="clear" w:color="auto" w:fill="FFFFFF"/>
          </w:tcPr>
          <w:p w14:paraId="56DC6B9D"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900" w:type="dxa"/>
            <w:shd w:val="clear" w:color="auto" w:fill="FFFFFF"/>
          </w:tcPr>
          <w:p w14:paraId="611940B2"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[ani/perioade]</w:t>
            </w:r>
          </w:p>
        </w:tc>
        <w:tc>
          <w:tcPr>
            <w:tcW w:w="1130" w:type="dxa"/>
            <w:shd w:val="clear" w:color="auto" w:fill="FFFFFF"/>
          </w:tcPr>
          <w:p w14:paraId="20D3E4A0"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[A/R]</w:t>
            </w:r>
          </w:p>
        </w:tc>
      </w:tr>
      <w:tr w:rsidR="000B73EC" w:rsidRPr="005E5CC4" w14:paraId="2A4A0302" w14:textId="77777777" w:rsidTr="003614E9">
        <w:trPr>
          <w:cantSplit/>
        </w:trPr>
        <w:tc>
          <w:tcPr>
            <w:tcW w:w="550" w:type="dxa"/>
            <w:shd w:val="clear" w:color="auto" w:fill="F7F9FC"/>
          </w:tcPr>
          <w:p w14:paraId="3F79ED35"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3</w:t>
            </w:r>
          </w:p>
        </w:tc>
        <w:tc>
          <w:tcPr>
            <w:tcW w:w="3100" w:type="dxa"/>
            <w:shd w:val="clear" w:color="auto" w:fill="F7F9FC"/>
          </w:tcPr>
          <w:p w14:paraId="438DD5B5"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Inovare de produs</w:t>
            </w:r>
          </w:p>
        </w:tc>
        <w:tc>
          <w:tcPr>
            <w:tcW w:w="1350" w:type="dxa"/>
            <w:shd w:val="clear" w:color="auto" w:fill="F7F9FC"/>
          </w:tcPr>
          <w:p w14:paraId="334C5739"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350" w:type="dxa"/>
            <w:shd w:val="clear" w:color="auto" w:fill="F7F9FC"/>
          </w:tcPr>
          <w:p w14:paraId="12BAF0B7"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100" w:type="dxa"/>
            <w:shd w:val="clear" w:color="auto" w:fill="F7F9FC"/>
          </w:tcPr>
          <w:p w14:paraId="28B14924"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w:t>
            </w:r>
          </w:p>
        </w:tc>
        <w:tc>
          <w:tcPr>
            <w:tcW w:w="1350" w:type="dxa"/>
            <w:shd w:val="clear" w:color="auto" w:fill="F7F9FC"/>
          </w:tcPr>
          <w:p w14:paraId="344FA772"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650" w:type="dxa"/>
            <w:shd w:val="clear" w:color="auto" w:fill="F7F9FC"/>
          </w:tcPr>
          <w:p w14:paraId="6ED7912F"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650" w:type="dxa"/>
            <w:shd w:val="clear" w:color="auto" w:fill="F7F9FC"/>
          </w:tcPr>
          <w:p w14:paraId="5EE9B0EF"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900" w:type="dxa"/>
            <w:shd w:val="clear" w:color="auto" w:fill="F7F9FC"/>
          </w:tcPr>
          <w:p w14:paraId="46359A37"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[ani/perioade]</w:t>
            </w:r>
          </w:p>
        </w:tc>
        <w:tc>
          <w:tcPr>
            <w:tcW w:w="1130" w:type="dxa"/>
            <w:shd w:val="clear" w:color="auto" w:fill="F7F9FC"/>
          </w:tcPr>
          <w:p w14:paraId="1169FE35"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[A/R]</w:t>
            </w:r>
          </w:p>
        </w:tc>
      </w:tr>
      <w:tr w:rsidR="000B73EC" w:rsidRPr="005E5CC4" w14:paraId="0C0ED8CA" w14:textId="77777777" w:rsidTr="003614E9">
        <w:trPr>
          <w:cantSplit/>
        </w:trPr>
        <w:tc>
          <w:tcPr>
            <w:tcW w:w="550" w:type="dxa"/>
            <w:shd w:val="clear" w:color="auto" w:fill="FFFFFF"/>
          </w:tcPr>
          <w:p w14:paraId="74622FB3"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4</w:t>
            </w:r>
          </w:p>
        </w:tc>
        <w:tc>
          <w:tcPr>
            <w:tcW w:w="3100" w:type="dxa"/>
            <w:shd w:val="clear" w:color="auto" w:fill="FFFFFF"/>
          </w:tcPr>
          <w:p w14:paraId="75CCED45"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Inovare de proces și organizațională</w:t>
            </w:r>
          </w:p>
        </w:tc>
        <w:tc>
          <w:tcPr>
            <w:tcW w:w="1350" w:type="dxa"/>
            <w:shd w:val="clear" w:color="auto" w:fill="FFFFFF"/>
          </w:tcPr>
          <w:p w14:paraId="51B76B06"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350" w:type="dxa"/>
            <w:shd w:val="clear" w:color="auto" w:fill="FFFFFF"/>
          </w:tcPr>
          <w:p w14:paraId="0491A1DF"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100" w:type="dxa"/>
            <w:shd w:val="clear" w:color="auto" w:fill="FFFFFF"/>
          </w:tcPr>
          <w:p w14:paraId="61FB8F92"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w:t>
            </w:r>
          </w:p>
        </w:tc>
        <w:tc>
          <w:tcPr>
            <w:tcW w:w="1350" w:type="dxa"/>
            <w:shd w:val="clear" w:color="auto" w:fill="FFFFFF"/>
          </w:tcPr>
          <w:p w14:paraId="0ABFD0A6"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650" w:type="dxa"/>
            <w:shd w:val="clear" w:color="auto" w:fill="FFFFFF"/>
          </w:tcPr>
          <w:p w14:paraId="7BB42666"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650" w:type="dxa"/>
            <w:shd w:val="clear" w:color="auto" w:fill="FFFFFF"/>
          </w:tcPr>
          <w:p w14:paraId="49321CCD"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900" w:type="dxa"/>
            <w:shd w:val="clear" w:color="auto" w:fill="FFFFFF"/>
          </w:tcPr>
          <w:p w14:paraId="2287C728"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[ani/perioade]</w:t>
            </w:r>
          </w:p>
        </w:tc>
        <w:tc>
          <w:tcPr>
            <w:tcW w:w="1130" w:type="dxa"/>
            <w:shd w:val="clear" w:color="auto" w:fill="FFFFFF"/>
          </w:tcPr>
          <w:p w14:paraId="4DF00579"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[A/R]</w:t>
            </w:r>
          </w:p>
        </w:tc>
      </w:tr>
      <w:tr w:rsidR="000B73EC" w:rsidRPr="005E5CC4" w14:paraId="2257A39A" w14:textId="77777777" w:rsidTr="003614E9">
        <w:trPr>
          <w:cantSplit/>
        </w:trPr>
        <w:tc>
          <w:tcPr>
            <w:tcW w:w="550" w:type="dxa"/>
            <w:shd w:val="clear" w:color="auto" w:fill="F7F9FC"/>
          </w:tcPr>
          <w:p w14:paraId="309F6B17"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5</w:t>
            </w:r>
          </w:p>
        </w:tc>
        <w:tc>
          <w:tcPr>
            <w:tcW w:w="3100" w:type="dxa"/>
            <w:shd w:val="clear" w:color="auto" w:fill="F7F9FC"/>
          </w:tcPr>
          <w:p w14:paraId="6EDC238D"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Investiție inițială pentru introducerea în producție</w:t>
            </w:r>
          </w:p>
        </w:tc>
        <w:tc>
          <w:tcPr>
            <w:tcW w:w="1350" w:type="dxa"/>
            <w:shd w:val="clear" w:color="auto" w:fill="F7F9FC"/>
          </w:tcPr>
          <w:p w14:paraId="0E4CBC08"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350" w:type="dxa"/>
            <w:shd w:val="clear" w:color="auto" w:fill="F7F9FC"/>
          </w:tcPr>
          <w:p w14:paraId="30D63049"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100" w:type="dxa"/>
            <w:shd w:val="clear" w:color="auto" w:fill="F7F9FC"/>
          </w:tcPr>
          <w:p w14:paraId="24072EE6"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w:t>
            </w:r>
          </w:p>
        </w:tc>
        <w:tc>
          <w:tcPr>
            <w:tcW w:w="1350" w:type="dxa"/>
            <w:shd w:val="clear" w:color="auto" w:fill="F7F9FC"/>
          </w:tcPr>
          <w:p w14:paraId="429EE0E1"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650" w:type="dxa"/>
            <w:shd w:val="clear" w:color="auto" w:fill="F7F9FC"/>
          </w:tcPr>
          <w:p w14:paraId="642601D6"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650" w:type="dxa"/>
            <w:shd w:val="clear" w:color="auto" w:fill="F7F9FC"/>
          </w:tcPr>
          <w:p w14:paraId="21215060"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900" w:type="dxa"/>
            <w:shd w:val="clear" w:color="auto" w:fill="F7F9FC"/>
          </w:tcPr>
          <w:p w14:paraId="1615405B"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[ani/perioade]</w:t>
            </w:r>
          </w:p>
        </w:tc>
        <w:tc>
          <w:tcPr>
            <w:tcW w:w="1130" w:type="dxa"/>
            <w:shd w:val="clear" w:color="auto" w:fill="F7F9FC"/>
          </w:tcPr>
          <w:p w14:paraId="48528F7E"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[A/R]</w:t>
            </w:r>
          </w:p>
        </w:tc>
      </w:tr>
      <w:tr w:rsidR="000B73EC" w:rsidRPr="005E5CC4" w14:paraId="702158B7" w14:textId="77777777" w:rsidTr="003614E9">
        <w:trPr>
          <w:cantSplit/>
        </w:trPr>
        <w:tc>
          <w:tcPr>
            <w:tcW w:w="550" w:type="dxa"/>
            <w:shd w:val="clear" w:color="auto" w:fill="FFFFFF"/>
          </w:tcPr>
          <w:p w14:paraId="172C01B9"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6</w:t>
            </w:r>
          </w:p>
        </w:tc>
        <w:tc>
          <w:tcPr>
            <w:tcW w:w="3100" w:type="dxa"/>
            <w:shd w:val="clear" w:color="auto" w:fill="FFFFFF"/>
          </w:tcPr>
          <w:p w14:paraId="0E4AC138"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Informare și publicitate</w:t>
            </w:r>
          </w:p>
        </w:tc>
        <w:tc>
          <w:tcPr>
            <w:tcW w:w="1350" w:type="dxa"/>
            <w:shd w:val="clear" w:color="auto" w:fill="FFFFFF"/>
          </w:tcPr>
          <w:p w14:paraId="64E33EDC"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350" w:type="dxa"/>
            <w:shd w:val="clear" w:color="auto" w:fill="FFFFFF"/>
          </w:tcPr>
          <w:p w14:paraId="7CEF5CA1"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100" w:type="dxa"/>
            <w:shd w:val="clear" w:color="auto" w:fill="FFFFFF"/>
          </w:tcPr>
          <w:p w14:paraId="05C17D1C"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w:t>
            </w:r>
          </w:p>
        </w:tc>
        <w:tc>
          <w:tcPr>
            <w:tcW w:w="1350" w:type="dxa"/>
            <w:shd w:val="clear" w:color="auto" w:fill="FFFFFF"/>
          </w:tcPr>
          <w:p w14:paraId="6AE94EF2"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650" w:type="dxa"/>
            <w:shd w:val="clear" w:color="auto" w:fill="FFFFFF"/>
          </w:tcPr>
          <w:p w14:paraId="13868776"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650" w:type="dxa"/>
            <w:shd w:val="clear" w:color="auto" w:fill="FFFFFF"/>
          </w:tcPr>
          <w:p w14:paraId="2B0782ED"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900" w:type="dxa"/>
            <w:shd w:val="clear" w:color="auto" w:fill="FFFFFF"/>
          </w:tcPr>
          <w:p w14:paraId="5A367565"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[ani/perioade]</w:t>
            </w:r>
          </w:p>
        </w:tc>
        <w:tc>
          <w:tcPr>
            <w:tcW w:w="1130" w:type="dxa"/>
            <w:shd w:val="clear" w:color="auto" w:fill="FFFFFF"/>
          </w:tcPr>
          <w:p w14:paraId="76427F7A"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[A/R]</w:t>
            </w:r>
          </w:p>
        </w:tc>
      </w:tr>
      <w:tr w:rsidR="000B73EC" w:rsidRPr="005E5CC4" w14:paraId="565C418F" w14:textId="77777777" w:rsidTr="003614E9">
        <w:trPr>
          <w:cantSplit/>
        </w:trPr>
        <w:tc>
          <w:tcPr>
            <w:tcW w:w="550" w:type="dxa"/>
            <w:shd w:val="clear" w:color="auto" w:fill="F7F9FC"/>
          </w:tcPr>
          <w:p w14:paraId="4A5545D0"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7</w:t>
            </w:r>
          </w:p>
        </w:tc>
        <w:tc>
          <w:tcPr>
            <w:tcW w:w="3100" w:type="dxa"/>
            <w:shd w:val="clear" w:color="auto" w:fill="F7F9FC"/>
          </w:tcPr>
          <w:p w14:paraId="4464149A"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Management de proiect / audit / taxe, după caz</w:t>
            </w:r>
          </w:p>
        </w:tc>
        <w:tc>
          <w:tcPr>
            <w:tcW w:w="1350" w:type="dxa"/>
            <w:shd w:val="clear" w:color="auto" w:fill="F7F9FC"/>
          </w:tcPr>
          <w:p w14:paraId="4E774231"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350" w:type="dxa"/>
            <w:shd w:val="clear" w:color="auto" w:fill="F7F9FC"/>
          </w:tcPr>
          <w:p w14:paraId="5033415E"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100" w:type="dxa"/>
            <w:shd w:val="clear" w:color="auto" w:fill="F7F9FC"/>
          </w:tcPr>
          <w:p w14:paraId="595F9EBF"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w:t>
            </w:r>
          </w:p>
        </w:tc>
        <w:tc>
          <w:tcPr>
            <w:tcW w:w="1350" w:type="dxa"/>
            <w:shd w:val="clear" w:color="auto" w:fill="F7F9FC"/>
          </w:tcPr>
          <w:p w14:paraId="4459D8EF"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650" w:type="dxa"/>
            <w:shd w:val="clear" w:color="auto" w:fill="F7F9FC"/>
          </w:tcPr>
          <w:p w14:paraId="45E4109B"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650" w:type="dxa"/>
            <w:shd w:val="clear" w:color="auto" w:fill="F7F9FC"/>
          </w:tcPr>
          <w:p w14:paraId="595DE499"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900" w:type="dxa"/>
            <w:shd w:val="clear" w:color="auto" w:fill="F7F9FC"/>
          </w:tcPr>
          <w:p w14:paraId="021796B4"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[ani/perioade]</w:t>
            </w:r>
          </w:p>
        </w:tc>
        <w:tc>
          <w:tcPr>
            <w:tcW w:w="1130" w:type="dxa"/>
            <w:shd w:val="clear" w:color="auto" w:fill="F7F9FC"/>
          </w:tcPr>
          <w:p w14:paraId="5DFD380D"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[A/R]</w:t>
            </w:r>
          </w:p>
        </w:tc>
      </w:tr>
      <w:tr w:rsidR="000B73EC" w:rsidRPr="005E5CC4" w14:paraId="56FF90AD" w14:textId="77777777" w:rsidTr="003614E9">
        <w:trPr>
          <w:cantSplit/>
        </w:trPr>
        <w:tc>
          <w:tcPr>
            <w:tcW w:w="550" w:type="dxa"/>
            <w:shd w:val="clear" w:color="auto" w:fill="FFFFFF"/>
          </w:tcPr>
          <w:p w14:paraId="2C4BFEF1"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8</w:t>
            </w:r>
          </w:p>
        </w:tc>
        <w:tc>
          <w:tcPr>
            <w:tcW w:w="3100" w:type="dxa"/>
            <w:shd w:val="clear" w:color="auto" w:fill="FFFFFF"/>
          </w:tcPr>
          <w:p w14:paraId="7A801DEB"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Cheltuieli generale de administrație, dacă este cazul</w:t>
            </w:r>
          </w:p>
        </w:tc>
        <w:tc>
          <w:tcPr>
            <w:tcW w:w="1350" w:type="dxa"/>
            <w:shd w:val="clear" w:color="auto" w:fill="FFFFFF"/>
          </w:tcPr>
          <w:p w14:paraId="2008AD52"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350" w:type="dxa"/>
            <w:shd w:val="clear" w:color="auto" w:fill="FFFFFF"/>
          </w:tcPr>
          <w:p w14:paraId="07EDDA77"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100" w:type="dxa"/>
            <w:shd w:val="clear" w:color="auto" w:fill="FFFFFF"/>
          </w:tcPr>
          <w:p w14:paraId="4AE2B922"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w:t>
            </w:r>
          </w:p>
        </w:tc>
        <w:tc>
          <w:tcPr>
            <w:tcW w:w="1350" w:type="dxa"/>
            <w:shd w:val="clear" w:color="auto" w:fill="FFFFFF"/>
          </w:tcPr>
          <w:p w14:paraId="76E52623"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650" w:type="dxa"/>
            <w:shd w:val="clear" w:color="auto" w:fill="FFFFFF"/>
          </w:tcPr>
          <w:p w14:paraId="4FF51648"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650" w:type="dxa"/>
            <w:shd w:val="clear" w:color="auto" w:fill="FFFFFF"/>
          </w:tcPr>
          <w:p w14:paraId="0864B4E2"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900" w:type="dxa"/>
            <w:shd w:val="clear" w:color="auto" w:fill="FFFFFF"/>
          </w:tcPr>
          <w:p w14:paraId="1A7BE4B9"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[ani/perioade]</w:t>
            </w:r>
          </w:p>
        </w:tc>
        <w:tc>
          <w:tcPr>
            <w:tcW w:w="1130" w:type="dxa"/>
            <w:shd w:val="clear" w:color="auto" w:fill="FFFFFF"/>
          </w:tcPr>
          <w:p w14:paraId="1E023D8A"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[A/R]</w:t>
            </w:r>
          </w:p>
        </w:tc>
      </w:tr>
      <w:tr w:rsidR="000B73EC" w:rsidRPr="005E5CC4" w14:paraId="7B9CAA98" w14:textId="77777777" w:rsidTr="003614E9">
        <w:trPr>
          <w:cantSplit/>
        </w:trPr>
        <w:tc>
          <w:tcPr>
            <w:tcW w:w="550" w:type="dxa"/>
            <w:shd w:val="clear" w:color="auto" w:fill="F7F9FC"/>
          </w:tcPr>
          <w:p w14:paraId="255E29DF"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p>
        </w:tc>
        <w:tc>
          <w:tcPr>
            <w:tcW w:w="3100" w:type="dxa"/>
            <w:shd w:val="clear" w:color="auto" w:fill="F7F9FC"/>
          </w:tcPr>
          <w:p w14:paraId="28790E81"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TOTAL IMM</w:t>
            </w:r>
          </w:p>
        </w:tc>
        <w:tc>
          <w:tcPr>
            <w:tcW w:w="1350" w:type="dxa"/>
            <w:shd w:val="clear" w:color="auto" w:fill="F7F9FC"/>
          </w:tcPr>
          <w:p w14:paraId="472E3112"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350" w:type="dxa"/>
            <w:shd w:val="clear" w:color="auto" w:fill="F7F9FC"/>
          </w:tcPr>
          <w:p w14:paraId="521D60F2"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100" w:type="dxa"/>
            <w:shd w:val="clear" w:color="auto" w:fill="F7F9FC"/>
          </w:tcPr>
          <w:p w14:paraId="4C1D02D9"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p>
        </w:tc>
        <w:tc>
          <w:tcPr>
            <w:tcW w:w="1350" w:type="dxa"/>
            <w:shd w:val="clear" w:color="auto" w:fill="F7F9FC"/>
          </w:tcPr>
          <w:p w14:paraId="10031DFF"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650" w:type="dxa"/>
            <w:shd w:val="clear" w:color="auto" w:fill="F7F9FC"/>
          </w:tcPr>
          <w:p w14:paraId="62A266F9"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650" w:type="dxa"/>
            <w:shd w:val="clear" w:color="auto" w:fill="F7F9FC"/>
          </w:tcPr>
          <w:p w14:paraId="0B554629"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w:t>
            </w:r>
          </w:p>
        </w:tc>
        <w:tc>
          <w:tcPr>
            <w:tcW w:w="1900" w:type="dxa"/>
            <w:shd w:val="clear" w:color="auto" w:fill="F7F9FC"/>
          </w:tcPr>
          <w:p w14:paraId="6171555B"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p>
        </w:tc>
        <w:tc>
          <w:tcPr>
            <w:tcW w:w="1130" w:type="dxa"/>
            <w:shd w:val="clear" w:color="auto" w:fill="F7F9FC"/>
          </w:tcPr>
          <w:p w14:paraId="53E46251" w14:textId="77777777" w:rsidR="000B73EC" w:rsidRPr="009C3809" w:rsidRDefault="000B73EC" w:rsidP="003E7A10">
            <w:pPr>
              <w:spacing w:after="30" w:line="252" w:lineRule="auto"/>
              <w:rPr>
                <w:rFonts w:ascii="Times New Roman" w:hAnsi="Times New Roman" w:cs="Times New Roman"/>
                <w:color w:val="auto"/>
                <w:sz w:val="24"/>
                <w:szCs w:val="24"/>
                <w:highlight w:val="yellow"/>
                <w:lang w:val="ro-RO"/>
              </w:rPr>
            </w:pPr>
          </w:p>
        </w:tc>
      </w:tr>
    </w:tbl>
    <w:p w14:paraId="44497C02"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52273D0E" w14:textId="77777777" w:rsidR="000B73EC" w:rsidRPr="005E5CC4" w:rsidRDefault="000B73EC" w:rsidP="000B73EC">
      <w:pPr>
        <w:pStyle w:val="Heading2"/>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6.4 Plan orientativ de achiziții</w:t>
      </w:r>
    </w:p>
    <w:tbl>
      <w:tblPr>
        <w:tblW w:w="13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2500"/>
        <w:gridCol w:w="1800"/>
        <w:gridCol w:w="2200"/>
        <w:gridCol w:w="1450"/>
        <w:gridCol w:w="1400"/>
        <w:gridCol w:w="3200"/>
      </w:tblGrid>
      <w:tr w:rsidR="00206868" w:rsidRPr="005E5CC4" w14:paraId="7DBD59EC" w14:textId="77777777" w:rsidTr="00206868">
        <w:trPr>
          <w:tblHeader/>
          <w:jc w:val="center"/>
        </w:trPr>
        <w:tc>
          <w:tcPr>
            <w:tcW w:w="450" w:type="dxa"/>
            <w:shd w:val="clear" w:color="auto" w:fill="17365D"/>
            <w:tcMar>
              <w:top w:w="90" w:type="dxa"/>
              <w:left w:w="120" w:type="dxa"/>
              <w:bottom w:w="90" w:type="dxa"/>
              <w:right w:w="120" w:type="dxa"/>
            </w:tcMar>
            <w:vAlign w:val="center"/>
          </w:tcPr>
          <w:p w14:paraId="465E243E" w14:textId="77777777" w:rsidR="00206868" w:rsidRPr="005E5CC4" w:rsidRDefault="00206868"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Nr.</w:t>
            </w:r>
          </w:p>
        </w:tc>
        <w:tc>
          <w:tcPr>
            <w:tcW w:w="2500" w:type="dxa"/>
            <w:shd w:val="clear" w:color="auto" w:fill="17365D"/>
            <w:tcMar>
              <w:top w:w="90" w:type="dxa"/>
              <w:left w:w="120" w:type="dxa"/>
              <w:bottom w:w="90" w:type="dxa"/>
              <w:right w:w="120" w:type="dxa"/>
            </w:tcMar>
            <w:vAlign w:val="center"/>
          </w:tcPr>
          <w:p w14:paraId="24A1366B" w14:textId="77777777" w:rsidR="00206868" w:rsidRPr="005E5CC4" w:rsidRDefault="00206868"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Obiect</w:t>
            </w:r>
          </w:p>
        </w:tc>
        <w:tc>
          <w:tcPr>
            <w:tcW w:w="1800" w:type="dxa"/>
            <w:shd w:val="clear" w:color="auto" w:fill="17365D"/>
            <w:tcMar>
              <w:top w:w="90" w:type="dxa"/>
              <w:left w:w="120" w:type="dxa"/>
              <w:bottom w:w="90" w:type="dxa"/>
              <w:right w:w="120" w:type="dxa"/>
            </w:tcMar>
            <w:vAlign w:val="center"/>
          </w:tcPr>
          <w:p w14:paraId="57B15CD1" w14:textId="77777777" w:rsidR="00206868" w:rsidRPr="005E5CC4" w:rsidRDefault="00206868"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Categorie</w:t>
            </w:r>
          </w:p>
        </w:tc>
        <w:tc>
          <w:tcPr>
            <w:tcW w:w="2200" w:type="dxa"/>
            <w:shd w:val="clear" w:color="auto" w:fill="17365D"/>
            <w:tcMar>
              <w:top w:w="90" w:type="dxa"/>
              <w:left w:w="120" w:type="dxa"/>
              <w:bottom w:w="90" w:type="dxa"/>
              <w:right w:w="120" w:type="dxa"/>
            </w:tcMar>
            <w:vAlign w:val="center"/>
          </w:tcPr>
          <w:p w14:paraId="4A42B5BC" w14:textId="77777777" w:rsidR="00206868" w:rsidRPr="005E5CC4" w:rsidRDefault="00206868"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Activitate/rezultat</w:t>
            </w:r>
          </w:p>
        </w:tc>
        <w:tc>
          <w:tcPr>
            <w:tcW w:w="1450" w:type="dxa"/>
            <w:shd w:val="clear" w:color="auto" w:fill="17365D"/>
            <w:tcMar>
              <w:top w:w="90" w:type="dxa"/>
              <w:left w:w="120" w:type="dxa"/>
              <w:bottom w:w="90" w:type="dxa"/>
              <w:right w:w="120" w:type="dxa"/>
            </w:tcMar>
            <w:vAlign w:val="center"/>
          </w:tcPr>
          <w:p w14:paraId="7C42D824" w14:textId="77777777" w:rsidR="00206868" w:rsidRPr="005E5CC4" w:rsidRDefault="00206868"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Valoare</w:t>
            </w:r>
          </w:p>
        </w:tc>
        <w:tc>
          <w:tcPr>
            <w:tcW w:w="1400" w:type="dxa"/>
            <w:shd w:val="clear" w:color="auto" w:fill="17365D"/>
            <w:tcMar>
              <w:top w:w="90" w:type="dxa"/>
              <w:left w:w="120" w:type="dxa"/>
              <w:bottom w:w="90" w:type="dxa"/>
              <w:right w:w="120" w:type="dxa"/>
            </w:tcMar>
            <w:vAlign w:val="center"/>
          </w:tcPr>
          <w:p w14:paraId="2B6ADE08" w14:textId="77777777" w:rsidR="00206868" w:rsidRPr="005E5CC4" w:rsidRDefault="00206868"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Perioadă</w:t>
            </w:r>
          </w:p>
        </w:tc>
        <w:tc>
          <w:tcPr>
            <w:tcW w:w="3200" w:type="dxa"/>
            <w:shd w:val="clear" w:color="auto" w:fill="17365D"/>
            <w:tcMar>
              <w:top w:w="90" w:type="dxa"/>
              <w:left w:w="120" w:type="dxa"/>
              <w:bottom w:w="90" w:type="dxa"/>
              <w:right w:w="120" w:type="dxa"/>
            </w:tcMar>
            <w:vAlign w:val="center"/>
          </w:tcPr>
          <w:p w14:paraId="3DD4A39C" w14:textId="77777777" w:rsidR="00206868" w:rsidRPr="005E5CC4" w:rsidRDefault="00206868"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Justificare</w:t>
            </w:r>
          </w:p>
        </w:tc>
      </w:tr>
      <w:tr w:rsidR="00206868" w:rsidRPr="005E5CC4" w14:paraId="1F6995B7" w14:textId="77777777" w:rsidTr="00206868">
        <w:trPr>
          <w:cantSplit/>
          <w:jc w:val="center"/>
        </w:trPr>
        <w:tc>
          <w:tcPr>
            <w:tcW w:w="450" w:type="dxa"/>
            <w:shd w:val="clear" w:color="auto" w:fill="F7F9FC"/>
          </w:tcPr>
          <w:p w14:paraId="642FA85F" w14:textId="77777777" w:rsidR="00206868" w:rsidRPr="005E5CC4" w:rsidRDefault="00206868"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1</w:t>
            </w:r>
          </w:p>
        </w:tc>
        <w:tc>
          <w:tcPr>
            <w:tcW w:w="2500" w:type="dxa"/>
            <w:shd w:val="clear" w:color="auto" w:fill="F7F9FC"/>
          </w:tcPr>
          <w:p w14:paraId="135B253F"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[obiect]</w:t>
            </w:r>
          </w:p>
        </w:tc>
        <w:tc>
          <w:tcPr>
            <w:tcW w:w="1800" w:type="dxa"/>
            <w:shd w:val="clear" w:color="auto" w:fill="F7F9FC"/>
          </w:tcPr>
          <w:p w14:paraId="2AB0A879"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[categorie]</w:t>
            </w:r>
          </w:p>
        </w:tc>
        <w:tc>
          <w:tcPr>
            <w:tcW w:w="2200" w:type="dxa"/>
            <w:shd w:val="clear" w:color="auto" w:fill="F7F9FC"/>
          </w:tcPr>
          <w:p w14:paraId="563BE17A"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[A/R]</w:t>
            </w:r>
          </w:p>
        </w:tc>
        <w:tc>
          <w:tcPr>
            <w:tcW w:w="1450" w:type="dxa"/>
            <w:shd w:val="clear" w:color="auto" w:fill="F7F9FC"/>
          </w:tcPr>
          <w:p w14:paraId="5245F603"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 fără TVA]</w:t>
            </w:r>
          </w:p>
        </w:tc>
        <w:tc>
          <w:tcPr>
            <w:tcW w:w="1400" w:type="dxa"/>
            <w:shd w:val="clear" w:color="auto" w:fill="F7F9FC"/>
          </w:tcPr>
          <w:p w14:paraId="60FBB21F"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[M..-M..]</w:t>
            </w:r>
          </w:p>
        </w:tc>
        <w:tc>
          <w:tcPr>
            <w:tcW w:w="3200" w:type="dxa"/>
            <w:shd w:val="clear" w:color="auto" w:fill="F7F9FC"/>
          </w:tcPr>
          <w:p w14:paraId="32ED31B8"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[necesitate tehnică]</w:t>
            </w:r>
          </w:p>
        </w:tc>
      </w:tr>
      <w:tr w:rsidR="00206868" w:rsidRPr="005E5CC4" w14:paraId="4ADC3977" w14:textId="77777777" w:rsidTr="00206868">
        <w:trPr>
          <w:cantSplit/>
          <w:jc w:val="center"/>
        </w:trPr>
        <w:tc>
          <w:tcPr>
            <w:tcW w:w="450" w:type="dxa"/>
            <w:shd w:val="clear" w:color="auto" w:fill="FFFFFF"/>
          </w:tcPr>
          <w:p w14:paraId="30A1606D" w14:textId="77777777" w:rsidR="00206868" w:rsidRPr="005E5CC4" w:rsidRDefault="00206868"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2</w:t>
            </w:r>
          </w:p>
        </w:tc>
        <w:tc>
          <w:tcPr>
            <w:tcW w:w="2500" w:type="dxa"/>
            <w:shd w:val="clear" w:color="auto" w:fill="FFFFFF"/>
          </w:tcPr>
          <w:p w14:paraId="39FD125C"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[obiect]</w:t>
            </w:r>
          </w:p>
        </w:tc>
        <w:tc>
          <w:tcPr>
            <w:tcW w:w="1800" w:type="dxa"/>
            <w:shd w:val="clear" w:color="auto" w:fill="FFFFFF"/>
          </w:tcPr>
          <w:p w14:paraId="3CB62851"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[categorie]</w:t>
            </w:r>
          </w:p>
        </w:tc>
        <w:tc>
          <w:tcPr>
            <w:tcW w:w="2200" w:type="dxa"/>
            <w:shd w:val="clear" w:color="auto" w:fill="FFFFFF"/>
          </w:tcPr>
          <w:p w14:paraId="33357D8C"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[A/R]</w:t>
            </w:r>
          </w:p>
        </w:tc>
        <w:tc>
          <w:tcPr>
            <w:tcW w:w="1450" w:type="dxa"/>
            <w:shd w:val="clear" w:color="auto" w:fill="FFFFFF"/>
          </w:tcPr>
          <w:p w14:paraId="261E40B3"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 fără TVA]</w:t>
            </w:r>
          </w:p>
        </w:tc>
        <w:tc>
          <w:tcPr>
            <w:tcW w:w="1400" w:type="dxa"/>
            <w:shd w:val="clear" w:color="auto" w:fill="FFFFFF"/>
          </w:tcPr>
          <w:p w14:paraId="71A4C886"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[M..-M..]</w:t>
            </w:r>
          </w:p>
        </w:tc>
        <w:tc>
          <w:tcPr>
            <w:tcW w:w="3200" w:type="dxa"/>
            <w:shd w:val="clear" w:color="auto" w:fill="FFFFFF"/>
          </w:tcPr>
          <w:p w14:paraId="59ADB10B"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[necesitate tehnică]</w:t>
            </w:r>
          </w:p>
        </w:tc>
      </w:tr>
      <w:tr w:rsidR="00206868" w:rsidRPr="005E5CC4" w14:paraId="2C8EEF34" w14:textId="77777777" w:rsidTr="00206868">
        <w:trPr>
          <w:cantSplit/>
          <w:jc w:val="center"/>
        </w:trPr>
        <w:tc>
          <w:tcPr>
            <w:tcW w:w="450" w:type="dxa"/>
            <w:shd w:val="clear" w:color="auto" w:fill="F7F9FC"/>
          </w:tcPr>
          <w:p w14:paraId="7D9565DD" w14:textId="77777777" w:rsidR="00206868" w:rsidRPr="005E5CC4" w:rsidRDefault="00206868"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3</w:t>
            </w:r>
          </w:p>
        </w:tc>
        <w:tc>
          <w:tcPr>
            <w:tcW w:w="2500" w:type="dxa"/>
            <w:shd w:val="clear" w:color="auto" w:fill="F7F9FC"/>
          </w:tcPr>
          <w:p w14:paraId="6771D51B"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[obiect]</w:t>
            </w:r>
          </w:p>
        </w:tc>
        <w:tc>
          <w:tcPr>
            <w:tcW w:w="1800" w:type="dxa"/>
            <w:shd w:val="clear" w:color="auto" w:fill="F7F9FC"/>
          </w:tcPr>
          <w:p w14:paraId="15095689"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[categorie]</w:t>
            </w:r>
          </w:p>
        </w:tc>
        <w:tc>
          <w:tcPr>
            <w:tcW w:w="2200" w:type="dxa"/>
            <w:shd w:val="clear" w:color="auto" w:fill="F7F9FC"/>
          </w:tcPr>
          <w:p w14:paraId="22498490"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[A/R]</w:t>
            </w:r>
          </w:p>
        </w:tc>
        <w:tc>
          <w:tcPr>
            <w:tcW w:w="1450" w:type="dxa"/>
            <w:shd w:val="clear" w:color="auto" w:fill="F7F9FC"/>
          </w:tcPr>
          <w:p w14:paraId="796F4407"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 fără TVA]</w:t>
            </w:r>
          </w:p>
        </w:tc>
        <w:tc>
          <w:tcPr>
            <w:tcW w:w="1400" w:type="dxa"/>
            <w:shd w:val="clear" w:color="auto" w:fill="F7F9FC"/>
          </w:tcPr>
          <w:p w14:paraId="3C91B7D4"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[M..-M..]</w:t>
            </w:r>
          </w:p>
        </w:tc>
        <w:tc>
          <w:tcPr>
            <w:tcW w:w="3200" w:type="dxa"/>
            <w:shd w:val="clear" w:color="auto" w:fill="F7F9FC"/>
          </w:tcPr>
          <w:p w14:paraId="3D462073"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[necesitate tehnică]</w:t>
            </w:r>
          </w:p>
        </w:tc>
      </w:tr>
      <w:tr w:rsidR="00206868" w:rsidRPr="005E5CC4" w14:paraId="27FC5134" w14:textId="77777777" w:rsidTr="00206868">
        <w:trPr>
          <w:cantSplit/>
          <w:jc w:val="center"/>
        </w:trPr>
        <w:tc>
          <w:tcPr>
            <w:tcW w:w="450" w:type="dxa"/>
            <w:shd w:val="clear" w:color="auto" w:fill="FFFFFF"/>
          </w:tcPr>
          <w:p w14:paraId="027B66BA" w14:textId="77777777" w:rsidR="00206868" w:rsidRPr="005E5CC4" w:rsidRDefault="00206868"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4</w:t>
            </w:r>
          </w:p>
        </w:tc>
        <w:tc>
          <w:tcPr>
            <w:tcW w:w="2500" w:type="dxa"/>
            <w:shd w:val="clear" w:color="auto" w:fill="FFFFFF"/>
          </w:tcPr>
          <w:p w14:paraId="53208FF6"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[obiect]</w:t>
            </w:r>
          </w:p>
        </w:tc>
        <w:tc>
          <w:tcPr>
            <w:tcW w:w="1800" w:type="dxa"/>
            <w:shd w:val="clear" w:color="auto" w:fill="FFFFFF"/>
          </w:tcPr>
          <w:p w14:paraId="233FB886"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[categorie]</w:t>
            </w:r>
          </w:p>
        </w:tc>
        <w:tc>
          <w:tcPr>
            <w:tcW w:w="2200" w:type="dxa"/>
            <w:shd w:val="clear" w:color="auto" w:fill="FFFFFF"/>
          </w:tcPr>
          <w:p w14:paraId="5E96A33A"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[A/R]</w:t>
            </w:r>
          </w:p>
        </w:tc>
        <w:tc>
          <w:tcPr>
            <w:tcW w:w="1450" w:type="dxa"/>
            <w:shd w:val="clear" w:color="auto" w:fill="FFFFFF"/>
          </w:tcPr>
          <w:p w14:paraId="5400CAE6"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 fără TVA]</w:t>
            </w:r>
          </w:p>
        </w:tc>
        <w:tc>
          <w:tcPr>
            <w:tcW w:w="1400" w:type="dxa"/>
            <w:shd w:val="clear" w:color="auto" w:fill="FFFFFF"/>
          </w:tcPr>
          <w:p w14:paraId="3D74C9CC"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[M..-M..]</w:t>
            </w:r>
          </w:p>
        </w:tc>
        <w:tc>
          <w:tcPr>
            <w:tcW w:w="3200" w:type="dxa"/>
            <w:shd w:val="clear" w:color="auto" w:fill="FFFFFF"/>
          </w:tcPr>
          <w:p w14:paraId="446E74B2"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[necesitate tehnică]</w:t>
            </w:r>
          </w:p>
        </w:tc>
      </w:tr>
      <w:tr w:rsidR="00206868" w:rsidRPr="005E5CC4" w14:paraId="36ED88E8" w14:textId="77777777" w:rsidTr="00206868">
        <w:trPr>
          <w:cantSplit/>
          <w:jc w:val="center"/>
        </w:trPr>
        <w:tc>
          <w:tcPr>
            <w:tcW w:w="450" w:type="dxa"/>
            <w:shd w:val="clear" w:color="auto" w:fill="F7F9FC"/>
          </w:tcPr>
          <w:p w14:paraId="15C3F27D" w14:textId="77777777" w:rsidR="00206868" w:rsidRPr="005E5CC4" w:rsidRDefault="00206868"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5</w:t>
            </w:r>
          </w:p>
        </w:tc>
        <w:tc>
          <w:tcPr>
            <w:tcW w:w="2500" w:type="dxa"/>
            <w:shd w:val="clear" w:color="auto" w:fill="F7F9FC"/>
          </w:tcPr>
          <w:p w14:paraId="193A5A89"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[obiect]</w:t>
            </w:r>
          </w:p>
        </w:tc>
        <w:tc>
          <w:tcPr>
            <w:tcW w:w="1800" w:type="dxa"/>
            <w:shd w:val="clear" w:color="auto" w:fill="F7F9FC"/>
          </w:tcPr>
          <w:p w14:paraId="6EB00B4A"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[categorie]</w:t>
            </w:r>
          </w:p>
        </w:tc>
        <w:tc>
          <w:tcPr>
            <w:tcW w:w="2200" w:type="dxa"/>
            <w:shd w:val="clear" w:color="auto" w:fill="F7F9FC"/>
          </w:tcPr>
          <w:p w14:paraId="72AE07B2"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[A/R]</w:t>
            </w:r>
          </w:p>
        </w:tc>
        <w:tc>
          <w:tcPr>
            <w:tcW w:w="1450" w:type="dxa"/>
            <w:shd w:val="clear" w:color="auto" w:fill="F7F9FC"/>
          </w:tcPr>
          <w:p w14:paraId="196A3492"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 fără TVA]</w:t>
            </w:r>
          </w:p>
        </w:tc>
        <w:tc>
          <w:tcPr>
            <w:tcW w:w="1400" w:type="dxa"/>
            <w:shd w:val="clear" w:color="auto" w:fill="F7F9FC"/>
          </w:tcPr>
          <w:p w14:paraId="1A6F9717"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[M..-M..]</w:t>
            </w:r>
          </w:p>
        </w:tc>
        <w:tc>
          <w:tcPr>
            <w:tcW w:w="3200" w:type="dxa"/>
            <w:shd w:val="clear" w:color="auto" w:fill="F7F9FC"/>
          </w:tcPr>
          <w:p w14:paraId="4603FCDC"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[necesitate tehnică]</w:t>
            </w:r>
          </w:p>
        </w:tc>
      </w:tr>
      <w:tr w:rsidR="00206868" w:rsidRPr="005E5CC4" w14:paraId="6598AB85" w14:textId="77777777" w:rsidTr="00206868">
        <w:trPr>
          <w:cantSplit/>
          <w:jc w:val="center"/>
        </w:trPr>
        <w:tc>
          <w:tcPr>
            <w:tcW w:w="450" w:type="dxa"/>
            <w:shd w:val="clear" w:color="auto" w:fill="FFFFFF"/>
          </w:tcPr>
          <w:p w14:paraId="51AA0D03" w14:textId="77777777" w:rsidR="00206868" w:rsidRPr="005E5CC4" w:rsidRDefault="00206868"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lastRenderedPageBreak/>
              <w:t>6</w:t>
            </w:r>
          </w:p>
        </w:tc>
        <w:tc>
          <w:tcPr>
            <w:tcW w:w="2500" w:type="dxa"/>
            <w:shd w:val="clear" w:color="auto" w:fill="FFFFFF"/>
          </w:tcPr>
          <w:p w14:paraId="03C2190A"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[obiect]</w:t>
            </w:r>
          </w:p>
        </w:tc>
        <w:tc>
          <w:tcPr>
            <w:tcW w:w="1800" w:type="dxa"/>
            <w:shd w:val="clear" w:color="auto" w:fill="FFFFFF"/>
          </w:tcPr>
          <w:p w14:paraId="48474C28"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[categorie]</w:t>
            </w:r>
          </w:p>
        </w:tc>
        <w:tc>
          <w:tcPr>
            <w:tcW w:w="2200" w:type="dxa"/>
            <w:shd w:val="clear" w:color="auto" w:fill="FFFFFF"/>
          </w:tcPr>
          <w:p w14:paraId="724164DB"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[A/R]</w:t>
            </w:r>
          </w:p>
        </w:tc>
        <w:tc>
          <w:tcPr>
            <w:tcW w:w="1450" w:type="dxa"/>
            <w:shd w:val="clear" w:color="auto" w:fill="FFFFFF"/>
          </w:tcPr>
          <w:p w14:paraId="51C72CF4"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[lei fără TVA]</w:t>
            </w:r>
          </w:p>
        </w:tc>
        <w:tc>
          <w:tcPr>
            <w:tcW w:w="1400" w:type="dxa"/>
            <w:shd w:val="clear" w:color="auto" w:fill="FFFFFF"/>
          </w:tcPr>
          <w:p w14:paraId="61146F2B"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[M..-M..]</w:t>
            </w:r>
          </w:p>
        </w:tc>
        <w:tc>
          <w:tcPr>
            <w:tcW w:w="3200" w:type="dxa"/>
            <w:shd w:val="clear" w:color="auto" w:fill="FFFFFF"/>
          </w:tcPr>
          <w:p w14:paraId="67F9BF5A" w14:textId="77777777" w:rsidR="00206868" w:rsidRPr="009C3809" w:rsidRDefault="00206868" w:rsidP="003E7A10">
            <w:pPr>
              <w:spacing w:after="30" w:line="252" w:lineRule="auto"/>
              <w:rPr>
                <w:rFonts w:ascii="Times New Roman" w:hAnsi="Times New Roman" w:cs="Times New Roman"/>
                <w:color w:val="auto"/>
                <w:sz w:val="24"/>
                <w:szCs w:val="24"/>
                <w:highlight w:val="yellow"/>
                <w:lang w:val="ro-RO"/>
              </w:rPr>
            </w:pPr>
            <w:r w:rsidRPr="009C3809">
              <w:rPr>
                <w:rFonts w:ascii="Times New Roman" w:hAnsi="Times New Roman" w:cs="Times New Roman"/>
                <w:color w:val="auto"/>
                <w:sz w:val="24"/>
                <w:szCs w:val="24"/>
                <w:highlight w:val="yellow"/>
                <w:lang w:val="ro-RO"/>
              </w:rPr>
              <w:t>[necesitate tehnică]</w:t>
            </w:r>
          </w:p>
        </w:tc>
      </w:tr>
    </w:tbl>
    <w:p w14:paraId="2CF90CEC"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69717A05" w14:textId="77777777" w:rsidR="000B73EC" w:rsidRPr="005E5CC4" w:rsidRDefault="000B73EC" w:rsidP="000B73EC">
      <w:pPr>
        <w:rPr>
          <w:rFonts w:ascii="Times New Roman" w:hAnsi="Times New Roman" w:cs="Times New Roman"/>
          <w:color w:val="auto"/>
          <w:sz w:val="24"/>
          <w:szCs w:val="24"/>
          <w:lang w:val="ro-RO"/>
        </w:rPr>
        <w:sectPr w:rsidR="000B73EC" w:rsidRPr="005E5CC4" w:rsidSect="000B73EC">
          <w:headerReference w:type="default" r:id="rId11"/>
          <w:footerReference w:type="default" r:id="rId12"/>
          <w:pgSz w:w="16838" w:h="11906" w:orient="landscape"/>
          <w:pgMar w:top="794" w:right="850" w:bottom="794" w:left="850" w:header="397" w:footer="397" w:gutter="0"/>
          <w:cols w:space="720"/>
          <w:docGrid w:linePitch="360"/>
        </w:sectPr>
      </w:pPr>
    </w:p>
    <w:p w14:paraId="41630C2D" w14:textId="77777777" w:rsidR="000B73EC" w:rsidRPr="005E5CC4" w:rsidRDefault="000B73EC" w:rsidP="000B73EC">
      <w:pPr>
        <w:pStyle w:val="Heading2"/>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lastRenderedPageBreak/>
        <w:t>6.5 Organizare, calitate și capacitate financiară</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0"/>
        <w:gridCol w:w="6738"/>
      </w:tblGrid>
      <w:tr w:rsidR="000B73EC" w:rsidRPr="005E5CC4" w14:paraId="1C8CECEF" w14:textId="77777777" w:rsidTr="009C3809">
        <w:trPr>
          <w:cantSplit/>
        </w:trPr>
        <w:tc>
          <w:tcPr>
            <w:tcW w:w="2900" w:type="dxa"/>
            <w:shd w:val="clear" w:color="auto" w:fill="F7F9FC"/>
            <w:tcMar>
              <w:top w:w="90" w:type="dxa"/>
              <w:left w:w="120" w:type="dxa"/>
              <w:bottom w:w="90" w:type="dxa"/>
              <w:right w:w="120" w:type="dxa"/>
            </w:tcMar>
            <w:vAlign w:val="center"/>
          </w:tcPr>
          <w:p w14:paraId="0FD6E594"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Metodologia de implementare</w:t>
            </w:r>
          </w:p>
        </w:tc>
        <w:tc>
          <w:tcPr>
            <w:tcW w:w="6738" w:type="dxa"/>
            <w:shd w:val="clear" w:color="auto" w:fill="FFFFFF" w:themeFill="background1"/>
            <w:tcMar>
              <w:top w:w="90" w:type="dxa"/>
              <w:left w:w="120" w:type="dxa"/>
              <w:bottom w:w="90" w:type="dxa"/>
              <w:right w:w="120" w:type="dxa"/>
            </w:tcMar>
            <w:vAlign w:val="center"/>
          </w:tcPr>
          <w:p w14:paraId="42322054" w14:textId="77777777" w:rsidR="000B73EC" w:rsidRPr="009C3809" w:rsidRDefault="000B73EC" w:rsidP="003E7A10">
            <w:pPr>
              <w:spacing w:after="3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[Completați: fazele, reviziile tehnice, porțile de decizie și modul de acceptare a livrabilelor]</w:t>
            </w:r>
          </w:p>
          <w:p w14:paraId="180F0DE3" w14:textId="77777777" w:rsidR="000B73EC" w:rsidRPr="009C3809" w:rsidRDefault="000B73EC" w:rsidP="003E7A10">
            <w:pPr>
              <w:spacing w:after="4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 xml:space="preserve"> </w:t>
            </w:r>
          </w:p>
          <w:p w14:paraId="14946900" w14:textId="77777777" w:rsidR="000B73EC" w:rsidRPr="009C3809" w:rsidRDefault="000B73EC" w:rsidP="003E7A10">
            <w:pPr>
              <w:spacing w:after="4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 xml:space="preserve"> </w:t>
            </w:r>
          </w:p>
        </w:tc>
      </w:tr>
      <w:tr w:rsidR="000B73EC" w:rsidRPr="005E5CC4" w14:paraId="682FCC08" w14:textId="77777777" w:rsidTr="009C3809">
        <w:trPr>
          <w:cantSplit/>
        </w:trPr>
        <w:tc>
          <w:tcPr>
            <w:tcW w:w="2900" w:type="dxa"/>
            <w:shd w:val="clear" w:color="auto" w:fill="F7F9FC"/>
            <w:tcMar>
              <w:top w:w="90" w:type="dxa"/>
              <w:left w:w="120" w:type="dxa"/>
              <w:bottom w:w="90" w:type="dxa"/>
              <w:right w:w="120" w:type="dxa"/>
            </w:tcMar>
            <w:vAlign w:val="center"/>
          </w:tcPr>
          <w:p w14:paraId="656A4EAF"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Guvernanța parteneriatului</w:t>
            </w:r>
          </w:p>
        </w:tc>
        <w:tc>
          <w:tcPr>
            <w:tcW w:w="6738" w:type="dxa"/>
            <w:shd w:val="clear" w:color="auto" w:fill="FFFFFF" w:themeFill="background1"/>
            <w:tcMar>
              <w:top w:w="90" w:type="dxa"/>
              <w:left w:w="120" w:type="dxa"/>
              <w:bottom w:w="90" w:type="dxa"/>
              <w:right w:w="120" w:type="dxa"/>
            </w:tcMar>
            <w:vAlign w:val="center"/>
          </w:tcPr>
          <w:p w14:paraId="3A5982D1" w14:textId="77777777" w:rsidR="000B73EC" w:rsidRPr="009C3809" w:rsidRDefault="000B73EC" w:rsidP="003E7A10">
            <w:pPr>
              <w:spacing w:after="3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[Completați: decizii, responsabilități, raportare, escaladare și relația cu liderul]</w:t>
            </w:r>
          </w:p>
          <w:p w14:paraId="16FC4D57" w14:textId="77777777" w:rsidR="000B73EC" w:rsidRPr="009C3809" w:rsidRDefault="000B73EC" w:rsidP="003E7A10">
            <w:pPr>
              <w:spacing w:after="4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 xml:space="preserve"> </w:t>
            </w:r>
          </w:p>
        </w:tc>
      </w:tr>
      <w:tr w:rsidR="000B73EC" w:rsidRPr="005E5CC4" w14:paraId="4F8F8608" w14:textId="77777777" w:rsidTr="009C3809">
        <w:trPr>
          <w:cantSplit/>
        </w:trPr>
        <w:tc>
          <w:tcPr>
            <w:tcW w:w="2900" w:type="dxa"/>
            <w:shd w:val="clear" w:color="auto" w:fill="F7F9FC"/>
            <w:tcMar>
              <w:top w:w="90" w:type="dxa"/>
              <w:left w:w="120" w:type="dxa"/>
              <w:bottom w:w="90" w:type="dxa"/>
              <w:right w:w="120" w:type="dxa"/>
            </w:tcMar>
            <w:vAlign w:val="center"/>
          </w:tcPr>
          <w:p w14:paraId="0CB34F69"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Managementul calității</w:t>
            </w:r>
          </w:p>
        </w:tc>
        <w:tc>
          <w:tcPr>
            <w:tcW w:w="6738" w:type="dxa"/>
            <w:shd w:val="clear" w:color="auto" w:fill="FFFFFF" w:themeFill="background1"/>
            <w:tcMar>
              <w:top w:w="90" w:type="dxa"/>
              <w:left w:w="120" w:type="dxa"/>
              <w:bottom w:w="90" w:type="dxa"/>
              <w:right w:w="120" w:type="dxa"/>
            </w:tcMar>
            <w:vAlign w:val="center"/>
          </w:tcPr>
          <w:p w14:paraId="55FA3653" w14:textId="77777777" w:rsidR="000B73EC" w:rsidRPr="009C3809" w:rsidRDefault="000B73EC" w:rsidP="003E7A10">
            <w:pPr>
              <w:spacing w:after="3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[Completați: standarde/proceduri, trasabilitatea cerințelor, controlul versiunilor și al modificărilor]</w:t>
            </w:r>
          </w:p>
          <w:p w14:paraId="7B02FD6B" w14:textId="77777777" w:rsidR="000B73EC" w:rsidRPr="009C3809" w:rsidRDefault="000B73EC" w:rsidP="003E7A10">
            <w:pPr>
              <w:spacing w:after="4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 xml:space="preserve"> </w:t>
            </w:r>
          </w:p>
          <w:p w14:paraId="3CC0E7F5" w14:textId="77777777" w:rsidR="000B73EC" w:rsidRPr="009C3809" w:rsidRDefault="000B73EC" w:rsidP="003E7A10">
            <w:pPr>
              <w:spacing w:after="4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 xml:space="preserve"> </w:t>
            </w:r>
          </w:p>
        </w:tc>
      </w:tr>
      <w:tr w:rsidR="000B73EC" w:rsidRPr="005E5CC4" w14:paraId="7BBEBC39" w14:textId="77777777" w:rsidTr="009C3809">
        <w:trPr>
          <w:cantSplit/>
        </w:trPr>
        <w:tc>
          <w:tcPr>
            <w:tcW w:w="2900" w:type="dxa"/>
            <w:shd w:val="clear" w:color="auto" w:fill="F7F9FC"/>
            <w:tcMar>
              <w:top w:w="90" w:type="dxa"/>
              <w:left w:w="120" w:type="dxa"/>
              <w:bottom w:w="90" w:type="dxa"/>
              <w:right w:w="120" w:type="dxa"/>
            </w:tcMar>
            <w:vAlign w:val="center"/>
          </w:tcPr>
          <w:p w14:paraId="5015CD8D"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Managementul datelor</w:t>
            </w:r>
          </w:p>
        </w:tc>
        <w:tc>
          <w:tcPr>
            <w:tcW w:w="6738" w:type="dxa"/>
            <w:shd w:val="clear" w:color="auto" w:fill="FFFFFF" w:themeFill="background1"/>
            <w:tcMar>
              <w:top w:w="90" w:type="dxa"/>
              <w:left w:w="120" w:type="dxa"/>
              <w:bottom w:w="90" w:type="dxa"/>
              <w:right w:w="120" w:type="dxa"/>
            </w:tcMar>
            <w:vAlign w:val="center"/>
          </w:tcPr>
          <w:p w14:paraId="6F7B8298" w14:textId="77777777" w:rsidR="000B73EC" w:rsidRPr="009C3809" w:rsidRDefault="000B73EC" w:rsidP="003E7A10">
            <w:pPr>
              <w:spacing w:after="3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[Completați: date generate, stocare, acces, securitate, confidențialitate și reutilizare]</w:t>
            </w:r>
          </w:p>
          <w:p w14:paraId="704E0264" w14:textId="77777777" w:rsidR="000B73EC" w:rsidRPr="009C3809" w:rsidRDefault="000B73EC" w:rsidP="003E7A10">
            <w:pPr>
              <w:spacing w:after="4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 xml:space="preserve"> </w:t>
            </w:r>
          </w:p>
        </w:tc>
      </w:tr>
      <w:tr w:rsidR="000B73EC" w:rsidRPr="005E5CC4" w14:paraId="20CAB5DE" w14:textId="77777777" w:rsidTr="009C3809">
        <w:trPr>
          <w:cantSplit/>
        </w:trPr>
        <w:tc>
          <w:tcPr>
            <w:tcW w:w="2900" w:type="dxa"/>
            <w:shd w:val="clear" w:color="auto" w:fill="F7F9FC"/>
            <w:tcMar>
              <w:top w:w="90" w:type="dxa"/>
              <w:left w:w="120" w:type="dxa"/>
              <w:bottom w:w="90" w:type="dxa"/>
              <w:right w:w="120" w:type="dxa"/>
            </w:tcMar>
            <w:vAlign w:val="center"/>
          </w:tcPr>
          <w:p w14:paraId="5F47C753"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Managementul riscurilor</w:t>
            </w:r>
          </w:p>
        </w:tc>
        <w:tc>
          <w:tcPr>
            <w:tcW w:w="6738" w:type="dxa"/>
            <w:shd w:val="clear" w:color="auto" w:fill="FFFFFF" w:themeFill="background1"/>
            <w:tcMar>
              <w:top w:w="90" w:type="dxa"/>
              <w:left w:w="120" w:type="dxa"/>
              <w:bottom w:w="90" w:type="dxa"/>
              <w:right w:w="120" w:type="dxa"/>
            </w:tcMar>
            <w:vAlign w:val="center"/>
          </w:tcPr>
          <w:p w14:paraId="5FB6954A" w14:textId="77777777" w:rsidR="000B73EC" w:rsidRPr="009C3809" w:rsidRDefault="000B73EC" w:rsidP="003E7A10">
            <w:pPr>
              <w:spacing w:after="3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[Completați: procesul de identificare, monitorizare, responsabil și frecvență]</w:t>
            </w:r>
          </w:p>
          <w:p w14:paraId="7A8A256D" w14:textId="77777777" w:rsidR="000B73EC" w:rsidRPr="009C3809" w:rsidRDefault="000B73EC" w:rsidP="003E7A10">
            <w:pPr>
              <w:spacing w:after="4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 xml:space="preserve"> </w:t>
            </w:r>
          </w:p>
        </w:tc>
      </w:tr>
      <w:tr w:rsidR="000B73EC" w:rsidRPr="005E5CC4" w14:paraId="1D4B45E0" w14:textId="77777777" w:rsidTr="009C3809">
        <w:trPr>
          <w:cantSplit/>
        </w:trPr>
        <w:tc>
          <w:tcPr>
            <w:tcW w:w="2900" w:type="dxa"/>
            <w:shd w:val="clear" w:color="auto" w:fill="F7F9FC"/>
            <w:tcMar>
              <w:top w:w="90" w:type="dxa"/>
              <w:left w:w="120" w:type="dxa"/>
              <w:bottom w:w="90" w:type="dxa"/>
              <w:right w:w="120" w:type="dxa"/>
            </w:tcMar>
            <w:vAlign w:val="center"/>
          </w:tcPr>
          <w:p w14:paraId="1BAFD573"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Sursa cofinanțării</w:t>
            </w:r>
          </w:p>
        </w:tc>
        <w:tc>
          <w:tcPr>
            <w:tcW w:w="6738" w:type="dxa"/>
            <w:shd w:val="clear" w:color="auto" w:fill="FFFFFF" w:themeFill="background1"/>
            <w:tcMar>
              <w:top w:w="90" w:type="dxa"/>
              <w:left w:w="120" w:type="dxa"/>
              <w:bottom w:w="90" w:type="dxa"/>
              <w:right w:w="120" w:type="dxa"/>
            </w:tcMar>
            <w:vAlign w:val="center"/>
          </w:tcPr>
          <w:p w14:paraId="439C6169" w14:textId="77777777" w:rsidR="000B73EC" w:rsidRPr="009C3809" w:rsidRDefault="000B73EC" w:rsidP="003E7A10">
            <w:pPr>
              <w:spacing w:after="3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[Completați: surse proprii/credit/alte surse; documente de susținere]</w:t>
            </w:r>
          </w:p>
          <w:p w14:paraId="6151E1AB" w14:textId="77777777" w:rsidR="000B73EC" w:rsidRPr="009C3809" w:rsidRDefault="000B73EC" w:rsidP="003E7A10">
            <w:pPr>
              <w:spacing w:after="4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 xml:space="preserve"> </w:t>
            </w:r>
          </w:p>
        </w:tc>
      </w:tr>
      <w:tr w:rsidR="000B73EC" w:rsidRPr="005E5CC4" w14:paraId="5EA091F6" w14:textId="77777777" w:rsidTr="009C3809">
        <w:trPr>
          <w:cantSplit/>
        </w:trPr>
        <w:tc>
          <w:tcPr>
            <w:tcW w:w="2900" w:type="dxa"/>
            <w:shd w:val="clear" w:color="auto" w:fill="F7F9FC"/>
            <w:tcMar>
              <w:top w:w="90" w:type="dxa"/>
              <w:left w:w="120" w:type="dxa"/>
              <w:bottom w:w="90" w:type="dxa"/>
              <w:right w:w="120" w:type="dxa"/>
            </w:tcMar>
            <w:vAlign w:val="center"/>
          </w:tcPr>
          <w:p w14:paraId="6BC4534D"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Capacitatea de cash-</w:t>
            </w:r>
            <w:proofErr w:type="spellStart"/>
            <w:r w:rsidRPr="005E5CC4">
              <w:rPr>
                <w:rFonts w:ascii="Times New Roman" w:hAnsi="Times New Roman" w:cs="Times New Roman"/>
                <w:b/>
                <w:color w:val="auto"/>
                <w:sz w:val="24"/>
                <w:szCs w:val="24"/>
                <w:lang w:val="ro-RO"/>
              </w:rPr>
              <w:t>flow</w:t>
            </w:r>
            <w:proofErr w:type="spellEnd"/>
          </w:p>
        </w:tc>
        <w:tc>
          <w:tcPr>
            <w:tcW w:w="6738" w:type="dxa"/>
            <w:shd w:val="clear" w:color="auto" w:fill="FFFFFF" w:themeFill="background1"/>
            <w:tcMar>
              <w:top w:w="90" w:type="dxa"/>
              <w:left w:w="120" w:type="dxa"/>
              <w:bottom w:w="90" w:type="dxa"/>
              <w:right w:w="120" w:type="dxa"/>
            </w:tcMar>
            <w:vAlign w:val="center"/>
          </w:tcPr>
          <w:p w14:paraId="65BCA243" w14:textId="77777777" w:rsidR="000B73EC" w:rsidRPr="009C3809" w:rsidRDefault="000B73EC" w:rsidP="003E7A10">
            <w:pPr>
              <w:spacing w:after="3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[Completați: necesarul maxim, calendarul plăților și rezerva de lichiditate]</w:t>
            </w:r>
          </w:p>
          <w:p w14:paraId="10A9D6C2" w14:textId="77777777" w:rsidR="000B73EC" w:rsidRPr="009C3809" w:rsidRDefault="000B73EC" w:rsidP="003E7A10">
            <w:pPr>
              <w:spacing w:after="4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 xml:space="preserve"> </w:t>
            </w:r>
          </w:p>
        </w:tc>
      </w:tr>
      <w:tr w:rsidR="000B73EC" w:rsidRPr="005E5CC4" w14:paraId="267486E8" w14:textId="77777777" w:rsidTr="009C3809">
        <w:trPr>
          <w:cantSplit/>
        </w:trPr>
        <w:tc>
          <w:tcPr>
            <w:tcW w:w="2900" w:type="dxa"/>
            <w:shd w:val="clear" w:color="auto" w:fill="F7F9FC"/>
            <w:tcMar>
              <w:top w:w="90" w:type="dxa"/>
              <w:left w:w="120" w:type="dxa"/>
              <w:bottom w:w="90" w:type="dxa"/>
              <w:right w:w="120" w:type="dxa"/>
            </w:tcMar>
            <w:vAlign w:val="center"/>
          </w:tcPr>
          <w:p w14:paraId="510C8121"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Cheltuieli neeligibile și TVA</w:t>
            </w:r>
          </w:p>
        </w:tc>
        <w:tc>
          <w:tcPr>
            <w:tcW w:w="6738" w:type="dxa"/>
            <w:shd w:val="clear" w:color="auto" w:fill="FFFFFF" w:themeFill="background1"/>
            <w:tcMar>
              <w:top w:w="90" w:type="dxa"/>
              <w:left w:w="120" w:type="dxa"/>
              <w:bottom w:w="90" w:type="dxa"/>
              <w:right w:w="120" w:type="dxa"/>
            </w:tcMar>
            <w:vAlign w:val="center"/>
          </w:tcPr>
          <w:p w14:paraId="67C2A501" w14:textId="77777777" w:rsidR="000B73EC" w:rsidRPr="009C3809" w:rsidRDefault="000B73EC" w:rsidP="003E7A10">
            <w:pPr>
              <w:spacing w:after="3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[Completați: valoare, sursă și asumare]</w:t>
            </w:r>
          </w:p>
          <w:p w14:paraId="31410549" w14:textId="77777777" w:rsidR="000B73EC" w:rsidRPr="009C3809" w:rsidRDefault="000B73EC" w:rsidP="003E7A10">
            <w:pPr>
              <w:spacing w:after="4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 xml:space="preserve"> </w:t>
            </w:r>
          </w:p>
        </w:tc>
      </w:tr>
      <w:tr w:rsidR="000B73EC" w:rsidRPr="005E5CC4" w14:paraId="18037D13" w14:textId="77777777" w:rsidTr="009C3809">
        <w:trPr>
          <w:cantSplit/>
        </w:trPr>
        <w:tc>
          <w:tcPr>
            <w:tcW w:w="2900" w:type="dxa"/>
            <w:shd w:val="clear" w:color="auto" w:fill="F7F9FC"/>
            <w:tcMar>
              <w:top w:w="90" w:type="dxa"/>
              <w:left w:w="120" w:type="dxa"/>
              <w:bottom w:w="90" w:type="dxa"/>
              <w:right w:w="120" w:type="dxa"/>
            </w:tcMar>
            <w:vAlign w:val="center"/>
          </w:tcPr>
          <w:p w14:paraId="5F682D66"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Costuri de operare/durabilitate</w:t>
            </w:r>
          </w:p>
        </w:tc>
        <w:tc>
          <w:tcPr>
            <w:tcW w:w="6738" w:type="dxa"/>
            <w:shd w:val="clear" w:color="auto" w:fill="FFFFFF" w:themeFill="background1"/>
            <w:tcMar>
              <w:top w:w="90" w:type="dxa"/>
              <w:left w:w="120" w:type="dxa"/>
              <w:bottom w:w="90" w:type="dxa"/>
              <w:right w:w="120" w:type="dxa"/>
            </w:tcMar>
            <w:vAlign w:val="center"/>
          </w:tcPr>
          <w:p w14:paraId="3AA287F5" w14:textId="77777777" w:rsidR="000B73EC" w:rsidRPr="009C3809" w:rsidRDefault="000B73EC" w:rsidP="003E7A10">
            <w:pPr>
              <w:spacing w:after="3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[Completați: valoare anuală și sursă pentru minimum perioada obligatorie]</w:t>
            </w:r>
          </w:p>
          <w:p w14:paraId="08469D0C" w14:textId="77777777" w:rsidR="000B73EC" w:rsidRPr="009C3809" w:rsidRDefault="000B73EC" w:rsidP="003E7A10">
            <w:pPr>
              <w:spacing w:after="40" w:line="252" w:lineRule="auto"/>
              <w:rPr>
                <w:rFonts w:ascii="Times New Roman" w:hAnsi="Times New Roman" w:cs="Times New Roman"/>
                <w:iCs/>
                <w:color w:val="auto"/>
                <w:sz w:val="24"/>
                <w:szCs w:val="24"/>
                <w:highlight w:val="yellow"/>
                <w:lang w:val="ro-RO"/>
              </w:rPr>
            </w:pPr>
            <w:r w:rsidRPr="009C3809">
              <w:rPr>
                <w:rFonts w:ascii="Times New Roman" w:hAnsi="Times New Roman" w:cs="Times New Roman"/>
                <w:iCs/>
                <w:color w:val="auto"/>
                <w:sz w:val="24"/>
                <w:szCs w:val="24"/>
                <w:highlight w:val="yellow"/>
                <w:lang w:val="ro-RO"/>
              </w:rPr>
              <w:t xml:space="preserve"> </w:t>
            </w:r>
          </w:p>
        </w:tc>
      </w:tr>
    </w:tbl>
    <w:p w14:paraId="58E1FFB8"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711C0A0F" w14:textId="77777777" w:rsidR="000B73EC" w:rsidRPr="005E5CC4" w:rsidRDefault="000B73EC" w:rsidP="000B73EC">
      <w:pPr>
        <w:pStyle w:val="Heading2"/>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lastRenderedPageBreak/>
        <w:t>6.6 Riscuri principale</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1900"/>
        <w:gridCol w:w="900"/>
        <w:gridCol w:w="2900"/>
        <w:gridCol w:w="1500"/>
        <w:gridCol w:w="1788"/>
      </w:tblGrid>
      <w:tr w:rsidR="000B73EC" w:rsidRPr="005E5CC4" w14:paraId="7363116F" w14:textId="77777777" w:rsidTr="009C3809">
        <w:trPr>
          <w:tblHeader/>
        </w:trPr>
        <w:tc>
          <w:tcPr>
            <w:tcW w:w="650" w:type="dxa"/>
            <w:shd w:val="clear" w:color="auto" w:fill="17365D"/>
            <w:tcMar>
              <w:top w:w="90" w:type="dxa"/>
              <w:left w:w="120" w:type="dxa"/>
              <w:bottom w:w="90" w:type="dxa"/>
              <w:right w:w="120" w:type="dxa"/>
            </w:tcMar>
            <w:vAlign w:val="center"/>
          </w:tcPr>
          <w:p w14:paraId="5BBAE7F2"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Cod</w:t>
            </w:r>
          </w:p>
        </w:tc>
        <w:tc>
          <w:tcPr>
            <w:tcW w:w="1900" w:type="dxa"/>
            <w:shd w:val="clear" w:color="auto" w:fill="17365D"/>
            <w:tcMar>
              <w:top w:w="90" w:type="dxa"/>
              <w:left w:w="120" w:type="dxa"/>
              <w:bottom w:w="90" w:type="dxa"/>
              <w:right w:w="120" w:type="dxa"/>
            </w:tcMar>
            <w:vAlign w:val="center"/>
          </w:tcPr>
          <w:p w14:paraId="2C610A8E"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Risc</w:t>
            </w:r>
          </w:p>
        </w:tc>
        <w:tc>
          <w:tcPr>
            <w:tcW w:w="900" w:type="dxa"/>
            <w:shd w:val="clear" w:color="auto" w:fill="17365D"/>
            <w:tcMar>
              <w:top w:w="90" w:type="dxa"/>
              <w:left w:w="120" w:type="dxa"/>
              <w:bottom w:w="90" w:type="dxa"/>
              <w:right w:w="120" w:type="dxa"/>
            </w:tcMar>
            <w:vAlign w:val="center"/>
          </w:tcPr>
          <w:p w14:paraId="080A411A" w14:textId="77777777" w:rsidR="000B73EC" w:rsidRDefault="000B73EC" w:rsidP="003E7A10">
            <w:pPr>
              <w:spacing w:after="30" w:line="252" w:lineRule="auto"/>
              <w:jc w:val="center"/>
              <w:rPr>
                <w:rFonts w:ascii="Times New Roman" w:hAnsi="Times New Roman" w:cs="Times New Roman"/>
                <w:b/>
                <w:color w:val="auto"/>
                <w:sz w:val="24"/>
                <w:szCs w:val="24"/>
                <w:lang w:val="ro-RO"/>
              </w:rPr>
            </w:pPr>
            <w:r w:rsidRPr="005E5CC4">
              <w:rPr>
                <w:rFonts w:ascii="Times New Roman" w:hAnsi="Times New Roman" w:cs="Times New Roman"/>
                <w:b/>
                <w:color w:val="auto"/>
                <w:sz w:val="24"/>
                <w:szCs w:val="24"/>
                <w:lang w:val="ro-RO"/>
              </w:rPr>
              <w:t>P</w:t>
            </w:r>
            <w:r w:rsidR="008F1B5D">
              <w:rPr>
                <w:rFonts w:ascii="Times New Roman" w:hAnsi="Times New Roman" w:cs="Times New Roman"/>
                <w:b/>
                <w:color w:val="auto"/>
                <w:sz w:val="24"/>
                <w:szCs w:val="24"/>
                <w:lang w:val="ro-RO"/>
              </w:rPr>
              <w:t>robabilitate</w:t>
            </w:r>
            <w:r w:rsidRPr="005E5CC4">
              <w:rPr>
                <w:rFonts w:ascii="Times New Roman" w:hAnsi="Times New Roman" w:cs="Times New Roman"/>
                <w:b/>
                <w:color w:val="auto"/>
                <w:sz w:val="24"/>
                <w:szCs w:val="24"/>
                <w:lang w:val="ro-RO"/>
              </w:rPr>
              <w:t>/I</w:t>
            </w:r>
            <w:r w:rsidR="008F1B5D">
              <w:rPr>
                <w:rFonts w:ascii="Times New Roman" w:hAnsi="Times New Roman" w:cs="Times New Roman"/>
                <w:b/>
                <w:color w:val="auto"/>
                <w:sz w:val="24"/>
                <w:szCs w:val="24"/>
                <w:lang w:val="ro-RO"/>
              </w:rPr>
              <w:t>mpact</w:t>
            </w:r>
          </w:p>
          <w:p w14:paraId="21DEA2AF" w14:textId="1E988751" w:rsidR="008F1B5D" w:rsidRPr="008F1B5D" w:rsidRDefault="008F1B5D" w:rsidP="003E7A10">
            <w:pPr>
              <w:spacing w:after="30" w:line="252" w:lineRule="auto"/>
              <w:jc w:val="center"/>
              <w:rPr>
                <w:rFonts w:ascii="Times New Roman" w:hAnsi="Times New Roman" w:cs="Times New Roman"/>
                <w:color w:val="auto"/>
                <w:sz w:val="24"/>
                <w:szCs w:val="24"/>
                <w:lang w:val="en-GB"/>
              </w:rPr>
            </w:pPr>
            <w:r>
              <w:rPr>
                <w:rFonts w:ascii="Times New Roman" w:hAnsi="Times New Roman" w:cs="Times New Roman"/>
                <w:b/>
                <w:color w:val="auto"/>
                <w:sz w:val="24"/>
                <w:szCs w:val="24"/>
                <w:lang w:val="en-GB"/>
              </w:rPr>
              <w:t>[</w:t>
            </w:r>
            <w:r w:rsidR="00117117">
              <w:rPr>
                <w:rFonts w:ascii="Times New Roman" w:hAnsi="Times New Roman" w:cs="Times New Roman"/>
                <w:b/>
                <w:color w:val="auto"/>
                <w:sz w:val="24"/>
                <w:szCs w:val="24"/>
                <w:lang w:val="en-GB"/>
              </w:rPr>
              <w:t>S-</w:t>
            </w:r>
            <w:proofErr w:type="spellStart"/>
            <w:r w:rsidR="00117117">
              <w:rPr>
                <w:rFonts w:ascii="Times New Roman" w:hAnsi="Times New Roman" w:cs="Times New Roman"/>
                <w:b/>
                <w:color w:val="auto"/>
                <w:sz w:val="24"/>
                <w:szCs w:val="24"/>
                <w:lang w:val="en-GB"/>
              </w:rPr>
              <w:t>scazut</w:t>
            </w:r>
            <w:proofErr w:type="spellEnd"/>
            <w:r w:rsidR="00117117">
              <w:rPr>
                <w:rFonts w:ascii="Times New Roman" w:hAnsi="Times New Roman" w:cs="Times New Roman"/>
                <w:b/>
                <w:color w:val="auto"/>
                <w:sz w:val="24"/>
                <w:szCs w:val="24"/>
                <w:lang w:val="en-GB"/>
              </w:rPr>
              <w:t xml:space="preserve">, M – </w:t>
            </w:r>
            <w:proofErr w:type="spellStart"/>
            <w:r w:rsidR="00117117">
              <w:rPr>
                <w:rFonts w:ascii="Times New Roman" w:hAnsi="Times New Roman" w:cs="Times New Roman"/>
                <w:b/>
                <w:color w:val="auto"/>
                <w:sz w:val="24"/>
                <w:szCs w:val="24"/>
                <w:lang w:val="en-GB"/>
              </w:rPr>
              <w:t>mediu</w:t>
            </w:r>
            <w:proofErr w:type="spellEnd"/>
            <w:r w:rsidR="00117117">
              <w:rPr>
                <w:rFonts w:ascii="Times New Roman" w:hAnsi="Times New Roman" w:cs="Times New Roman"/>
                <w:b/>
                <w:color w:val="auto"/>
                <w:sz w:val="24"/>
                <w:szCs w:val="24"/>
                <w:lang w:val="en-GB"/>
              </w:rPr>
              <w:t>, R-</w:t>
            </w:r>
            <w:proofErr w:type="spellStart"/>
            <w:r w:rsidR="00117117">
              <w:rPr>
                <w:rFonts w:ascii="Times New Roman" w:hAnsi="Times New Roman" w:cs="Times New Roman"/>
                <w:b/>
                <w:color w:val="auto"/>
                <w:sz w:val="24"/>
                <w:szCs w:val="24"/>
                <w:lang w:val="en-GB"/>
              </w:rPr>
              <w:t>ridicat</w:t>
            </w:r>
            <w:proofErr w:type="spellEnd"/>
            <w:r w:rsidR="00117117">
              <w:rPr>
                <w:rFonts w:ascii="Times New Roman" w:hAnsi="Times New Roman" w:cs="Times New Roman"/>
                <w:b/>
                <w:color w:val="auto"/>
                <w:sz w:val="24"/>
                <w:szCs w:val="24"/>
                <w:lang w:val="en-GB"/>
              </w:rPr>
              <w:t>)</w:t>
            </w:r>
          </w:p>
        </w:tc>
        <w:tc>
          <w:tcPr>
            <w:tcW w:w="2900" w:type="dxa"/>
            <w:shd w:val="clear" w:color="auto" w:fill="17365D"/>
            <w:tcMar>
              <w:top w:w="90" w:type="dxa"/>
              <w:left w:w="120" w:type="dxa"/>
              <w:bottom w:w="90" w:type="dxa"/>
              <w:right w:w="120" w:type="dxa"/>
            </w:tcMar>
            <w:vAlign w:val="center"/>
          </w:tcPr>
          <w:p w14:paraId="7513D6C8"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Măsuri</w:t>
            </w:r>
          </w:p>
        </w:tc>
        <w:tc>
          <w:tcPr>
            <w:tcW w:w="1500" w:type="dxa"/>
            <w:shd w:val="clear" w:color="auto" w:fill="17365D"/>
            <w:tcMar>
              <w:top w:w="90" w:type="dxa"/>
              <w:left w:w="120" w:type="dxa"/>
              <w:bottom w:w="90" w:type="dxa"/>
              <w:right w:w="120" w:type="dxa"/>
            </w:tcMar>
            <w:vAlign w:val="center"/>
          </w:tcPr>
          <w:p w14:paraId="1523B43D"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Responsabil</w:t>
            </w:r>
          </w:p>
        </w:tc>
        <w:tc>
          <w:tcPr>
            <w:tcW w:w="1788" w:type="dxa"/>
            <w:shd w:val="clear" w:color="auto" w:fill="17365D"/>
            <w:tcMar>
              <w:top w:w="90" w:type="dxa"/>
              <w:left w:w="120" w:type="dxa"/>
              <w:bottom w:w="90" w:type="dxa"/>
              <w:right w:w="120" w:type="dxa"/>
            </w:tcMar>
            <w:vAlign w:val="center"/>
          </w:tcPr>
          <w:p w14:paraId="15C64C1F"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Plan de rezervă</w:t>
            </w:r>
          </w:p>
        </w:tc>
      </w:tr>
      <w:tr w:rsidR="000B73EC" w:rsidRPr="005E5CC4" w14:paraId="12EE8C5E" w14:textId="77777777" w:rsidTr="009C3809">
        <w:trPr>
          <w:cantSplit/>
        </w:trPr>
        <w:tc>
          <w:tcPr>
            <w:tcW w:w="650" w:type="dxa"/>
            <w:shd w:val="clear" w:color="auto" w:fill="F7F9FC"/>
          </w:tcPr>
          <w:p w14:paraId="3AA0B6CD"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T1</w:t>
            </w:r>
          </w:p>
        </w:tc>
        <w:tc>
          <w:tcPr>
            <w:tcW w:w="1900" w:type="dxa"/>
            <w:shd w:val="clear" w:color="auto" w:fill="F7F9FC"/>
          </w:tcPr>
          <w:p w14:paraId="4291AA78"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[risc tehnologic]</w:t>
            </w:r>
          </w:p>
        </w:tc>
        <w:tc>
          <w:tcPr>
            <w:tcW w:w="900" w:type="dxa"/>
            <w:shd w:val="clear" w:color="auto" w:fill="F7F9FC"/>
          </w:tcPr>
          <w:p w14:paraId="694588D2"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[P/I]</w:t>
            </w:r>
          </w:p>
        </w:tc>
        <w:tc>
          <w:tcPr>
            <w:tcW w:w="2900" w:type="dxa"/>
            <w:shd w:val="clear" w:color="auto" w:fill="F7F9FC"/>
          </w:tcPr>
          <w:p w14:paraId="2B9EC837"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[prevenire/atenuare]</w:t>
            </w:r>
          </w:p>
        </w:tc>
        <w:tc>
          <w:tcPr>
            <w:tcW w:w="1500" w:type="dxa"/>
            <w:shd w:val="clear" w:color="auto" w:fill="F7F9FC"/>
          </w:tcPr>
          <w:p w14:paraId="0573BD5A"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[responsabil]</w:t>
            </w:r>
          </w:p>
        </w:tc>
        <w:tc>
          <w:tcPr>
            <w:tcW w:w="1788" w:type="dxa"/>
            <w:shd w:val="clear" w:color="auto" w:fill="F7F9FC"/>
          </w:tcPr>
          <w:p w14:paraId="4433D13B"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[contingență]</w:t>
            </w:r>
          </w:p>
        </w:tc>
      </w:tr>
      <w:tr w:rsidR="000B73EC" w:rsidRPr="005E5CC4" w14:paraId="4FB85287" w14:textId="77777777" w:rsidTr="009C3809">
        <w:trPr>
          <w:cantSplit/>
        </w:trPr>
        <w:tc>
          <w:tcPr>
            <w:tcW w:w="650" w:type="dxa"/>
            <w:shd w:val="clear" w:color="auto" w:fill="FFFFFF"/>
          </w:tcPr>
          <w:p w14:paraId="648BB402"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T2</w:t>
            </w:r>
          </w:p>
        </w:tc>
        <w:tc>
          <w:tcPr>
            <w:tcW w:w="1900" w:type="dxa"/>
            <w:shd w:val="clear" w:color="auto" w:fill="FFFFFF"/>
          </w:tcPr>
          <w:p w14:paraId="5E85A3F7"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[integrare/performanță]</w:t>
            </w:r>
          </w:p>
        </w:tc>
        <w:tc>
          <w:tcPr>
            <w:tcW w:w="900" w:type="dxa"/>
            <w:shd w:val="clear" w:color="auto" w:fill="FFFFFF"/>
          </w:tcPr>
          <w:p w14:paraId="47F02282"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[P/I]</w:t>
            </w:r>
          </w:p>
        </w:tc>
        <w:tc>
          <w:tcPr>
            <w:tcW w:w="2900" w:type="dxa"/>
            <w:shd w:val="clear" w:color="auto" w:fill="FFFFFF"/>
          </w:tcPr>
          <w:p w14:paraId="62689EA8"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[prevenire/atenuare]</w:t>
            </w:r>
          </w:p>
        </w:tc>
        <w:tc>
          <w:tcPr>
            <w:tcW w:w="1500" w:type="dxa"/>
            <w:shd w:val="clear" w:color="auto" w:fill="FFFFFF"/>
          </w:tcPr>
          <w:p w14:paraId="629B6D2B"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[responsabil]</w:t>
            </w:r>
          </w:p>
        </w:tc>
        <w:tc>
          <w:tcPr>
            <w:tcW w:w="1788" w:type="dxa"/>
            <w:shd w:val="clear" w:color="auto" w:fill="FFFFFF"/>
          </w:tcPr>
          <w:p w14:paraId="7FB7F82A"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[contingență]</w:t>
            </w:r>
          </w:p>
        </w:tc>
      </w:tr>
      <w:tr w:rsidR="000B73EC" w:rsidRPr="005E5CC4" w14:paraId="7F8CAB65" w14:textId="77777777" w:rsidTr="009C3809">
        <w:trPr>
          <w:cantSplit/>
        </w:trPr>
        <w:tc>
          <w:tcPr>
            <w:tcW w:w="650" w:type="dxa"/>
            <w:shd w:val="clear" w:color="auto" w:fill="F7F9FC"/>
          </w:tcPr>
          <w:p w14:paraId="6D42D4D7"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O1</w:t>
            </w:r>
          </w:p>
        </w:tc>
        <w:tc>
          <w:tcPr>
            <w:tcW w:w="1900" w:type="dxa"/>
            <w:shd w:val="clear" w:color="auto" w:fill="F7F9FC"/>
          </w:tcPr>
          <w:p w14:paraId="37EC271B"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[achiziții/resurse]</w:t>
            </w:r>
          </w:p>
        </w:tc>
        <w:tc>
          <w:tcPr>
            <w:tcW w:w="900" w:type="dxa"/>
            <w:shd w:val="clear" w:color="auto" w:fill="F7F9FC"/>
          </w:tcPr>
          <w:p w14:paraId="79A4F8F8"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[P/I]</w:t>
            </w:r>
          </w:p>
        </w:tc>
        <w:tc>
          <w:tcPr>
            <w:tcW w:w="2900" w:type="dxa"/>
            <w:shd w:val="clear" w:color="auto" w:fill="F7F9FC"/>
          </w:tcPr>
          <w:p w14:paraId="48F02AD8"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[prevenire/atenuare]</w:t>
            </w:r>
          </w:p>
        </w:tc>
        <w:tc>
          <w:tcPr>
            <w:tcW w:w="1500" w:type="dxa"/>
            <w:shd w:val="clear" w:color="auto" w:fill="F7F9FC"/>
          </w:tcPr>
          <w:p w14:paraId="40A877E9"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[responsabil]</w:t>
            </w:r>
          </w:p>
        </w:tc>
        <w:tc>
          <w:tcPr>
            <w:tcW w:w="1788" w:type="dxa"/>
            <w:shd w:val="clear" w:color="auto" w:fill="F7F9FC"/>
          </w:tcPr>
          <w:p w14:paraId="1A0CFE83"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[contingență]</w:t>
            </w:r>
          </w:p>
        </w:tc>
      </w:tr>
      <w:tr w:rsidR="000B73EC" w:rsidRPr="005E5CC4" w14:paraId="612C6609" w14:textId="77777777" w:rsidTr="009C3809">
        <w:trPr>
          <w:cantSplit/>
        </w:trPr>
        <w:tc>
          <w:tcPr>
            <w:tcW w:w="650" w:type="dxa"/>
            <w:shd w:val="clear" w:color="auto" w:fill="FFFFFF"/>
          </w:tcPr>
          <w:p w14:paraId="529850A7"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F1</w:t>
            </w:r>
          </w:p>
        </w:tc>
        <w:tc>
          <w:tcPr>
            <w:tcW w:w="1900" w:type="dxa"/>
            <w:shd w:val="clear" w:color="auto" w:fill="FFFFFF"/>
          </w:tcPr>
          <w:p w14:paraId="385B0663"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[cofinanțare/cash-</w:t>
            </w:r>
            <w:proofErr w:type="spellStart"/>
            <w:r w:rsidRPr="00550283">
              <w:rPr>
                <w:rFonts w:ascii="Times New Roman" w:hAnsi="Times New Roman" w:cs="Times New Roman"/>
                <w:color w:val="auto"/>
                <w:sz w:val="24"/>
                <w:szCs w:val="24"/>
                <w:highlight w:val="yellow"/>
                <w:lang w:val="ro-RO"/>
              </w:rPr>
              <w:t>flow</w:t>
            </w:r>
            <w:proofErr w:type="spellEnd"/>
            <w:r w:rsidRPr="00550283">
              <w:rPr>
                <w:rFonts w:ascii="Times New Roman" w:hAnsi="Times New Roman" w:cs="Times New Roman"/>
                <w:color w:val="auto"/>
                <w:sz w:val="24"/>
                <w:szCs w:val="24"/>
                <w:highlight w:val="yellow"/>
                <w:lang w:val="ro-RO"/>
              </w:rPr>
              <w:t>]</w:t>
            </w:r>
          </w:p>
        </w:tc>
        <w:tc>
          <w:tcPr>
            <w:tcW w:w="900" w:type="dxa"/>
            <w:shd w:val="clear" w:color="auto" w:fill="FFFFFF"/>
          </w:tcPr>
          <w:p w14:paraId="1710D723"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[P/I]</w:t>
            </w:r>
          </w:p>
        </w:tc>
        <w:tc>
          <w:tcPr>
            <w:tcW w:w="2900" w:type="dxa"/>
            <w:shd w:val="clear" w:color="auto" w:fill="FFFFFF"/>
          </w:tcPr>
          <w:p w14:paraId="7C1A2504"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[prevenire/atenuare]</w:t>
            </w:r>
          </w:p>
        </w:tc>
        <w:tc>
          <w:tcPr>
            <w:tcW w:w="1500" w:type="dxa"/>
            <w:shd w:val="clear" w:color="auto" w:fill="FFFFFF"/>
          </w:tcPr>
          <w:p w14:paraId="120AF95A"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[responsabil]</w:t>
            </w:r>
          </w:p>
        </w:tc>
        <w:tc>
          <w:tcPr>
            <w:tcW w:w="1788" w:type="dxa"/>
            <w:shd w:val="clear" w:color="auto" w:fill="FFFFFF"/>
          </w:tcPr>
          <w:p w14:paraId="4A0C9E94"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[contingență]</w:t>
            </w:r>
          </w:p>
        </w:tc>
      </w:tr>
      <w:tr w:rsidR="000B73EC" w:rsidRPr="005E5CC4" w14:paraId="0BB8C6E4" w14:textId="77777777" w:rsidTr="009C3809">
        <w:trPr>
          <w:cantSplit/>
        </w:trPr>
        <w:tc>
          <w:tcPr>
            <w:tcW w:w="650" w:type="dxa"/>
            <w:shd w:val="clear" w:color="auto" w:fill="F7F9FC"/>
          </w:tcPr>
          <w:p w14:paraId="7F53520A"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P1</w:t>
            </w:r>
          </w:p>
        </w:tc>
        <w:tc>
          <w:tcPr>
            <w:tcW w:w="1900" w:type="dxa"/>
            <w:shd w:val="clear" w:color="auto" w:fill="F7F9FC"/>
          </w:tcPr>
          <w:p w14:paraId="3A7F439E"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[piață/valorificare]</w:t>
            </w:r>
          </w:p>
        </w:tc>
        <w:tc>
          <w:tcPr>
            <w:tcW w:w="900" w:type="dxa"/>
            <w:shd w:val="clear" w:color="auto" w:fill="F7F9FC"/>
          </w:tcPr>
          <w:p w14:paraId="3F51D326"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[P/I]</w:t>
            </w:r>
          </w:p>
        </w:tc>
        <w:tc>
          <w:tcPr>
            <w:tcW w:w="2900" w:type="dxa"/>
            <w:shd w:val="clear" w:color="auto" w:fill="F7F9FC"/>
          </w:tcPr>
          <w:p w14:paraId="411E2EF9"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[prevenire/atenuare]</w:t>
            </w:r>
          </w:p>
        </w:tc>
        <w:tc>
          <w:tcPr>
            <w:tcW w:w="1500" w:type="dxa"/>
            <w:shd w:val="clear" w:color="auto" w:fill="F7F9FC"/>
          </w:tcPr>
          <w:p w14:paraId="3DFCDBF3"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[responsabil]</w:t>
            </w:r>
          </w:p>
        </w:tc>
        <w:tc>
          <w:tcPr>
            <w:tcW w:w="1788" w:type="dxa"/>
            <w:shd w:val="clear" w:color="auto" w:fill="F7F9FC"/>
          </w:tcPr>
          <w:p w14:paraId="288EDCC9"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[contingență]</w:t>
            </w:r>
          </w:p>
        </w:tc>
      </w:tr>
      <w:tr w:rsidR="000B73EC" w:rsidRPr="005E5CC4" w14:paraId="403CA636" w14:textId="77777777" w:rsidTr="009C3809">
        <w:trPr>
          <w:cantSplit/>
        </w:trPr>
        <w:tc>
          <w:tcPr>
            <w:tcW w:w="650" w:type="dxa"/>
            <w:shd w:val="clear" w:color="auto" w:fill="FFFFFF"/>
          </w:tcPr>
          <w:p w14:paraId="4AB2D153"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C1</w:t>
            </w:r>
          </w:p>
        </w:tc>
        <w:tc>
          <w:tcPr>
            <w:tcW w:w="1900" w:type="dxa"/>
            <w:shd w:val="clear" w:color="auto" w:fill="FFFFFF"/>
          </w:tcPr>
          <w:p w14:paraId="49153558"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[climă/mediu]</w:t>
            </w:r>
          </w:p>
        </w:tc>
        <w:tc>
          <w:tcPr>
            <w:tcW w:w="900" w:type="dxa"/>
            <w:shd w:val="clear" w:color="auto" w:fill="FFFFFF"/>
          </w:tcPr>
          <w:p w14:paraId="4DAC42CA"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[P/I]</w:t>
            </w:r>
          </w:p>
        </w:tc>
        <w:tc>
          <w:tcPr>
            <w:tcW w:w="2900" w:type="dxa"/>
            <w:shd w:val="clear" w:color="auto" w:fill="FFFFFF"/>
          </w:tcPr>
          <w:p w14:paraId="648B26B5"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[prevenire/atenuare]</w:t>
            </w:r>
          </w:p>
        </w:tc>
        <w:tc>
          <w:tcPr>
            <w:tcW w:w="1500" w:type="dxa"/>
            <w:shd w:val="clear" w:color="auto" w:fill="FFFFFF"/>
          </w:tcPr>
          <w:p w14:paraId="4958DA1A"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[responsabil]</w:t>
            </w:r>
          </w:p>
        </w:tc>
        <w:tc>
          <w:tcPr>
            <w:tcW w:w="1788" w:type="dxa"/>
            <w:shd w:val="clear" w:color="auto" w:fill="FFFFFF"/>
          </w:tcPr>
          <w:p w14:paraId="70B3E3F2" w14:textId="77777777" w:rsidR="000B73EC" w:rsidRPr="00550283" w:rsidRDefault="000B73EC" w:rsidP="003E7A10">
            <w:pPr>
              <w:spacing w:after="30" w:line="252" w:lineRule="auto"/>
              <w:rPr>
                <w:rFonts w:ascii="Times New Roman" w:hAnsi="Times New Roman" w:cs="Times New Roman"/>
                <w:color w:val="auto"/>
                <w:sz w:val="24"/>
                <w:szCs w:val="24"/>
                <w:highlight w:val="yellow"/>
                <w:lang w:val="ro-RO"/>
              </w:rPr>
            </w:pPr>
            <w:r w:rsidRPr="00550283">
              <w:rPr>
                <w:rFonts w:ascii="Times New Roman" w:hAnsi="Times New Roman" w:cs="Times New Roman"/>
                <w:color w:val="auto"/>
                <w:sz w:val="24"/>
                <w:szCs w:val="24"/>
                <w:highlight w:val="yellow"/>
                <w:lang w:val="ro-RO"/>
              </w:rPr>
              <w:t>[contingență]</w:t>
            </w:r>
          </w:p>
        </w:tc>
      </w:tr>
    </w:tbl>
    <w:p w14:paraId="71C143A6"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1E4D35F0" w14:textId="77777777" w:rsidR="000B73EC" w:rsidRPr="005E5CC4" w:rsidRDefault="000B73EC" w:rsidP="000B73EC">
      <w:pP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br w:type="page"/>
      </w:r>
    </w:p>
    <w:p w14:paraId="131AEAC4" w14:textId="77777777" w:rsidR="000B73EC" w:rsidRPr="005E5CC4" w:rsidRDefault="000B73EC" w:rsidP="000B73EC">
      <w:pPr>
        <w:pStyle w:val="Heading1"/>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lastRenderedPageBreak/>
        <w:t>7. Experiența în activități CD relevante - 10 puncte</w:t>
      </w:r>
    </w:p>
    <w:p w14:paraId="0AAD2BFC" w14:textId="77777777" w:rsidR="000B73EC" w:rsidRPr="005E5CC4" w:rsidRDefault="000B73EC" w:rsidP="000B73EC">
      <w:pP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Se prezintă proiectele/contractele relevante din ultimii cinci ani anteriori termenului de depunere. Se indică obiectul, rolul efectiv, perioada, valoarea, rezultatul și dovada.</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750"/>
        <w:gridCol w:w="1600"/>
        <w:gridCol w:w="1050"/>
        <w:gridCol w:w="2250"/>
        <w:gridCol w:w="1100"/>
        <w:gridCol w:w="1388"/>
      </w:tblGrid>
      <w:tr w:rsidR="000B73EC" w:rsidRPr="005E5CC4" w14:paraId="10496163" w14:textId="77777777" w:rsidTr="00133FA0">
        <w:trPr>
          <w:tblHeader/>
        </w:trPr>
        <w:tc>
          <w:tcPr>
            <w:tcW w:w="500" w:type="dxa"/>
            <w:shd w:val="clear" w:color="auto" w:fill="17365D"/>
            <w:tcMar>
              <w:top w:w="90" w:type="dxa"/>
              <w:left w:w="120" w:type="dxa"/>
              <w:bottom w:w="90" w:type="dxa"/>
              <w:right w:w="120" w:type="dxa"/>
            </w:tcMar>
            <w:vAlign w:val="center"/>
          </w:tcPr>
          <w:p w14:paraId="307D20AA"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Nr.</w:t>
            </w:r>
          </w:p>
        </w:tc>
        <w:tc>
          <w:tcPr>
            <w:tcW w:w="1750" w:type="dxa"/>
            <w:shd w:val="clear" w:color="auto" w:fill="17365D"/>
            <w:tcMar>
              <w:top w:w="90" w:type="dxa"/>
              <w:left w:w="120" w:type="dxa"/>
              <w:bottom w:w="90" w:type="dxa"/>
              <w:right w:w="120" w:type="dxa"/>
            </w:tcMar>
            <w:vAlign w:val="center"/>
          </w:tcPr>
          <w:p w14:paraId="4B5AE37D"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Proiect/contract</w:t>
            </w:r>
          </w:p>
        </w:tc>
        <w:tc>
          <w:tcPr>
            <w:tcW w:w="1600" w:type="dxa"/>
            <w:shd w:val="clear" w:color="auto" w:fill="17365D"/>
            <w:tcMar>
              <w:top w:w="90" w:type="dxa"/>
              <w:left w:w="120" w:type="dxa"/>
              <w:bottom w:w="90" w:type="dxa"/>
              <w:right w:w="120" w:type="dxa"/>
            </w:tcMar>
            <w:vAlign w:val="center"/>
          </w:tcPr>
          <w:p w14:paraId="78D6020E"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Beneficiar</w:t>
            </w:r>
          </w:p>
        </w:tc>
        <w:tc>
          <w:tcPr>
            <w:tcW w:w="1050" w:type="dxa"/>
            <w:shd w:val="clear" w:color="auto" w:fill="17365D"/>
            <w:tcMar>
              <w:top w:w="90" w:type="dxa"/>
              <w:left w:w="120" w:type="dxa"/>
              <w:bottom w:w="90" w:type="dxa"/>
              <w:right w:w="120" w:type="dxa"/>
            </w:tcMar>
            <w:vAlign w:val="center"/>
          </w:tcPr>
          <w:p w14:paraId="4519D683"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Perioadă</w:t>
            </w:r>
          </w:p>
        </w:tc>
        <w:tc>
          <w:tcPr>
            <w:tcW w:w="2250" w:type="dxa"/>
            <w:shd w:val="clear" w:color="auto" w:fill="17365D"/>
            <w:tcMar>
              <w:top w:w="90" w:type="dxa"/>
              <w:left w:w="120" w:type="dxa"/>
              <w:bottom w:w="90" w:type="dxa"/>
              <w:right w:w="120" w:type="dxa"/>
            </w:tcMar>
            <w:vAlign w:val="center"/>
          </w:tcPr>
          <w:p w14:paraId="0B472A26"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Rol/activități CD</w:t>
            </w:r>
          </w:p>
        </w:tc>
        <w:tc>
          <w:tcPr>
            <w:tcW w:w="1100" w:type="dxa"/>
            <w:shd w:val="clear" w:color="auto" w:fill="17365D"/>
            <w:tcMar>
              <w:top w:w="90" w:type="dxa"/>
              <w:left w:w="120" w:type="dxa"/>
              <w:bottom w:w="90" w:type="dxa"/>
              <w:right w:w="120" w:type="dxa"/>
            </w:tcMar>
            <w:vAlign w:val="center"/>
          </w:tcPr>
          <w:p w14:paraId="44289D04"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Valoare</w:t>
            </w:r>
          </w:p>
        </w:tc>
        <w:tc>
          <w:tcPr>
            <w:tcW w:w="1388" w:type="dxa"/>
            <w:shd w:val="clear" w:color="auto" w:fill="17365D"/>
            <w:tcMar>
              <w:top w:w="90" w:type="dxa"/>
              <w:left w:w="120" w:type="dxa"/>
              <w:bottom w:w="90" w:type="dxa"/>
              <w:right w:w="120" w:type="dxa"/>
            </w:tcMar>
            <w:vAlign w:val="center"/>
          </w:tcPr>
          <w:p w14:paraId="651C788B"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Rezultat/dovadă</w:t>
            </w:r>
          </w:p>
        </w:tc>
      </w:tr>
      <w:tr w:rsidR="000B73EC" w:rsidRPr="005E5CC4" w14:paraId="38645D58" w14:textId="77777777" w:rsidTr="00133FA0">
        <w:trPr>
          <w:cantSplit/>
        </w:trPr>
        <w:tc>
          <w:tcPr>
            <w:tcW w:w="500" w:type="dxa"/>
            <w:shd w:val="clear" w:color="auto" w:fill="F7F9FC"/>
          </w:tcPr>
          <w:p w14:paraId="6A29D43A"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1</w:t>
            </w:r>
          </w:p>
        </w:tc>
        <w:tc>
          <w:tcPr>
            <w:tcW w:w="1750" w:type="dxa"/>
            <w:shd w:val="clear" w:color="auto" w:fill="F7F9FC"/>
          </w:tcPr>
          <w:p w14:paraId="61BF96ED"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[proiect/contract]</w:t>
            </w:r>
          </w:p>
        </w:tc>
        <w:tc>
          <w:tcPr>
            <w:tcW w:w="1600" w:type="dxa"/>
            <w:shd w:val="clear" w:color="auto" w:fill="F7F9FC"/>
          </w:tcPr>
          <w:p w14:paraId="0E0DE47B"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[beneficiar/finanțator]</w:t>
            </w:r>
          </w:p>
        </w:tc>
        <w:tc>
          <w:tcPr>
            <w:tcW w:w="1050" w:type="dxa"/>
            <w:shd w:val="clear" w:color="auto" w:fill="F7F9FC"/>
          </w:tcPr>
          <w:p w14:paraId="4603091E"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[perioadă]</w:t>
            </w:r>
          </w:p>
        </w:tc>
        <w:tc>
          <w:tcPr>
            <w:tcW w:w="2250" w:type="dxa"/>
            <w:shd w:val="clear" w:color="auto" w:fill="F7F9FC"/>
          </w:tcPr>
          <w:p w14:paraId="7D8193D8"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[rol și activități CD]</w:t>
            </w:r>
          </w:p>
        </w:tc>
        <w:tc>
          <w:tcPr>
            <w:tcW w:w="1100" w:type="dxa"/>
            <w:shd w:val="clear" w:color="auto" w:fill="F7F9FC"/>
          </w:tcPr>
          <w:p w14:paraId="6F11BE67"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[lei]</w:t>
            </w:r>
          </w:p>
        </w:tc>
        <w:tc>
          <w:tcPr>
            <w:tcW w:w="1388" w:type="dxa"/>
            <w:shd w:val="clear" w:color="auto" w:fill="F7F9FC"/>
          </w:tcPr>
          <w:p w14:paraId="16C255DB"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[rezultat și E..]</w:t>
            </w:r>
          </w:p>
        </w:tc>
      </w:tr>
      <w:tr w:rsidR="000B73EC" w:rsidRPr="005E5CC4" w14:paraId="69B5AA71" w14:textId="77777777" w:rsidTr="00133FA0">
        <w:trPr>
          <w:cantSplit/>
        </w:trPr>
        <w:tc>
          <w:tcPr>
            <w:tcW w:w="500" w:type="dxa"/>
            <w:shd w:val="clear" w:color="auto" w:fill="FFFFFF"/>
          </w:tcPr>
          <w:p w14:paraId="7D5DC7F1"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2</w:t>
            </w:r>
          </w:p>
        </w:tc>
        <w:tc>
          <w:tcPr>
            <w:tcW w:w="1750" w:type="dxa"/>
            <w:shd w:val="clear" w:color="auto" w:fill="FFFFFF"/>
          </w:tcPr>
          <w:p w14:paraId="11CC53A0"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[proiect/contract]</w:t>
            </w:r>
          </w:p>
        </w:tc>
        <w:tc>
          <w:tcPr>
            <w:tcW w:w="1600" w:type="dxa"/>
            <w:shd w:val="clear" w:color="auto" w:fill="FFFFFF"/>
          </w:tcPr>
          <w:p w14:paraId="66B0EA54"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[beneficiar/finanțator]</w:t>
            </w:r>
          </w:p>
        </w:tc>
        <w:tc>
          <w:tcPr>
            <w:tcW w:w="1050" w:type="dxa"/>
            <w:shd w:val="clear" w:color="auto" w:fill="FFFFFF"/>
          </w:tcPr>
          <w:p w14:paraId="2C1A841D"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[perioadă]</w:t>
            </w:r>
          </w:p>
        </w:tc>
        <w:tc>
          <w:tcPr>
            <w:tcW w:w="2250" w:type="dxa"/>
            <w:shd w:val="clear" w:color="auto" w:fill="FFFFFF"/>
          </w:tcPr>
          <w:p w14:paraId="104B2015"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[rol și activități CD]</w:t>
            </w:r>
          </w:p>
        </w:tc>
        <w:tc>
          <w:tcPr>
            <w:tcW w:w="1100" w:type="dxa"/>
            <w:shd w:val="clear" w:color="auto" w:fill="FFFFFF"/>
          </w:tcPr>
          <w:p w14:paraId="2D1A8D69"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[lei]</w:t>
            </w:r>
          </w:p>
        </w:tc>
        <w:tc>
          <w:tcPr>
            <w:tcW w:w="1388" w:type="dxa"/>
            <w:shd w:val="clear" w:color="auto" w:fill="FFFFFF"/>
          </w:tcPr>
          <w:p w14:paraId="6EAFCF6E"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[rezultat și E..]</w:t>
            </w:r>
          </w:p>
        </w:tc>
      </w:tr>
      <w:tr w:rsidR="000B73EC" w:rsidRPr="005E5CC4" w14:paraId="42A35663" w14:textId="77777777" w:rsidTr="00133FA0">
        <w:trPr>
          <w:cantSplit/>
        </w:trPr>
        <w:tc>
          <w:tcPr>
            <w:tcW w:w="500" w:type="dxa"/>
            <w:shd w:val="clear" w:color="auto" w:fill="F7F9FC"/>
          </w:tcPr>
          <w:p w14:paraId="79589813"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3</w:t>
            </w:r>
          </w:p>
        </w:tc>
        <w:tc>
          <w:tcPr>
            <w:tcW w:w="1750" w:type="dxa"/>
            <w:shd w:val="clear" w:color="auto" w:fill="F7F9FC"/>
          </w:tcPr>
          <w:p w14:paraId="56CF07BD"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[proiect/contract]</w:t>
            </w:r>
          </w:p>
        </w:tc>
        <w:tc>
          <w:tcPr>
            <w:tcW w:w="1600" w:type="dxa"/>
            <w:shd w:val="clear" w:color="auto" w:fill="F7F9FC"/>
          </w:tcPr>
          <w:p w14:paraId="5F68BACB"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[beneficiar/finanțator]</w:t>
            </w:r>
          </w:p>
        </w:tc>
        <w:tc>
          <w:tcPr>
            <w:tcW w:w="1050" w:type="dxa"/>
            <w:shd w:val="clear" w:color="auto" w:fill="F7F9FC"/>
          </w:tcPr>
          <w:p w14:paraId="4FD2F57B"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[perioadă]</w:t>
            </w:r>
          </w:p>
        </w:tc>
        <w:tc>
          <w:tcPr>
            <w:tcW w:w="2250" w:type="dxa"/>
            <w:shd w:val="clear" w:color="auto" w:fill="F7F9FC"/>
          </w:tcPr>
          <w:p w14:paraId="6B205390"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[rol și activități CD]</w:t>
            </w:r>
          </w:p>
        </w:tc>
        <w:tc>
          <w:tcPr>
            <w:tcW w:w="1100" w:type="dxa"/>
            <w:shd w:val="clear" w:color="auto" w:fill="F7F9FC"/>
          </w:tcPr>
          <w:p w14:paraId="52329A05"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[lei]</w:t>
            </w:r>
          </w:p>
        </w:tc>
        <w:tc>
          <w:tcPr>
            <w:tcW w:w="1388" w:type="dxa"/>
            <w:shd w:val="clear" w:color="auto" w:fill="F7F9FC"/>
          </w:tcPr>
          <w:p w14:paraId="7A4BA26E"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[rezultat și E..]</w:t>
            </w:r>
          </w:p>
        </w:tc>
      </w:tr>
      <w:tr w:rsidR="000B73EC" w:rsidRPr="005E5CC4" w14:paraId="11477015" w14:textId="77777777" w:rsidTr="00133FA0">
        <w:trPr>
          <w:cantSplit/>
        </w:trPr>
        <w:tc>
          <w:tcPr>
            <w:tcW w:w="500" w:type="dxa"/>
            <w:shd w:val="clear" w:color="auto" w:fill="FFFFFF"/>
          </w:tcPr>
          <w:p w14:paraId="0F35FAB2"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4</w:t>
            </w:r>
          </w:p>
        </w:tc>
        <w:tc>
          <w:tcPr>
            <w:tcW w:w="1750" w:type="dxa"/>
            <w:shd w:val="clear" w:color="auto" w:fill="FFFFFF"/>
          </w:tcPr>
          <w:p w14:paraId="24DF3344"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[proiect/contract]</w:t>
            </w:r>
          </w:p>
        </w:tc>
        <w:tc>
          <w:tcPr>
            <w:tcW w:w="1600" w:type="dxa"/>
            <w:shd w:val="clear" w:color="auto" w:fill="FFFFFF"/>
          </w:tcPr>
          <w:p w14:paraId="21BE7ED0"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[beneficiar/finanțator]</w:t>
            </w:r>
          </w:p>
        </w:tc>
        <w:tc>
          <w:tcPr>
            <w:tcW w:w="1050" w:type="dxa"/>
            <w:shd w:val="clear" w:color="auto" w:fill="FFFFFF"/>
          </w:tcPr>
          <w:p w14:paraId="2413B380"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[perioadă]</w:t>
            </w:r>
          </w:p>
        </w:tc>
        <w:tc>
          <w:tcPr>
            <w:tcW w:w="2250" w:type="dxa"/>
            <w:shd w:val="clear" w:color="auto" w:fill="FFFFFF"/>
          </w:tcPr>
          <w:p w14:paraId="22DA0959"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[rol și activități CD]</w:t>
            </w:r>
          </w:p>
        </w:tc>
        <w:tc>
          <w:tcPr>
            <w:tcW w:w="1100" w:type="dxa"/>
            <w:shd w:val="clear" w:color="auto" w:fill="FFFFFF"/>
          </w:tcPr>
          <w:p w14:paraId="21A558A0"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[lei]</w:t>
            </w:r>
          </w:p>
        </w:tc>
        <w:tc>
          <w:tcPr>
            <w:tcW w:w="1388" w:type="dxa"/>
            <w:shd w:val="clear" w:color="auto" w:fill="FFFFFF"/>
          </w:tcPr>
          <w:p w14:paraId="5F45BBEE"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[rezultat și E..]</w:t>
            </w:r>
          </w:p>
        </w:tc>
      </w:tr>
      <w:tr w:rsidR="000B73EC" w:rsidRPr="005E5CC4" w14:paraId="773A2C5A" w14:textId="77777777" w:rsidTr="00133FA0">
        <w:trPr>
          <w:cantSplit/>
        </w:trPr>
        <w:tc>
          <w:tcPr>
            <w:tcW w:w="500" w:type="dxa"/>
            <w:shd w:val="clear" w:color="auto" w:fill="F7F9FC"/>
          </w:tcPr>
          <w:p w14:paraId="7CA38834"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5</w:t>
            </w:r>
          </w:p>
        </w:tc>
        <w:tc>
          <w:tcPr>
            <w:tcW w:w="1750" w:type="dxa"/>
            <w:shd w:val="clear" w:color="auto" w:fill="F7F9FC"/>
          </w:tcPr>
          <w:p w14:paraId="28AD2409"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[proiect/contract]</w:t>
            </w:r>
          </w:p>
        </w:tc>
        <w:tc>
          <w:tcPr>
            <w:tcW w:w="1600" w:type="dxa"/>
            <w:shd w:val="clear" w:color="auto" w:fill="F7F9FC"/>
          </w:tcPr>
          <w:p w14:paraId="154C2B8A"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[beneficiar/finanțator]</w:t>
            </w:r>
          </w:p>
        </w:tc>
        <w:tc>
          <w:tcPr>
            <w:tcW w:w="1050" w:type="dxa"/>
            <w:shd w:val="clear" w:color="auto" w:fill="F7F9FC"/>
          </w:tcPr>
          <w:p w14:paraId="262EFE70"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[perioadă]</w:t>
            </w:r>
          </w:p>
        </w:tc>
        <w:tc>
          <w:tcPr>
            <w:tcW w:w="2250" w:type="dxa"/>
            <w:shd w:val="clear" w:color="auto" w:fill="F7F9FC"/>
          </w:tcPr>
          <w:p w14:paraId="73E3D617"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[rol și activități CD]</w:t>
            </w:r>
          </w:p>
        </w:tc>
        <w:tc>
          <w:tcPr>
            <w:tcW w:w="1100" w:type="dxa"/>
            <w:shd w:val="clear" w:color="auto" w:fill="F7F9FC"/>
          </w:tcPr>
          <w:p w14:paraId="06993488"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[lei]</w:t>
            </w:r>
          </w:p>
        </w:tc>
        <w:tc>
          <w:tcPr>
            <w:tcW w:w="1388" w:type="dxa"/>
            <w:shd w:val="clear" w:color="auto" w:fill="F7F9FC"/>
          </w:tcPr>
          <w:p w14:paraId="3E8108C4" w14:textId="77777777" w:rsidR="000B73EC" w:rsidRPr="00133FA0" w:rsidRDefault="000B73EC" w:rsidP="003E7A10">
            <w:pPr>
              <w:spacing w:after="30" w:line="252" w:lineRule="auto"/>
              <w:rPr>
                <w:rFonts w:ascii="Times New Roman" w:hAnsi="Times New Roman" w:cs="Times New Roman"/>
                <w:color w:val="auto"/>
                <w:sz w:val="24"/>
                <w:szCs w:val="24"/>
                <w:highlight w:val="yellow"/>
                <w:lang w:val="ro-RO"/>
              </w:rPr>
            </w:pPr>
            <w:r w:rsidRPr="00133FA0">
              <w:rPr>
                <w:rFonts w:ascii="Times New Roman" w:hAnsi="Times New Roman" w:cs="Times New Roman"/>
                <w:color w:val="auto"/>
                <w:sz w:val="24"/>
                <w:szCs w:val="24"/>
                <w:highlight w:val="yellow"/>
                <w:lang w:val="ro-RO"/>
              </w:rPr>
              <w:t>[rezultat și E..]</w:t>
            </w:r>
          </w:p>
        </w:tc>
      </w:tr>
    </w:tbl>
    <w:p w14:paraId="0DC48125" w14:textId="77777777" w:rsidR="000B73EC" w:rsidRPr="005E5CC4" w:rsidRDefault="000B73EC" w:rsidP="000B73EC">
      <w:pPr>
        <w:spacing w:after="80" w:line="240" w:lineRule="auto"/>
        <w:rPr>
          <w:rFonts w:ascii="Times New Roman" w:hAnsi="Times New Roman" w:cs="Times New Roman"/>
          <w:color w:val="auto"/>
          <w:sz w:val="24"/>
          <w:szCs w:val="24"/>
          <w:lang w:val="ro-RO"/>
        </w:rPr>
      </w:pP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0"/>
        <w:gridCol w:w="6738"/>
      </w:tblGrid>
      <w:tr w:rsidR="000B73EC" w:rsidRPr="005E5CC4" w14:paraId="690C8A9A" w14:textId="77777777" w:rsidTr="00133FA0">
        <w:trPr>
          <w:cantSplit/>
        </w:trPr>
        <w:tc>
          <w:tcPr>
            <w:tcW w:w="2900" w:type="dxa"/>
            <w:shd w:val="clear" w:color="auto" w:fill="F7F9FC"/>
            <w:tcMar>
              <w:top w:w="90" w:type="dxa"/>
              <w:left w:w="120" w:type="dxa"/>
              <w:bottom w:w="90" w:type="dxa"/>
              <w:right w:w="120" w:type="dxa"/>
            </w:tcMar>
            <w:vAlign w:val="center"/>
          </w:tcPr>
          <w:p w14:paraId="469B1313"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Relevanța experienței pentru proiect</w:t>
            </w:r>
          </w:p>
        </w:tc>
        <w:tc>
          <w:tcPr>
            <w:tcW w:w="6738" w:type="dxa"/>
            <w:shd w:val="clear" w:color="auto" w:fill="FFFFFF" w:themeFill="background1"/>
            <w:tcMar>
              <w:top w:w="90" w:type="dxa"/>
              <w:left w:w="120" w:type="dxa"/>
              <w:bottom w:w="90" w:type="dxa"/>
              <w:right w:w="120" w:type="dxa"/>
            </w:tcMar>
            <w:vAlign w:val="center"/>
          </w:tcPr>
          <w:p w14:paraId="4637A74E" w14:textId="77777777" w:rsidR="000B73EC" w:rsidRPr="00117117" w:rsidRDefault="000B73EC" w:rsidP="003E7A10">
            <w:pPr>
              <w:spacing w:after="30" w:line="252" w:lineRule="auto"/>
              <w:rPr>
                <w:rFonts w:ascii="Times New Roman" w:hAnsi="Times New Roman" w:cs="Times New Roman"/>
                <w:iCs/>
                <w:color w:val="auto"/>
                <w:sz w:val="24"/>
                <w:szCs w:val="24"/>
                <w:highlight w:val="yellow"/>
                <w:lang w:val="ro-RO"/>
              </w:rPr>
            </w:pPr>
            <w:r w:rsidRPr="00117117">
              <w:rPr>
                <w:rFonts w:ascii="Times New Roman" w:hAnsi="Times New Roman" w:cs="Times New Roman"/>
                <w:iCs/>
                <w:color w:val="auto"/>
                <w:sz w:val="24"/>
                <w:szCs w:val="24"/>
                <w:highlight w:val="yellow"/>
                <w:lang w:val="ro-RO"/>
              </w:rPr>
              <w:t xml:space="preserve">[Completați: explicați legătura directă cu propulsia, integrarea mecatronică, controlul inteligent, </w:t>
            </w:r>
            <w:proofErr w:type="spellStart"/>
            <w:r w:rsidRPr="00117117">
              <w:rPr>
                <w:rFonts w:ascii="Times New Roman" w:hAnsi="Times New Roman" w:cs="Times New Roman"/>
                <w:iCs/>
                <w:color w:val="auto"/>
                <w:sz w:val="24"/>
                <w:szCs w:val="24"/>
                <w:highlight w:val="yellow"/>
                <w:lang w:val="ro-RO"/>
              </w:rPr>
              <w:t>prototiparea</w:t>
            </w:r>
            <w:proofErr w:type="spellEnd"/>
            <w:r w:rsidRPr="00117117">
              <w:rPr>
                <w:rFonts w:ascii="Times New Roman" w:hAnsi="Times New Roman" w:cs="Times New Roman"/>
                <w:iCs/>
                <w:color w:val="auto"/>
                <w:sz w:val="24"/>
                <w:szCs w:val="24"/>
                <w:highlight w:val="yellow"/>
                <w:lang w:val="ro-RO"/>
              </w:rPr>
              <w:t>, validarea ori industrializarea]</w:t>
            </w:r>
          </w:p>
          <w:p w14:paraId="601A2849" w14:textId="77777777" w:rsidR="000B73EC" w:rsidRPr="00117117" w:rsidRDefault="000B73EC" w:rsidP="003E7A10">
            <w:pPr>
              <w:spacing w:after="40" w:line="252" w:lineRule="auto"/>
              <w:rPr>
                <w:rFonts w:ascii="Times New Roman" w:hAnsi="Times New Roman" w:cs="Times New Roman"/>
                <w:iCs/>
                <w:color w:val="auto"/>
                <w:sz w:val="24"/>
                <w:szCs w:val="24"/>
                <w:highlight w:val="yellow"/>
                <w:lang w:val="ro-RO"/>
              </w:rPr>
            </w:pPr>
            <w:r w:rsidRPr="00117117">
              <w:rPr>
                <w:rFonts w:ascii="Times New Roman" w:hAnsi="Times New Roman" w:cs="Times New Roman"/>
                <w:iCs/>
                <w:color w:val="auto"/>
                <w:sz w:val="24"/>
                <w:szCs w:val="24"/>
                <w:highlight w:val="yellow"/>
                <w:lang w:val="ro-RO"/>
              </w:rPr>
              <w:t xml:space="preserve"> </w:t>
            </w:r>
          </w:p>
          <w:p w14:paraId="66886743" w14:textId="77777777" w:rsidR="000B73EC" w:rsidRPr="00117117" w:rsidRDefault="000B73EC" w:rsidP="003E7A10">
            <w:pPr>
              <w:spacing w:after="40" w:line="252" w:lineRule="auto"/>
              <w:rPr>
                <w:rFonts w:ascii="Times New Roman" w:hAnsi="Times New Roman" w:cs="Times New Roman"/>
                <w:iCs/>
                <w:color w:val="auto"/>
                <w:sz w:val="24"/>
                <w:szCs w:val="24"/>
                <w:highlight w:val="yellow"/>
                <w:lang w:val="ro-RO"/>
              </w:rPr>
            </w:pPr>
            <w:r w:rsidRPr="00117117">
              <w:rPr>
                <w:rFonts w:ascii="Times New Roman" w:hAnsi="Times New Roman" w:cs="Times New Roman"/>
                <w:iCs/>
                <w:color w:val="auto"/>
                <w:sz w:val="24"/>
                <w:szCs w:val="24"/>
                <w:highlight w:val="yellow"/>
                <w:lang w:val="ro-RO"/>
              </w:rPr>
              <w:t xml:space="preserve"> </w:t>
            </w:r>
          </w:p>
          <w:p w14:paraId="19EE6104" w14:textId="77777777" w:rsidR="000B73EC" w:rsidRPr="00117117" w:rsidRDefault="000B73EC" w:rsidP="003E7A10">
            <w:pPr>
              <w:spacing w:after="40" w:line="252" w:lineRule="auto"/>
              <w:rPr>
                <w:rFonts w:ascii="Times New Roman" w:hAnsi="Times New Roman" w:cs="Times New Roman"/>
                <w:iCs/>
                <w:color w:val="auto"/>
                <w:sz w:val="24"/>
                <w:szCs w:val="24"/>
                <w:highlight w:val="yellow"/>
                <w:lang w:val="ro-RO"/>
              </w:rPr>
            </w:pPr>
            <w:r w:rsidRPr="00117117">
              <w:rPr>
                <w:rFonts w:ascii="Times New Roman" w:hAnsi="Times New Roman" w:cs="Times New Roman"/>
                <w:iCs/>
                <w:color w:val="auto"/>
                <w:sz w:val="24"/>
                <w:szCs w:val="24"/>
                <w:highlight w:val="yellow"/>
                <w:lang w:val="ro-RO"/>
              </w:rPr>
              <w:t xml:space="preserve"> </w:t>
            </w:r>
          </w:p>
        </w:tc>
      </w:tr>
      <w:tr w:rsidR="000B73EC" w:rsidRPr="005E5CC4" w14:paraId="0C9ED401" w14:textId="77777777" w:rsidTr="00133FA0">
        <w:trPr>
          <w:cantSplit/>
        </w:trPr>
        <w:tc>
          <w:tcPr>
            <w:tcW w:w="2900" w:type="dxa"/>
            <w:shd w:val="clear" w:color="auto" w:fill="F7F9FC"/>
            <w:tcMar>
              <w:top w:w="90" w:type="dxa"/>
              <w:left w:w="120" w:type="dxa"/>
              <w:bottom w:w="90" w:type="dxa"/>
              <w:right w:w="120" w:type="dxa"/>
            </w:tcMar>
            <w:vAlign w:val="center"/>
          </w:tcPr>
          <w:p w14:paraId="212E1FF9"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Alte competențe demonstrate</w:t>
            </w:r>
          </w:p>
        </w:tc>
        <w:tc>
          <w:tcPr>
            <w:tcW w:w="6738" w:type="dxa"/>
            <w:shd w:val="clear" w:color="auto" w:fill="FFFFFF" w:themeFill="background1"/>
            <w:tcMar>
              <w:top w:w="90" w:type="dxa"/>
              <w:left w:w="120" w:type="dxa"/>
              <w:bottom w:w="90" w:type="dxa"/>
              <w:right w:w="120" w:type="dxa"/>
            </w:tcMar>
            <w:vAlign w:val="center"/>
          </w:tcPr>
          <w:p w14:paraId="018D47C3" w14:textId="77777777" w:rsidR="000B73EC" w:rsidRPr="00117117" w:rsidRDefault="000B73EC" w:rsidP="003E7A10">
            <w:pPr>
              <w:spacing w:after="30" w:line="252" w:lineRule="auto"/>
              <w:rPr>
                <w:rFonts w:ascii="Times New Roman" w:hAnsi="Times New Roman" w:cs="Times New Roman"/>
                <w:iCs/>
                <w:color w:val="auto"/>
                <w:sz w:val="24"/>
                <w:szCs w:val="24"/>
                <w:highlight w:val="yellow"/>
                <w:lang w:val="ro-RO"/>
              </w:rPr>
            </w:pPr>
            <w:r w:rsidRPr="00117117">
              <w:rPr>
                <w:rFonts w:ascii="Times New Roman" w:hAnsi="Times New Roman" w:cs="Times New Roman"/>
                <w:iCs/>
                <w:color w:val="auto"/>
                <w:sz w:val="24"/>
                <w:szCs w:val="24"/>
                <w:highlight w:val="yellow"/>
                <w:lang w:val="ro-RO"/>
              </w:rPr>
              <w:t>[Completați: brevete, produse lansate, laboratoare, certificări, parteneriate și personal-cheie]</w:t>
            </w:r>
          </w:p>
          <w:p w14:paraId="2406AF13" w14:textId="77777777" w:rsidR="000B73EC" w:rsidRPr="00117117" w:rsidRDefault="000B73EC" w:rsidP="003E7A10">
            <w:pPr>
              <w:spacing w:after="40" w:line="252" w:lineRule="auto"/>
              <w:rPr>
                <w:rFonts w:ascii="Times New Roman" w:hAnsi="Times New Roman" w:cs="Times New Roman"/>
                <w:iCs/>
                <w:color w:val="auto"/>
                <w:sz w:val="24"/>
                <w:szCs w:val="24"/>
                <w:highlight w:val="yellow"/>
                <w:lang w:val="ro-RO"/>
              </w:rPr>
            </w:pPr>
            <w:r w:rsidRPr="00117117">
              <w:rPr>
                <w:rFonts w:ascii="Times New Roman" w:hAnsi="Times New Roman" w:cs="Times New Roman"/>
                <w:iCs/>
                <w:color w:val="auto"/>
                <w:sz w:val="24"/>
                <w:szCs w:val="24"/>
                <w:highlight w:val="yellow"/>
                <w:lang w:val="ro-RO"/>
              </w:rPr>
              <w:t xml:space="preserve"> </w:t>
            </w:r>
          </w:p>
          <w:p w14:paraId="2F773E53" w14:textId="77777777" w:rsidR="000B73EC" w:rsidRPr="00117117" w:rsidRDefault="000B73EC" w:rsidP="003E7A10">
            <w:pPr>
              <w:spacing w:after="40" w:line="252" w:lineRule="auto"/>
              <w:rPr>
                <w:rFonts w:ascii="Times New Roman" w:hAnsi="Times New Roman" w:cs="Times New Roman"/>
                <w:iCs/>
                <w:color w:val="auto"/>
                <w:sz w:val="24"/>
                <w:szCs w:val="24"/>
                <w:highlight w:val="yellow"/>
                <w:lang w:val="ro-RO"/>
              </w:rPr>
            </w:pPr>
            <w:r w:rsidRPr="00117117">
              <w:rPr>
                <w:rFonts w:ascii="Times New Roman" w:hAnsi="Times New Roman" w:cs="Times New Roman"/>
                <w:iCs/>
                <w:color w:val="auto"/>
                <w:sz w:val="24"/>
                <w:szCs w:val="24"/>
                <w:highlight w:val="yellow"/>
                <w:lang w:val="ro-RO"/>
              </w:rPr>
              <w:t xml:space="preserve"> </w:t>
            </w:r>
          </w:p>
        </w:tc>
      </w:tr>
    </w:tbl>
    <w:p w14:paraId="4437DE07"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2E4D8275" w14:textId="77777777" w:rsidR="000B73EC" w:rsidRPr="005E5CC4" w:rsidRDefault="000B73EC" w:rsidP="000B73EC">
      <w:pP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br w:type="page"/>
      </w:r>
    </w:p>
    <w:p w14:paraId="6E927E72" w14:textId="77777777" w:rsidR="000B73EC" w:rsidRPr="005E5CC4" w:rsidRDefault="000B73EC" w:rsidP="000B73EC">
      <w:pPr>
        <w:pStyle w:val="Heading1"/>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lastRenderedPageBreak/>
        <w:t>8. Principii orizontale, DNSH și climă - 10 puncte</w:t>
      </w:r>
    </w:p>
    <w:p w14:paraId="0509C13F" w14:textId="77777777" w:rsidR="000B73EC" w:rsidRPr="005E5CC4" w:rsidRDefault="000B73EC" w:rsidP="000B73EC">
      <w:pPr>
        <w:pStyle w:val="Heading2"/>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8.1 Măsuri orizontale</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1900"/>
        <w:gridCol w:w="2700"/>
        <w:gridCol w:w="1700"/>
        <w:gridCol w:w="1538"/>
      </w:tblGrid>
      <w:tr w:rsidR="000B73EC" w:rsidRPr="005E5CC4" w14:paraId="392DE737" w14:textId="77777777" w:rsidTr="00117117">
        <w:trPr>
          <w:tblHeader/>
        </w:trPr>
        <w:tc>
          <w:tcPr>
            <w:tcW w:w="1800" w:type="dxa"/>
            <w:shd w:val="clear" w:color="auto" w:fill="17365D"/>
            <w:tcMar>
              <w:top w:w="90" w:type="dxa"/>
              <w:left w:w="120" w:type="dxa"/>
              <w:bottom w:w="90" w:type="dxa"/>
              <w:right w:w="120" w:type="dxa"/>
            </w:tcMar>
            <w:vAlign w:val="center"/>
          </w:tcPr>
          <w:p w14:paraId="62473BAB"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Principiu</w:t>
            </w:r>
          </w:p>
        </w:tc>
        <w:tc>
          <w:tcPr>
            <w:tcW w:w="1900" w:type="dxa"/>
            <w:shd w:val="clear" w:color="auto" w:fill="17365D"/>
            <w:tcMar>
              <w:top w:w="90" w:type="dxa"/>
              <w:left w:w="120" w:type="dxa"/>
              <w:bottom w:w="90" w:type="dxa"/>
              <w:right w:w="120" w:type="dxa"/>
            </w:tcMar>
            <w:vAlign w:val="center"/>
          </w:tcPr>
          <w:p w14:paraId="61C8E849"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Respectare minimă</w:t>
            </w:r>
          </w:p>
        </w:tc>
        <w:tc>
          <w:tcPr>
            <w:tcW w:w="2700" w:type="dxa"/>
            <w:shd w:val="clear" w:color="auto" w:fill="17365D"/>
            <w:tcMar>
              <w:top w:w="90" w:type="dxa"/>
              <w:left w:w="120" w:type="dxa"/>
              <w:bottom w:w="90" w:type="dxa"/>
              <w:right w:w="120" w:type="dxa"/>
            </w:tcMar>
            <w:vAlign w:val="center"/>
          </w:tcPr>
          <w:p w14:paraId="73841833"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Contribuție suplimentară</w:t>
            </w:r>
          </w:p>
        </w:tc>
        <w:tc>
          <w:tcPr>
            <w:tcW w:w="1700" w:type="dxa"/>
            <w:shd w:val="clear" w:color="auto" w:fill="17365D"/>
            <w:tcMar>
              <w:top w:w="90" w:type="dxa"/>
              <w:left w:w="120" w:type="dxa"/>
              <w:bottom w:w="90" w:type="dxa"/>
              <w:right w:w="120" w:type="dxa"/>
            </w:tcMar>
            <w:vAlign w:val="center"/>
          </w:tcPr>
          <w:p w14:paraId="2DA15B02"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Indicator</w:t>
            </w:r>
          </w:p>
        </w:tc>
        <w:tc>
          <w:tcPr>
            <w:tcW w:w="1538" w:type="dxa"/>
            <w:shd w:val="clear" w:color="auto" w:fill="17365D"/>
            <w:tcMar>
              <w:top w:w="90" w:type="dxa"/>
              <w:left w:w="120" w:type="dxa"/>
              <w:bottom w:w="90" w:type="dxa"/>
              <w:right w:w="120" w:type="dxa"/>
            </w:tcMar>
            <w:vAlign w:val="center"/>
          </w:tcPr>
          <w:p w14:paraId="222D2695"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Dovadă</w:t>
            </w:r>
          </w:p>
        </w:tc>
      </w:tr>
      <w:tr w:rsidR="000B73EC" w:rsidRPr="005E5CC4" w14:paraId="786E38AD" w14:textId="77777777" w:rsidTr="00117117">
        <w:trPr>
          <w:cantSplit/>
        </w:trPr>
        <w:tc>
          <w:tcPr>
            <w:tcW w:w="1800" w:type="dxa"/>
            <w:shd w:val="clear" w:color="auto" w:fill="F7F9FC"/>
          </w:tcPr>
          <w:p w14:paraId="310BEE97"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Dezvoltare durabilă</w:t>
            </w:r>
          </w:p>
        </w:tc>
        <w:tc>
          <w:tcPr>
            <w:tcW w:w="1900" w:type="dxa"/>
            <w:shd w:val="clear" w:color="auto" w:fill="F7F9FC"/>
          </w:tcPr>
          <w:p w14:paraId="31CCE6E1"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[obligații minime]</w:t>
            </w:r>
          </w:p>
        </w:tc>
        <w:tc>
          <w:tcPr>
            <w:tcW w:w="2700" w:type="dxa"/>
            <w:shd w:val="clear" w:color="auto" w:fill="F7F9FC"/>
          </w:tcPr>
          <w:p w14:paraId="1CC21F48"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[măsură suplimentară]</w:t>
            </w:r>
          </w:p>
        </w:tc>
        <w:tc>
          <w:tcPr>
            <w:tcW w:w="1700" w:type="dxa"/>
            <w:shd w:val="clear" w:color="auto" w:fill="F7F9FC"/>
          </w:tcPr>
          <w:p w14:paraId="5E36C2F4"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[indicator/țintă]</w:t>
            </w:r>
          </w:p>
        </w:tc>
        <w:tc>
          <w:tcPr>
            <w:tcW w:w="1538" w:type="dxa"/>
            <w:shd w:val="clear" w:color="auto" w:fill="F7F9FC"/>
          </w:tcPr>
          <w:p w14:paraId="75E1F483"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[dovadă/buget]</w:t>
            </w:r>
          </w:p>
        </w:tc>
      </w:tr>
      <w:tr w:rsidR="000B73EC" w:rsidRPr="005E5CC4" w14:paraId="4DC21931" w14:textId="77777777" w:rsidTr="00117117">
        <w:trPr>
          <w:cantSplit/>
        </w:trPr>
        <w:tc>
          <w:tcPr>
            <w:tcW w:w="1800" w:type="dxa"/>
            <w:shd w:val="clear" w:color="auto" w:fill="FFFFFF"/>
          </w:tcPr>
          <w:p w14:paraId="3781450D"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Egalitate de gen</w:t>
            </w:r>
          </w:p>
        </w:tc>
        <w:tc>
          <w:tcPr>
            <w:tcW w:w="1900" w:type="dxa"/>
            <w:shd w:val="clear" w:color="auto" w:fill="FFFFFF"/>
          </w:tcPr>
          <w:p w14:paraId="7542D577"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[obligații minime]</w:t>
            </w:r>
          </w:p>
        </w:tc>
        <w:tc>
          <w:tcPr>
            <w:tcW w:w="2700" w:type="dxa"/>
            <w:shd w:val="clear" w:color="auto" w:fill="FFFFFF"/>
          </w:tcPr>
          <w:p w14:paraId="20043CF4"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[măsură suplimentară]</w:t>
            </w:r>
          </w:p>
        </w:tc>
        <w:tc>
          <w:tcPr>
            <w:tcW w:w="1700" w:type="dxa"/>
            <w:shd w:val="clear" w:color="auto" w:fill="FFFFFF"/>
          </w:tcPr>
          <w:p w14:paraId="5DA326E5"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[indicator/țintă]</w:t>
            </w:r>
          </w:p>
        </w:tc>
        <w:tc>
          <w:tcPr>
            <w:tcW w:w="1538" w:type="dxa"/>
            <w:shd w:val="clear" w:color="auto" w:fill="FFFFFF"/>
          </w:tcPr>
          <w:p w14:paraId="5717F941"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[dovadă/buget]</w:t>
            </w:r>
          </w:p>
        </w:tc>
      </w:tr>
      <w:tr w:rsidR="000B73EC" w:rsidRPr="005E5CC4" w14:paraId="6E7CED9C" w14:textId="77777777" w:rsidTr="00117117">
        <w:trPr>
          <w:cantSplit/>
        </w:trPr>
        <w:tc>
          <w:tcPr>
            <w:tcW w:w="1800" w:type="dxa"/>
            <w:shd w:val="clear" w:color="auto" w:fill="F7F9FC"/>
          </w:tcPr>
          <w:p w14:paraId="2A4D39D4"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Nediscriminare</w:t>
            </w:r>
          </w:p>
        </w:tc>
        <w:tc>
          <w:tcPr>
            <w:tcW w:w="1900" w:type="dxa"/>
            <w:shd w:val="clear" w:color="auto" w:fill="F7F9FC"/>
          </w:tcPr>
          <w:p w14:paraId="6FB0495D"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[obligații minime]</w:t>
            </w:r>
          </w:p>
        </w:tc>
        <w:tc>
          <w:tcPr>
            <w:tcW w:w="2700" w:type="dxa"/>
            <w:shd w:val="clear" w:color="auto" w:fill="F7F9FC"/>
          </w:tcPr>
          <w:p w14:paraId="58FB5C56"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[măsură suplimentară]</w:t>
            </w:r>
          </w:p>
        </w:tc>
        <w:tc>
          <w:tcPr>
            <w:tcW w:w="1700" w:type="dxa"/>
            <w:shd w:val="clear" w:color="auto" w:fill="F7F9FC"/>
          </w:tcPr>
          <w:p w14:paraId="3E122A48"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[indicator/țintă]</w:t>
            </w:r>
          </w:p>
        </w:tc>
        <w:tc>
          <w:tcPr>
            <w:tcW w:w="1538" w:type="dxa"/>
            <w:shd w:val="clear" w:color="auto" w:fill="F7F9FC"/>
          </w:tcPr>
          <w:p w14:paraId="59ECDA3B"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[dovadă/buget]</w:t>
            </w:r>
          </w:p>
        </w:tc>
      </w:tr>
      <w:tr w:rsidR="000B73EC" w:rsidRPr="005E5CC4" w14:paraId="233E8F45" w14:textId="77777777" w:rsidTr="00117117">
        <w:trPr>
          <w:cantSplit/>
        </w:trPr>
        <w:tc>
          <w:tcPr>
            <w:tcW w:w="1800" w:type="dxa"/>
            <w:shd w:val="clear" w:color="auto" w:fill="FFFFFF"/>
          </w:tcPr>
          <w:p w14:paraId="49B47441"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Accesibilitate</w:t>
            </w:r>
          </w:p>
        </w:tc>
        <w:tc>
          <w:tcPr>
            <w:tcW w:w="1900" w:type="dxa"/>
            <w:shd w:val="clear" w:color="auto" w:fill="FFFFFF"/>
          </w:tcPr>
          <w:p w14:paraId="2ADCC1BF"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[obligații minime]</w:t>
            </w:r>
          </w:p>
        </w:tc>
        <w:tc>
          <w:tcPr>
            <w:tcW w:w="2700" w:type="dxa"/>
            <w:shd w:val="clear" w:color="auto" w:fill="FFFFFF"/>
          </w:tcPr>
          <w:p w14:paraId="720197F2"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[măsură suplimentară]</w:t>
            </w:r>
          </w:p>
        </w:tc>
        <w:tc>
          <w:tcPr>
            <w:tcW w:w="1700" w:type="dxa"/>
            <w:shd w:val="clear" w:color="auto" w:fill="FFFFFF"/>
          </w:tcPr>
          <w:p w14:paraId="422F1DC5"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[indicator/țintă]</w:t>
            </w:r>
          </w:p>
        </w:tc>
        <w:tc>
          <w:tcPr>
            <w:tcW w:w="1538" w:type="dxa"/>
            <w:shd w:val="clear" w:color="auto" w:fill="FFFFFF"/>
          </w:tcPr>
          <w:p w14:paraId="2495D5FA"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[dovadă/buget]</w:t>
            </w:r>
          </w:p>
        </w:tc>
      </w:tr>
      <w:tr w:rsidR="000B73EC" w:rsidRPr="005E5CC4" w14:paraId="462D749D" w14:textId="77777777" w:rsidTr="00117117">
        <w:trPr>
          <w:cantSplit/>
        </w:trPr>
        <w:tc>
          <w:tcPr>
            <w:tcW w:w="1800" w:type="dxa"/>
            <w:shd w:val="clear" w:color="auto" w:fill="F7F9FC"/>
          </w:tcPr>
          <w:p w14:paraId="320B0D6E"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Drepturi fundamentale</w:t>
            </w:r>
          </w:p>
        </w:tc>
        <w:tc>
          <w:tcPr>
            <w:tcW w:w="1900" w:type="dxa"/>
            <w:shd w:val="clear" w:color="auto" w:fill="F7F9FC"/>
          </w:tcPr>
          <w:p w14:paraId="6D0EF3C0"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[obligații minime]</w:t>
            </w:r>
          </w:p>
        </w:tc>
        <w:tc>
          <w:tcPr>
            <w:tcW w:w="2700" w:type="dxa"/>
            <w:shd w:val="clear" w:color="auto" w:fill="F7F9FC"/>
          </w:tcPr>
          <w:p w14:paraId="71A9EED4"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[măsură suplimentară]</w:t>
            </w:r>
          </w:p>
        </w:tc>
        <w:tc>
          <w:tcPr>
            <w:tcW w:w="1700" w:type="dxa"/>
            <w:shd w:val="clear" w:color="auto" w:fill="F7F9FC"/>
          </w:tcPr>
          <w:p w14:paraId="1F3C3261"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[indicator/țintă]</w:t>
            </w:r>
          </w:p>
        </w:tc>
        <w:tc>
          <w:tcPr>
            <w:tcW w:w="1538" w:type="dxa"/>
            <w:shd w:val="clear" w:color="auto" w:fill="F7F9FC"/>
          </w:tcPr>
          <w:p w14:paraId="63657459"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[dovadă/buget]</w:t>
            </w:r>
          </w:p>
        </w:tc>
      </w:tr>
    </w:tbl>
    <w:p w14:paraId="58DF95A8"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147D3A15" w14:textId="77777777" w:rsidR="000B73EC" w:rsidRPr="005E5CC4" w:rsidRDefault="000B73EC" w:rsidP="000B73EC">
      <w:pPr>
        <w:pStyle w:val="Heading2"/>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8.2 Analiza DNSH pe cele șase obiective de mediu</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2450"/>
        <w:gridCol w:w="1500"/>
        <w:gridCol w:w="2300"/>
        <w:gridCol w:w="1500"/>
        <w:gridCol w:w="1388"/>
      </w:tblGrid>
      <w:tr w:rsidR="000B73EC" w:rsidRPr="005E5CC4" w14:paraId="6A703BCB" w14:textId="77777777" w:rsidTr="00117117">
        <w:trPr>
          <w:tblHeader/>
        </w:trPr>
        <w:tc>
          <w:tcPr>
            <w:tcW w:w="500" w:type="dxa"/>
            <w:shd w:val="clear" w:color="auto" w:fill="17365D"/>
            <w:tcMar>
              <w:top w:w="90" w:type="dxa"/>
              <w:left w:w="120" w:type="dxa"/>
              <w:bottom w:w="90" w:type="dxa"/>
              <w:right w:w="120" w:type="dxa"/>
            </w:tcMar>
            <w:vAlign w:val="center"/>
          </w:tcPr>
          <w:p w14:paraId="2329E842"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Nr.</w:t>
            </w:r>
          </w:p>
        </w:tc>
        <w:tc>
          <w:tcPr>
            <w:tcW w:w="2450" w:type="dxa"/>
            <w:shd w:val="clear" w:color="auto" w:fill="17365D"/>
            <w:tcMar>
              <w:top w:w="90" w:type="dxa"/>
              <w:left w:w="120" w:type="dxa"/>
              <w:bottom w:w="90" w:type="dxa"/>
              <w:right w:w="120" w:type="dxa"/>
            </w:tcMar>
            <w:vAlign w:val="center"/>
          </w:tcPr>
          <w:p w14:paraId="19C00166"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Obiectiv DNSH</w:t>
            </w:r>
          </w:p>
        </w:tc>
        <w:tc>
          <w:tcPr>
            <w:tcW w:w="1500" w:type="dxa"/>
            <w:shd w:val="clear" w:color="auto" w:fill="17365D"/>
            <w:tcMar>
              <w:top w:w="90" w:type="dxa"/>
              <w:left w:w="120" w:type="dxa"/>
              <w:bottom w:w="90" w:type="dxa"/>
              <w:right w:w="120" w:type="dxa"/>
            </w:tcMar>
            <w:vAlign w:val="center"/>
          </w:tcPr>
          <w:p w14:paraId="76025C3A"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Impact potențial</w:t>
            </w:r>
          </w:p>
        </w:tc>
        <w:tc>
          <w:tcPr>
            <w:tcW w:w="2300" w:type="dxa"/>
            <w:shd w:val="clear" w:color="auto" w:fill="17365D"/>
            <w:tcMar>
              <w:top w:w="90" w:type="dxa"/>
              <w:left w:w="120" w:type="dxa"/>
              <w:bottom w:w="90" w:type="dxa"/>
              <w:right w:w="120" w:type="dxa"/>
            </w:tcMar>
            <w:vAlign w:val="center"/>
          </w:tcPr>
          <w:p w14:paraId="5399036C"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Măsuri</w:t>
            </w:r>
          </w:p>
        </w:tc>
        <w:tc>
          <w:tcPr>
            <w:tcW w:w="1500" w:type="dxa"/>
            <w:shd w:val="clear" w:color="auto" w:fill="17365D"/>
            <w:tcMar>
              <w:top w:w="90" w:type="dxa"/>
              <w:left w:w="120" w:type="dxa"/>
              <w:bottom w:w="90" w:type="dxa"/>
              <w:right w:w="120" w:type="dxa"/>
            </w:tcMar>
            <w:vAlign w:val="center"/>
          </w:tcPr>
          <w:p w14:paraId="302524DF"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Indicator</w:t>
            </w:r>
          </w:p>
        </w:tc>
        <w:tc>
          <w:tcPr>
            <w:tcW w:w="1388" w:type="dxa"/>
            <w:shd w:val="clear" w:color="auto" w:fill="17365D"/>
            <w:tcMar>
              <w:top w:w="90" w:type="dxa"/>
              <w:left w:w="120" w:type="dxa"/>
              <w:bottom w:w="90" w:type="dxa"/>
              <w:right w:w="120" w:type="dxa"/>
            </w:tcMar>
            <w:vAlign w:val="center"/>
          </w:tcPr>
          <w:p w14:paraId="1C04424D"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Dovadă</w:t>
            </w:r>
          </w:p>
        </w:tc>
      </w:tr>
      <w:tr w:rsidR="000B73EC" w:rsidRPr="005E5CC4" w14:paraId="3F7C0F88" w14:textId="77777777" w:rsidTr="00117117">
        <w:trPr>
          <w:cantSplit/>
        </w:trPr>
        <w:tc>
          <w:tcPr>
            <w:tcW w:w="500" w:type="dxa"/>
            <w:shd w:val="clear" w:color="auto" w:fill="F7F9FC"/>
          </w:tcPr>
          <w:p w14:paraId="6EB2C0F2"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1</w:t>
            </w:r>
          </w:p>
        </w:tc>
        <w:tc>
          <w:tcPr>
            <w:tcW w:w="2450" w:type="dxa"/>
            <w:shd w:val="clear" w:color="auto" w:fill="F7F9FC"/>
          </w:tcPr>
          <w:p w14:paraId="5AA0FAD3"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Atenuarea schimbărilor climatice</w:t>
            </w:r>
          </w:p>
        </w:tc>
        <w:tc>
          <w:tcPr>
            <w:tcW w:w="1500" w:type="dxa"/>
            <w:shd w:val="clear" w:color="auto" w:fill="F7F9FC"/>
          </w:tcPr>
          <w:p w14:paraId="6CC354AE"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[impact]</w:t>
            </w:r>
          </w:p>
        </w:tc>
        <w:tc>
          <w:tcPr>
            <w:tcW w:w="2300" w:type="dxa"/>
            <w:shd w:val="clear" w:color="auto" w:fill="F7F9FC"/>
          </w:tcPr>
          <w:p w14:paraId="1C9483DC"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[măsuri]</w:t>
            </w:r>
          </w:p>
        </w:tc>
        <w:tc>
          <w:tcPr>
            <w:tcW w:w="1500" w:type="dxa"/>
            <w:shd w:val="clear" w:color="auto" w:fill="F7F9FC"/>
          </w:tcPr>
          <w:p w14:paraId="08935116"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[KPI/țintă]</w:t>
            </w:r>
          </w:p>
        </w:tc>
        <w:tc>
          <w:tcPr>
            <w:tcW w:w="1388" w:type="dxa"/>
            <w:shd w:val="clear" w:color="auto" w:fill="F7F9FC"/>
          </w:tcPr>
          <w:p w14:paraId="169A7B62"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[dovadă]</w:t>
            </w:r>
          </w:p>
        </w:tc>
      </w:tr>
      <w:tr w:rsidR="000B73EC" w:rsidRPr="005E5CC4" w14:paraId="5D0DDA18" w14:textId="77777777" w:rsidTr="00117117">
        <w:trPr>
          <w:cantSplit/>
        </w:trPr>
        <w:tc>
          <w:tcPr>
            <w:tcW w:w="500" w:type="dxa"/>
            <w:shd w:val="clear" w:color="auto" w:fill="FFFFFF"/>
          </w:tcPr>
          <w:p w14:paraId="156C9F56"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2</w:t>
            </w:r>
          </w:p>
        </w:tc>
        <w:tc>
          <w:tcPr>
            <w:tcW w:w="2450" w:type="dxa"/>
            <w:shd w:val="clear" w:color="auto" w:fill="FFFFFF"/>
          </w:tcPr>
          <w:p w14:paraId="0329724C"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Adaptarea la schimbările climatice</w:t>
            </w:r>
          </w:p>
        </w:tc>
        <w:tc>
          <w:tcPr>
            <w:tcW w:w="1500" w:type="dxa"/>
            <w:shd w:val="clear" w:color="auto" w:fill="FFFFFF"/>
          </w:tcPr>
          <w:p w14:paraId="68128F18"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[impact]</w:t>
            </w:r>
          </w:p>
        </w:tc>
        <w:tc>
          <w:tcPr>
            <w:tcW w:w="2300" w:type="dxa"/>
            <w:shd w:val="clear" w:color="auto" w:fill="FFFFFF"/>
          </w:tcPr>
          <w:p w14:paraId="2B08827C"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[măsuri]</w:t>
            </w:r>
          </w:p>
        </w:tc>
        <w:tc>
          <w:tcPr>
            <w:tcW w:w="1500" w:type="dxa"/>
            <w:shd w:val="clear" w:color="auto" w:fill="FFFFFF"/>
          </w:tcPr>
          <w:p w14:paraId="008295B5"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[KPI/țintă]</w:t>
            </w:r>
          </w:p>
        </w:tc>
        <w:tc>
          <w:tcPr>
            <w:tcW w:w="1388" w:type="dxa"/>
            <w:shd w:val="clear" w:color="auto" w:fill="FFFFFF"/>
          </w:tcPr>
          <w:p w14:paraId="2CB5FF3F"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[dovadă]</w:t>
            </w:r>
          </w:p>
        </w:tc>
      </w:tr>
      <w:tr w:rsidR="000B73EC" w:rsidRPr="005E5CC4" w14:paraId="2FF59275" w14:textId="77777777" w:rsidTr="00117117">
        <w:trPr>
          <w:cantSplit/>
        </w:trPr>
        <w:tc>
          <w:tcPr>
            <w:tcW w:w="500" w:type="dxa"/>
            <w:shd w:val="clear" w:color="auto" w:fill="F7F9FC"/>
          </w:tcPr>
          <w:p w14:paraId="7774B7A0"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3</w:t>
            </w:r>
          </w:p>
        </w:tc>
        <w:tc>
          <w:tcPr>
            <w:tcW w:w="2450" w:type="dxa"/>
            <w:shd w:val="clear" w:color="auto" w:fill="F7F9FC"/>
          </w:tcPr>
          <w:p w14:paraId="53B562AB"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Apa și resursele marine</w:t>
            </w:r>
          </w:p>
        </w:tc>
        <w:tc>
          <w:tcPr>
            <w:tcW w:w="1500" w:type="dxa"/>
            <w:shd w:val="clear" w:color="auto" w:fill="F7F9FC"/>
          </w:tcPr>
          <w:p w14:paraId="70972989"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[impact/N.A.]</w:t>
            </w:r>
          </w:p>
        </w:tc>
        <w:tc>
          <w:tcPr>
            <w:tcW w:w="2300" w:type="dxa"/>
            <w:shd w:val="clear" w:color="auto" w:fill="F7F9FC"/>
          </w:tcPr>
          <w:p w14:paraId="722170CA"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[măsuri]</w:t>
            </w:r>
          </w:p>
        </w:tc>
        <w:tc>
          <w:tcPr>
            <w:tcW w:w="1500" w:type="dxa"/>
            <w:shd w:val="clear" w:color="auto" w:fill="F7F9FC"/>
          </w:tcPr>
          <w:p w14:paraId="07F0F7B0"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[KPI/țintă]</w:t>
            </w:r>
          </w:p>
        </w:tc>
        <w:tc>
          <w:tcPr>
            <w:tcW w:w="1388" w:type="dxa"/>
            <w:shd w:val="clear" w:color="auto" w:fill="F7F9FC"/>
          </w:tcPr>
          <w:p w14:paraId="425AC99E"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[dovadă]</w:t>
            </w:r>
          </w:p>
        </w:tc>
      </w:tr>
      <w:tr w:rsidR="000B73EC" w:rsidRPr="005E5CC4" w14:paraId="48F09207" w14:textId="77777777" w:rsidTr="00117117">
        <w:trPr>
          <w:cantSplit/>
        </w:trPr>
        <w:tc>
          <w:tcPr>
            <w:tcW w:w="500" w:type="dxa"/>
            <w:shd w:val="clear" w:color="auto" w:fill="FFFFFF"/>
          </w:tcPr>
          <w:p w14:paraId="7B006718"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4</w:t>
            </w:r>
          </w:p>
        </w:tc>
        <w:tc>
          <w:tcPr>
            <w:tcW w:w="2450" w:type="dxa"/>
            <w:shd w:val="clear" w:color="auto" w:fill="FFFFFF"/>
          </w:tcPr>
          <w:p w14:paraId="598006B1"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Economia circulară</w:t>
            </w:r>
          </w:p>
        </w:tc>
        <w:tc>
          <w:tcPr>
            <w:tcW w:w="1500" w:type="dxa"/>
            <w:shd w:val="clear" w:color="auto" w:fill="FFFFFF"/>
          </w:tcPr>
          <w:p w14:paraId="1F8DA1A0"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[impact]</w:t>
            </w:r>
          </w:p>
        </w:tc>
        <w:tc>
          <w:tcPr>
            <w:tcW w:w="2300" w:type="dxa"/>
            <w:shd w:val="clear" w:color="auto" w:fill="FFFFFF"/>
          </w:tcPr>
          <w:p w14:paraId="177E2B21"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[măsuri]</w:t>
            </w:r>
          </w:p>
        </w:tc>
        <w:tc>
          <w:tcPr>
            <w:tcW w:w="1500" w:type="dxa"/>
            <w:shd w:val="clear" w:color="auto" w:fill="FFFFFF"/>
          </w:tcPr>
          <w:p w14:paraId="5E4946B6"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[KPI/țintă]</w:t>
            </w:r>
          </w:p>
        </w:tc>
        <w:tc>
          <w:tcPr>
            <w:tcW w:w="1388" w:type="dxa"/>
            <w:shd w:val="clear" w:color="auto" w:fill="FFFFFF"/>
          </w:tcPr>
          <w:p w14:paraId="3C2A9706"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[dovadă]</w:t>
            </w:r>
          </w:p>
        </w:tc>
      </w:tr>
      <w:tr w:rsidR="000B73EC" w:rsidRPr="005E5CC4" w14:paraId="35AA610B" w14:textId="77777777" w:rsidTr="00117117">
        <w:trPr>
          <w:cantSplit/>
        </w:trPr>
        <w:tc>
          <w:tcPr>
            <w:tcW w:w="500" w:type="dxa"/>
            <w:shd w:val="clear" w:color="auto" w:fill="F7F9FC"/>
          </w:tcPr>
          <w:p w14:paraId="501EF002"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5</w:t>
            </w:r>
          </w:p>
        </w:tc>
        <w:tc>
          <w:tcPr>
            <w:tcW w:w="2450" w:type="dxa"/>
            <w:shd w:val="clear" w:color="auto" w:fill="F7F9FC"/>
          </w:tcPr>
          <w:p w14:paraId="4DEA51EB"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Prevenirea și controlul poluării</w:t>
            </w:r>
          </w:p>
        </w:tc>
        <w:tc>
          <w:tcPr>
            <w:tcW w:w="1500" w:type="dxa"/>
            <w:shd w:val="clear" w:color="auto" w:fill="F7F9FC"/>
          </w:tcPr>
          <w:p w14:paraId="3155925E"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[impact]</w:t>
            </w:r>
          </w:p>
        </w:tc>
        <w:tc>
          <w:tcPr>
            <w:tcW w:w="2300" w:type="dxa"/>
            <w:shd w:val="clear" w:color="auto" w:fill="F7F9FC"/>
          </w:tcPr>
          <w:p w14:paraId="3ADCEC80"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[măsuri]</w:t>
            </w:r>
          </w:p>
        </w:tc>
        <w:tc>
          <w:tcPr>
            <w:tcW w:w="1500" w:type="dxa"/>
            <w:shd w:val="clear" w:color="auto" w:fill="F7F9FC"/>
          </w:tcPr>
          <w:p w14:paraId="4869C7DC"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[KPI/țintă]</w:t>
            </w:r>
          </w:p>
        </w:tc>
        <w:tc>
          <w:tcPr>
            <w:tcW w:w="1388" w:type="dxa"/>
            <w:shd w:val="clear" w:color="auto" w:fill="F7F9FC"/>
          </w:tcPr>
          <w:p w14:paraId="1D252934"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[dovadă]</w:t>
            </w:r>
          </w:p>
        </w:tc>
      </w:tr>
      <w:tr w:rsidR="000B73EC" w:rsidRPr="005E5CC4" w14:paraId="7BAE657F" w14:textId="77777777" w:rsidTr="00117117">
        <w:trPr>
          <w:cantSplit/>
        </w:trPr>
        <w:tc>
          <w:tcPr>
            <w:tcW w:w="500" w:type="dxa"/>
            <w:shd w:val="clear" w:color="auto" w:fill="FFFFFF"/>
          </w:tcPr>
          <w:p w14:paraId="6459C2D4"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6</w:t>
            </w:r>
          </w:p>
        </w:tc>
        <w:tc>
          <w:tcPr>
            <w:tcW w:w="2450" w:type="dxa"/>
            <w:shd w:val="clear" w:color="auto" w:fill="FFFFFF"/>
          </w:tcPr>
          <w:p w14:paraId="62942511"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Biodiversitate și ecosisteme</w:t>
            </w:r>
          </w:p>
        </w:tc>
        <w:tc>
          <w:tcPr>
            <w:tcW w:w="1500" w:type="dxa"/>
            <w:shd w:val="clear" w:color="auto" w:fill="FFFFFF"/>
          </w:tcPr>
          <w:p w14:paraId="685EE626"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[impact/N.A.]</w:t>
            </w:r>
          </w:p>
        </w:tc>
        <w:tc>
          <w:tcPr>
            <w:tcW w:w="2300" w:type="dxa"/>
            <w:shd w:val="clear" w:color="auto" w:fill="FFFFFF"/>
          </w:tcPr>
          <w:p w14:paraId="1BB02C01"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[măsuri]</w:t>
            </w:r>
          </w:p>
        </w:tc>
        <w:tc>
          <w:tcPr>
            <w:tcW w:w="1500" w:type="dxa"/>
            <w:shd w:val="clear" w:color="auto" w:fill="FFFFFF"/>
          </w:tcPr>
          <w:p w14:paraId="5094E0ED"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[KPI/țintă]</w:t>
            </w:r>
          </w:p>
        </w:tc>
        <w:tc>
          <w:tcPr>
            <w:tcW w:w="1388" w:type="dxa"/>
            <w:shd w:val="clear" w:color="auto" w:fill="FFFFFF"/>
          </w:tcPr>
          <w:p w14:paraId="7A85D7A2" w14:textId="77777777" w:rsidR="000B73EC" w:rsidRPr="00117117" w:rsidRDefault="000B73EC" w:rsidP="003E7A10">
            <w:pPr>
              <w:spacing w:after="30" w:line="252" w:lineRule="auto"/>
              <w:rPr>
                <w:rFonts w:ascii="Times New Roman" w:hAnsi="Times New Roman" w:cs="Times New Roman"/>
                <w:color w:val="auto"/>
                <w:sz w:val="24"/>
                <w:szCs w:val="24"/>
                <w:highlight w:val="yellow"/>
                <w:lang w:val="ro-RO"/>
              </w:rPr>
            </w:pPr>
            <w:r w:rsidRPr="00117117">
              <w:rPr>
                <w:rFonts w:ascii="Times New Roman" w:hAnsi="Times New Roman" w:cs="Times New Roman"/>
                <w:color w:val="auto"/>
                <w:sz w:val="24"/>
                <w:szCs w:val="24"/>
                <w:highlight w:val="yellow"/>
                <w:lang w:val="ro-RO"/>
              </w:rPr>
              <w:t>[dovadă]</w:t>
            </w:r>
          </w:p>
        </w:tc>
      </w:tr>
    </w:tbl>
    <w:p w14:paraId="6C78BEE2"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6F3FC6C8" w14:textId="77777777" w:rsidR="000B73EC" w:rsidRPr="005E5CC4" w:rsidRDefault="000B73EC" w:rsidP="000B73EC">
      <w:pPr>
        <w:pStyle w:val="Heading2"/>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8.3 Imunizarea la schimbările climatice</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0"/>
        <w:gridCol w:w="6738"/>
      </w:tblGrid>
      <w:tr w:rsidR="000B73EC" w:rsidRPr="005E5CC4" w14:paraId="67233708" w14:textId="77777777" w:rsidTr="00117117">
        <w:trPr>
          <w:cantSplit/>
        </w:trPr>
        <w:tc>
          <w:tcPr>
            <w:tcW w:w="2900" w:type="dxa"/>
            <w:shd w:val="clear" w:color="auto" w:fill="F7F9FC"/>
            <w:tcMar>
              <w:top w:w="90" w:type="dxa"/>
              <w:left w:w="120" w:type="dxa"/>
              <w:bottom w:w="90" w:type="dxa"/>
              <w:right w:w="120" w:type="dxa"/>
            </w:tcMar>
            <w:vAlign w:val="center"/>
          </w:tcPr>
          <w:p w14:paraId="7CB9C909"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Pericole climatice relevante locației</w:t>
            </w:r>
          </w:p>
        </w:tc>
        <w:tc>
          <w:tcPr>
            <w:tcW w:w="6738" w:type="dxa"/>
            <w:shd w:val="clear" w:color="auto" w:fill="FFFFFF" w:themeFill="background1"/>
            <w:tcMar>
              <w:top w:w="90" w:type="dxa"/>
              <w:left w:w="120" w:type="dxa"/>
              <w:bottom w:w="90" w:type="dxa"/>
              <w:right w:w="120" w:type="dxa"/>
            </w:tcMar>
            <w:vAlign w:val="center"/>
          </w:tcPr>
          <w:p w14:paraId="7E624B23" w14:textId="77777777" w:rsidR="000B73EC" w:rsidRPr="001B2F99" w:rsidRDefault="000B73EC" w:rsidP="003E7A10">
            <w:pPr>
              <w:spacing w:after="30" w:line="252" w:lineRule="auto"/>
              <w:rPr>
                <w:rFonts w:ascii="Times New Roman" w:hAnsi="Times New Roman" w:cs="Times New Roman"/>
                <w:iCs/>
                <w:color w:val="auto"/>
                <w:sz w:val="24"/>
                <w:szCs w:val="24"/>
                <w:highlight w:val="yellow"/>
                <w:lang w:val="ro-RO"/>
              </w:rPr>
            </w:pPr>
            <w:r w:rsidRPr="001B2F99">
              <w:rPr>
                <w:rFonts w:ascii="Times New Roman" w:hAnsi="Times New Roman" w:cs="Times New Roman"/>
                <w:iCs/>
                <w:color w:val="auto"/>
                <w:sz w:val="24"/>
                <w:szCs w:val="24"/>
                <w:highlight w:val="yellow"/>
                <w:lang w:val="ro-RO"/>
              </w:rPr>
              <w:t>[Completați: temperaturi extreme, precipitații/inundații, vânt, secetă, incendii, întreruperi de utilități etc.]</w:t>
            </w:r>
          </w:p>
          <w:p w14:paraId="1BE97B13" w14:textId="77777777" w:rsidR="000B73EC" w:rsidRPr="001B2F99" w:rsidRDefault="000B73EC" w:rsidP="003E7A10">
            <w:pPr>
              <w:spacing w:after="40" w:line="252" w:lineRule="auto"/>
              <w:rPr>
                <w:rFonts w:ascii="Times New Roman" w:hAnsi="Times New Roman" w:cs="Times New Roman"/>
                <w:iCs/>
                <w:color w:val="auto"/>
                <w:sz w:val="24"/>
                <w:szCs w:val="24"/>
                <w:highlight w:val="yellow"/>
                <w:lang w:val="ro-RO"/>
              </w:rPr>
            </w:pPr>
            <w:r w:rsidRPr="001B2F99">
              <w:rPr>
                <w:rFonts w:ascii="Times New Roman" w:hAnsi="Times New Roman" w:cs="Times New Roman"/>
                <w:iCs/>
                <w:color w:val="auto"/>
                <w:sz w:val="24"/>
                <w:szCs w:val="24"/>
                <w:highlight w:val="yellow"/>
                <w:lang w:val="ro-RO"/>
              </w:rPr>
              <w:t xml:space="preserve"> </w:t>
            </w:r>
          </w:p>
        </w:tc>
      </w:tr>
      <w:tr w:rsidR="000B73EC" w:rsidRPr="005E5CC4" w14:paraId="352B047D" w14:textId="77777777" w:rsidTr="00117117">
        <w:trPr>
          <w:cantSplit/>
        </w:trPr>
        <w:tc>
          <w:tcPr>
            <w:tcW w:w="2900" w:type="dxa"/>
            <w:shd w:val="clear" w:color="auto" w:fill="F7F9FC"/>
            <w:tcMar>
              <w:top w:w="90" w:type="dxa"/>
              <w:left w:w="120" w:type="dxa"/>
              <w:bottom w:w="90" w:type="dxa"/>
              <w:right w:w="120" w:type="dxa"/>
            </w:tcMar>
            <w:vAlign w:val="center"/>
          </w:tcPr>
          <w:p w14:paraId="4D031169"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Expunere și vulnerabilitate</w:t>
            </w:r>
          </w:p>
        </w:tc>
        <w:tc>
          <w:tcPr>
            <w:tcW w:w="6738" w:type="dxa"/>
            <w:shd w:val="clear" w:color="auto" w:fill="FFFFFF" w:themeFill="background1"/>
            <w:tcMar>
              <w:top w:w="90" w:type="dxa"/>
              <w:left w:w="120" w:type="dxa"/>
              <w:bottom w:w="90" w:type="dxa"/>
              <w:right w:w="120" w:type="dxa"/>
            </w:tcMar>
            <w:vAlign w:val="center"/>
          </w:tcPr>
          <w:p w14:paraId="09BFCB61" w14:textId="77777777" w:rsidR="000B73EC" w:rsidRPr="001B2F99" w:rsidRDefault="000B73EC" w:rsidP="003E7A10">
            <w:pPr>
              <w:spacing w:after="30" w:line="252" w:lineRule="auto"/>
              <w:rPr>
                <w:rFonts w:ascii="Times New Roman" w:hAnsi="Times New Roman" w:cs="Times New Roman"/>
                <w:iCs/>
                <w:color w:val="auto"/>
                <w:sz w:val="24"/>
                <w:szCs w:val="24"/>
                <w:highlight w:val="yellow"/>
                <w:lang w:val="ro-RO"/>
              </w:rPr>
            </w:pPr>
            <w:r w:rsidRPr="001B2F99">
              <w:rPr>
                <w:rFonts w:ascii="Times New Roman" w:hAnsi="Times New Roman" w:cs="Times New Roman"/>
                <w:iCs/>
                <w:color w:val="auto"/>
                <w:sz w:val="24"/>
                <w:szCs w:val="24"/>
                <w:highlight w:val="yellow"/>
                <w:lang w:val="ro-RO"/>
              </w:rPr>
              <w:t>[Completați: activele, procesele și personalul expus; nivelul riscului]</w:t>
            </w:r>
          </w:p>
          <w:p w14:paraId="1DEA00BD" w14:textId="77777777" w:rsidR="000B73EC" w:rsidRPr="001B2F99" w:rsidRDefault="000B73EC" w:rsidP="003E7A10">
            <w:pPr>
              <w:spacing w:after="40" w:line="252" w:lineRule="auto"/>
              <w:rPr>
                <w:rFonts w:ascii="Times New Roman" w:hAnsi="Times New Roman" w:cs="Times New Roman"/>
                <w:iCs/>
                <w:color w:val="auto"/>
                <w:sz w:val="24"/>
                <w:szCs w:val="24"/>
                <w:highlight w:val="yellow"/>
                <w:lang w:val="ro-RO"/>
              </w:rPr>
            </w:pPr>
            <w:r w:rsidRPr="001B2F99">
              <w:rPr>
                <w:rFonts w:ascii="Times New Roman" w:hAnsi="Times New Roman" w:cs="Times New Roman"/>
                <w:iCs/>
                <w:color w:val="auto"/>
                <w:sz w:val="24"/>
                <w:szCs w:val="24"/>
                <w:highlight w:val="yellow"/>
                <w:lang w:val="ro-RO"/>
              </w:rPr>
              <w:t xml:space="preserve"> </w:t>
            </w:r>
          </w:p>
        </w:tc>
      </w:tr>
      <w:tr w:rsidR="000B73EC" w:rsidRPr="005E5CC4" w14:paraId="04B29778" w14:textId="77777777" w:rsidTr="00117117">
        <w:trPr>
          <w:cantSplit/>
        </w:trPr>
        <w:tc>
          <w:tcPr>
            <w:tcW w:w="2900" w:type="dxa"/>
            <w:shd w:val="clear" w:color="auto" w:fill="F7F9FC"/>
            <w:tcMar>
              <w:top w:w="90" w:type="dxa"/>
              <w:left w:w="120" w:type="dxa"/>
              <w:bottom w:w="90" w:type="dxa"/>
              <w:right w:w="120" w:type="dxa"/>
            </w:tcMar>
            <w:vAlign w:val="center"/>
          </w:tcPr>
          <w:p w14:paraId="4E58013B"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lastRenderedPageBreak/>
              <w:t>Măsuri de adaptare</w:t>
            </w:r>
          </w:p>
        </w:tc>
        <w:tc>
          <w:tcPr>
            <w:tcW w:w="6738" w:type="dxa"/>
            <w:shd w:val="clear" w:color="auto" w:fill="FFFFFF" w:themeFill="background1"/>
            <w:tcMar>
              <w:top w:w="90" w:type="dxa"/>
              <w:left w:w="120" w:type="dxa"/>
              <w:bottom w:w="90" w:type="dxa"/>
              <w:right w:w="120" w:type="dxa"/>
            </w:tcMar>
            <w:vAlign w:val="center"/>
          </w:tcPr>
          <w:p w14:paraId="21341BC3" w14:textId="77777777" w:rsidR="000B73EC" w:rsidRPr="001B2F99" w:rsidRDefault="000B73EC" w:rsidP="003E7A10">
            <w:pPr>
              <w:spacing w:after="30" w:line="252" w:lineRule="auto"/>
              <w:rPr>
                <w:rFonts w:ascii="Times New Roman" w:hAnsi="Times New Roman" w:cs="Times New Roman"/>
                <w:iCs/>
                <w:color w:val="auto"/>
                <w:sz w:val="24"/>
                <w:szCs w:val="24"/>
                <w:highlight w:val="yellow"/>
                <w:lang w:val="ro-RO"/>
              </w:rPr>
            </w:pPr>
            <w:r w:rsidRPr="001B2F99">
              <w:rPr>
                <w:rFonts w:ascii="Times New Roman" w:hAnsi="Times New Roman" w:cs="Times New Roman"/>
                <w:iCs/>
                <w:color w:val="auto"/>
                <w:sz w:val="24"/>
                <w:szCs w:val="24"/>
                <w:highlight w:val="yellow"/>
                <w:lang w:val="ro-RO"/>
              </w:rPr>
              <w:t>[Completați: măsuri tehnice, operaționale și de continuitate]</w:t>
            </w:r>
          </w:p>
          <w:p w14:paraId="6719CDD2" w14:textId="77777777" w:rsidR="000B73EC" w:rsidRPr="001B2F99" w:rsidRDefault="000B73EC" w:rsidP="003E7A10">
            <w:pPr>
              <w:spacing w:after="40" w:line="252" w:lineRule="auto"/>
              <w:rPr>
                <w:rFonts w:ascii="Times New Roman" w:hAnsi="Times New Roman" w:cs="Times New Roman"/>
                <w:iCs/>
                <w:color w:val="auto"/>
                <w:sz w:val="24"/>
                <w:szCs w:val="24"/>
                <w:highlight w:val="yellow"/>
                <w:lang w:val="ro-RO"/>
              </w:rPr>
            </w:pPr>
            <w:r w:rsidRPr="001B2F99">
              <w:rPr>
                <w:rFonts w:ascii="Times New Roman" w:hAnsi="Times New Roman" w:cs="Times New Roman"/>
                <w:iCs/>
                <w:color w:val="auto"/>
                <w:sz w:val="24"/>
                <w:szCs w:val="24"/>
                <w:highlight w:val="yellow"/>
                <w:lang w:val="ro-RO"/>
              </w:rPr>
              <w:t xml:space="preserve"> </w:t>
            </w:r>
          </w:p>
          <w:p w14:paraId="63F9E427" w14:textId="77777777" w:rsidR="000B73EC" w:rsidRPr="001B2F99" w:rsidRDefault="000B73EC" w:rsidP="003E7A10">
            <w:pPr>
              <w:spacing w:after="40" w:line="252" w:lineRule="auto"/>
              <w:rPr>
                <w:rFonts w:ascii="Times New Roman" w:hAnsi="Times New Roman" w:cs="Times New Roman"/>
                <w:iCs/>
                <w:color w:val="auto"/>
                <w:sz w:val="24"/>
                <w:szCs w:val="24"/>
                <w:highlight w:val="yellow"/>
                <w:lang w:val="ro-RO"/>
              </w:rPr>
            </w:pPr>
            <w:r w:rsidRPr="001B2F99">
              <w:rPr>
                <w:rFonts w:ascii="Times New Roman" w:hAnsi="Times New Roman" w:cs="Times New Roman"/>
                <w:iCs/>
                <w:color w:val="auto"/>
                <w:sz w:val="24"/>
                <w:szCs w:val="24"/>
                <w:highlight w:val="yellow"/>
                <w:lang w:val="ro-RO"/>
              </w:rPr>
              <w:t xml:space="preserve"> </w:t>
            </w:r>
          </w:p>
        </w:tc>
      </w:tr>
      <w:tr w:rsidR="000B73EC" w:rsidRPr="005E5CC4" w14:paraId="43A2894F" w14:textId="77777777" w:rsidTr="00117117">
        <w:trPr>
          <w:cantSplit/>
        </w:trPr>
        <w:tc>
          <w:tcPr>
            <w:tcW w:w="2900" w:type="dxa"/>
            <w:shd w:val="clear" w:color="auto" w:fill="F7F9FC"/>
            <w:tcMar>
              <w:top w:w="90" w:type="dxa"/>
              <w:left w:w="120" w:type="dxa"/>
              <w:bottom w:w="90" w:type="dxa"/>
              <w:right w:w="120" w:type="dxa"/>
            </w:tcMar>
            <w:vAlign w:val="center"/>
          </w:tcPr>
          <w:p w14:paraId="52698E44"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Responsabil, indicator și dovadă</w:t>
            </w:r>
          </w:p>
        </w:tc>
        <w:tc>
          <w:tcPr>
            <w:tcW w:w="6738" w:type="dxa"/>
            <w:shd w:val="clear" w:color="auto" w:fill="FFFFFF" w:themeFill="background1"/>
            <w:tcMar>
              <w:top w:w="90" w:type="dxa"/>
              <w:left w:w="120" w:type="dxa"/>
              <w:bottom w:w="90" w:type="dxa"/>
              <w:right w:w="120" w:type="dxa"/>
            </w:tcMar>
            <w:vAlign w:val="center"/>
          </w:tcPr>
          <w:p w14:paraId="36839EF8" w14:textId="77777777" w:rsidR="000B73EC" w:rsidRPr="001B2F99" w:rsidRDefault="000B73EC" w:rsidP="003E7A10">
            <w:pPr>
              <w:spacing w:after="30" w:line="252" w:lineRule="auto"/>
              <w:rPr>
                <w:rFonts w:ascii="Times New Roman" w:hAnsi="Times New Roman" w:cs="Times New Roman"/>
                <w:iCs/>
                <w:color w:val="auto"/>
                <w:sz w:val="24"/>
                <w:szCs w:val="24"/>
                <w:highlight w:val="yellow"/>
                <w:lang w:val="ro-RO"/>
              </w:rPr>
            </w:pPr>
            <w:r w:rsidRPr="001B2F99">
              <w:rPr>
                <w:rFonts w:ascii="Times New Roman" w:hAnsi="Times New Roman" w:cs="Times New Roman"/>
                <w:iCs/>
                <w:color w:val="auto"/>
                <w:sz w:val="24"/>
                <w:szCs w:val="24"/>
                <w:highlight w:val="yellow"/>
                <w:lang w:val="ro-RO"/>
              </w:rPr>
              <w:t>[Completați: cine verifică, ținta și documentul care probează]</w:t>
            </w:r>
          </w:p>
          <w:p w14:paraId="727668E2" w14:textId="77777777" w:rsidR="000B73EC" w:rsidRPr="001B2F99" w:rsidRDefault="000B73EC" w:rsidP="003E7A10">
            <w:pPr>
              <w:spacing w:after="40" w:line="252" w:lineRule="auto"/>
              <w:rPr>
                <w:rFonts w:ascii="Times New Roman" w:hAnsi="Times New Roman" w:cs="Times New Roman"/>
                <w:iCs/>
                <w:color w:val="auto"/>
                <w:sz w:val="24"/>
                <w:szCs w:val="24"/>
                <w:highlight w:val="yellow"/>
                <w:lang w:val="ro-RO"/>
              </w:rPr>
            </w:pPr>
            <w:r w:rsidRPr="001B2F99">
              <w:rPr>
                <w:rFonts w:ascii="Times New Roman" w:hAnsi="Times New Roman" w:cs="Times New Roman"/>
                <w:iCs/>
                <w:color w:val="auto"/>
                <w:sz w:val="24"/>
                <w:szCs w:val="24"/>
                <w:highlight w:val="yellow"/>
                <w:lang w:val="ro-RO"/>
              </w:rPr>
              <w:t xml:space="preserve"> </w:t>
            </w:r>
          </w:p>
        </w:tc>
      </w:tr>
    </w:tbl>
    <w:p w14:paraId="4D7A620E"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6B10A26D" w14:textId="77777777" w:rsidR="000B73EC" w:rsidRPr="005E5CC4" w:rsidRDefault="000B73EC" w:rsidP="000B73EC">
      <w:pP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br w:type="page"/>
      </w:r>
    </w:p>
    <w:p w14:paraId="78342CA6" w14:textId="77777777" w:rsidR="000B73EC" w:rsidRPr="005E5CC4" w:rsidRDefault="000B73EC" w:rsidP="000B73EC">
      <w:pPr>
        <w:pStyle w:val="Heading1"/>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lastRenderedPageBreak/>
        <w:t>9. Trasabilitate către documentele proiectului</w:t>
      </w:r>
    </w:p>
    <w:p w14:paraId="04A1E2A8" w14:textId="77777777" w:rsidR="000B73EC" w:rsidRPr="005E5CC4" w:rsidRDefault="000B73EC" w:rsidP="000B73EC">
      <w:pP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Această matrice arată unde se preia informația completată de IMM. Ea reduce rescrierea și riscul de necorelare.</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2100"/>
        <w:gridCol w:w="2500"/>
        <w:gridCol w:w="3038"/>
      </w:tblGrid>
      <w:tr w:rsidR="000B73EC" w:rsidRPr="005E5CC4" w14:paraId="1EE2D70E" w14:textId="77777777" w:rsidTr="00117117">
        <w:trPr>
          <w:tblHeader/>
        </w:trPr>
        <w:tc>
          <w:tcPr>
            <w:tcW w:w="2000" w:type="dxa"/>
            <w:shd w:val="clear" w:color="auto" w:fill="17365D"/>
            <w:tcMar>
              <w:top w:w="90" w:type="dxa"/>
              <w:left w:w="120" w:type="dxa"/>
              <w:bottom w:w="90" w:type="dxa"/>
              <w:right w:w="120" w:type="dxa"/>
            </w:tcMar>
            <w:vAlign w:val="center"/>
          </w:tcPr>
          <w:p w14:paraId="5180EE5E" w14:textId="0A4D81FF"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Document</w:t>
            </w:r>
            <w:r w:rsidR="00EC7DCC">
              <w:rPr>
                <w:rFonts w:ascii="Times New Roman" w:hAnsi="Times New Roman" w:cs="Times New Roman"/>
                <w:b/>
                <w:color w:val="auto"/>
                <w:sz w:val="24"/>
                <w:szCs w:val="24"/>
                <w:lang w:val="ro-RO"/>
              </w:rPr>
              <w:t xml:space="preserve"> anexă la ghid</w:t>
            </w:r>
          </w:p>
        </w:tc>
        <w:tc>
          <w:tcPr>
            <w:tcW w:w="2100" w:type="dxa"/>
            <w:shd w:val="clear" w:color="auto" w:fill="17365D"/>
            <w:tcMar>
              <w:top w:w="90" w:type="dxa"/>
              <w:left w:w="120" w:type="dxa"/>
              <w:bottom w:w="90" w:type="dxa"/>
              <w:right w:w="120" w:type="dxa"/>
            </w:tcMar>
            <w:vAlign w:val="center"/>
          </w:tcPr>
          <w:p w14:paraId="5A4573D9"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Secțiune</w:t>
            </w:r>
          </w:p>
        </w:tc>
        <w:tc>
          <w:tcPr>
            <w:tcW w:w="2500" w:type="dxa"/>
            <w:shd w:val="clear" w:color="auto" w:fill="17365D"/>
            <w:tcMar>
              <w:top w:w="90" w:type="dxa"/>
              <w:left w:w="120" w:type="dxa"/>
              <w:bottom w:w="90" w:type="dxa"/>
              <w:right w:w="120" w:type="dxa"/>
            </w:tcMar>
            <w:vAlign w:val="center"/>
          </w:tcPr>
          <w:p w14:paraId="357A34A8"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Sursa din Anexa 1</w:t>
            </w:r>
          </w:p>
        </w:tc>
        <w:tc>
          <w:tcPr>
            <w:tcW w:w="3038" w:type="dxa"/>
            <w:shd w:val="clear" w:color="auto" w:fill="17365D"/>
            <w:tcMar>
              <w:top w:w="90" w:type="dxa"/>
              <w:left w:w="120" w:type="dxa"/>
              <w:bottom w:w="90" w:type="dxa"/>
              <w:right w:w="120" w:type="dxa"/>
            </w:tcMar>
            <w:vAlign w:val="center"/>
          </w:tcPr>
          <w:p w14:paraId="2C42EF4B"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Regulă de corelare</w:t>
            </w:r>
          </w:p>
        </w:tc>
      </w:tr>
      <w:tr w:rsidR="000B73EC" w:rsidRPr="005E5CC4" w14:paraId="631ADB06" w14:textId="77777777" w:rsidTr="00117117">
        <w:trPr>
          <w:cantSplit/>
        </w:trPr>
        <w:tc>
          <w:tcPr>
            <w:tcW w:w="2000" w:type="dxa"/>
            <w:shd w:val="clear" w:color="auto" w:fill="F7F9FC"/>
          </w:tcPr>
          <w:p w14:paraId="7F610082"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Cererea de finanțare</w:t>
            </w:r>
          </w:p>
        </w:tc>
        <w:tc>
          <w:tcPr>
            <w:tcW w:w="2100" w:type="dxa"/>
            <w:shd w:val="clear" w:color="auto" w:fill="F7F9FC"/>
          </w:tcPr>
          <w:p w14:paraId="475D85EB"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Rezultate așteptate</w:t>
            </w:r>
          </w:p>
        </w:tc>
        <w:tc>
          <w:tcPr>
            <w:tcW w:w="2500" w:type="dxa"/>
            <w:shd w:val="clear" w:color="auto" w:fill="F7F9FC"/>
          </w:tcPr>
          <w:p w14:paraId="69E76A9A"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R1-R5 din secțiunea 5</w:t>
            </w:r>
          </w:p>
        </w:tc>
        <w:tc>
          <w:tcPr>
            <w:tcW w:w="3038" w:type="dxa"/>
            <w:shd w:val="clear" w:color="auto" w:fill="F7F9FC"/>
          </w:tcPr>
          <w:p w14:paraId="6DF174CD"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exact cinci rezultate </w:t>
            </w:r>
            <w:proofErr w:type="spellStart"/>
            <w:r w:rsidRPr="005E5CC4">
              <w:rPr>
                <w:rFonts w:ascii="Times New Roman" w:hAnsi="Times New Roman" w:cs="Times New Roman"/>
                <w:color w:val="auto"/>
                <w:sz w:val="24"/>
                <w:szCs w:val="24"/>
                <w:lang w:val="ro-RO"/>
              </w:rPr>
              <w:t>tehnico</w:t>
            </w:r>
            <w:proofErr w:type="spellEnd"/>
            <w:r w:rsidRPr="005E5CC4">
              <w:rPr>
                <w:rFonts w:ascii="Times New Roman" w:hAnsi="Times New Roman" w:cs="Times New Roman"/>
                <w:color w:val="auto"/>
                <w:sz w:val="24"/>
                <w:szCs w:val="24"/>
                <w:lang w:val="ro-RO"/>
              </w:rPr>
              <w:t>-științifice</w:t>
            </w:r>
          </w:p>
        </w:tc>
      </w:tr>
      <w:tr w:rsidR="000B73EC" w:rsidRPr="005E5CC4" w14:paraId="0FB66498" w14:textId="77777777" w:rsidTr="00117117">
        <w:trPr>
          <w:cantSplit/>
        </w:trPr>
        <w:tc>
          <w:tcPr>
            <w:tcW w:w="2000" w:type="dxa"/>
            <w:shd w:val="clear" w:color="auto" w:fill="FFFFFF"/>
          </w:tcPr>
          <w:p w14:paraId="18516D71"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Cererea de finanțare</w:t>
            </w:r>
          </w:p>
        </w:tc>
        <w:tc>
          <w:tcPr>
            <w:tcW w:w="2100" w:type="dxa"/>
            <w:shd w:val="clear" w:color="auto" w:fill="FFFFFF"/>
          </w:tcPr>
          <w:p w14:paraId="06E04FFC"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Activități/</w:t>
            </w:r>
            <w:proofErr w:type="spellStart"/>
            <w:r w:rsidRPr="005E5CC4">
              <w:rPr>
                <w:rFonts w:ascii="Times New Roman" w:hAnsi="Times New Roman" w:cs="Times New Roman"/>
                <w:color w:val="auto"/>
                <w:sz w:val="24"/>
                <w:szCs w:val="24"/>
                <w:lang w:val="ro-RO"/>
              </w:rPr>
              <w:t>subactivități</w:t>
            </w:r>
            <w:proofErr w:type="spellEnd"/>
          </w:p>
        </w:tc>
        <w:tc>
          <w:tcPr>
            <w:tcW w:w="2500" w:type="dxa"/>
            <w:shd w:val="clear" w:color="auto" w:fill="FFFFFF"/>
          </w:tcPr>
          <w:p w14:paraId="66693868"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Matricea 5.1</w:t>
            </w:r>
          </w:p>
        </w:tc>
        <w:tc>
          <w:tcPr>
            <w:tcW w:w="3038" w:type="dxa"/>
            <w:shd w:val="clear" w:color="auto" w:fill="FFFFFF"/>
          </w:tcPr>
          <w:p w14:paraId="6DA5E105"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fiecare </w:t>
            </w:r>
            <w:proofErr w:type="spellStart"/>
            <w:r w:rsidRPr="005E5CC4">
              <w:rPr>
                <w:rFonts w:ascii="Times New Roman" w:hAnsi="Times New Roman" w:cs="Times New Roman"/>
                <w:color w:val="auto"/>
                <w:sz w:val="24"/>
                <w:szCs w:val="24"/>
                <w:lang w:val="ro-RO"/>
              </w:rPr>
              <w:t>subactivitate</w:t>
            </w:r>
            <w:proofErr w:type="spellEnd"/>
            <w:r w:rsidRPr="005E5CC4">
              <w:rPr>
                <w:rFonts w:ascii="Times New Roman" w:hAnsi="Times New Roman" w:cs="Times New Roman"/>
                <w:color w:val="auto"/>
                <w:sz w:val="24"/>
                <w:szCs w:val="24"/>
                <w:lang w:val="ro-RO"/>
              </w:rPr>
              <w:t xml:space="preserve"> legată de un rezultat</w:t>
            </w:r>
          </w:p>
        </w:tc>
      </w:tr>
      <w:tr w:rsidR="000B73EC" w:rsidRPr="005E5CC4" w14:paraId="7FEB0280" w14:textId="77777777" w:rsidTr="00117117">
        <w:trPr>
          <w:cantSplit/>
        </w:trPr>
        <w:tc>
          <w:tcPr>
            <w:tcW w:w="2000" w:type="dxa"/>
            <w:shd w:val="clear" w:color="auto" w:fill="F7F9FC"/>
          </w:tcPr>
          <w:p w14:paraId="633DE4B9"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Anexa 4</w:t>
            </w:r>
          </w:p>
        </w:tc>
        <w:tc>
          <w:tcPr>
            <w:tcW w:w="2100" w:type="dxa"/>
            <w:shd w:val="clear" w:color="auto" w:fill="F7F9FC"/>
          </w:tcPr>
          <w:p w14:paraId="587C6E50"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Indicatori de etapă</w:t>
            </w:r>
          </w:p>
        </w:tc>
        <w:tc>
          <w:tcPr>
            <w:tcW w:w="2500" w:type="dxa"/>
            <w:shd w:val="clear" w:color="auto" w:fill="F7F9FC"/>
          </w:tcPr>
          <w:p w14:paraId="38A0DC7D"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Matricea 5.2</w:t>
            </w:r>
          </w:p>
        </w:tc>
        <w:tc>
          <w:tcPr>
            <w:tcW w:w="3038" w:type="dxa"/>
            <w:shd w:val="clear" w:color="auto" w:fill="F7F9FC"/>
          </w:tcPr>
          <w:p w14:paraId="0E3770B2"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aceleași denumiri, termene, criterii și dovezi</w:t>
            </w:r>
          </w:p>
        </w:tc>
      </w:tr>
      <w:tr w:rsidR="000B73EC" w:rsidRPr="005E5CC4" w14:paraId="7BDF2F3F" w14:textId="77777777" w:rsidTr="00117117">
        <w:trPr>
          <w:cantSplit/>
        </w:trPr>
        <w:tc>
          <w:tcPr>
            <w:tcW w:w="2000" w:type="dxa"/>
            <w:shd w:val="clear" w:color="auto" w:fill="FFFFFF"/>
          </w:tcPr>
          <w:p w14:paraId="75CBDE49"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Anexa 17</w:t>
            </w:r>
          </w:p>
        </w:tc>
        <w:tc>
          <w:tcPr>
            <w:tcW w:w="2100" w:type="dxa"/>
            <w:shd w:val="clear" w:color="auto" w:fill="FFFFFF"/>
          </w:tcPr>
          <w:p w14:paraId="291B850A"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Tehnologie și TRL 4</w:t>
            </w:r>
          </w:p>
        </w:tc>
        <w:tc>
          <w:tcPr>
            <w:tcW w:w="2500" w:type="dxa"/>
            <w:shd w:val="clear" w:color="auto" w:fill="FFFFFF"/>
          </w:tcPr>
          <w:p w14:paraId="1FCBA77A"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Secțiunile 2 și 3</w:t>
            </w:r>
          </w:p>
        </w:tc>
        <w:tc>
          <w:tcPr>
            <w:tcW w:w="3038" w:type="dxa"/>
            <w:shd w:val="clear" w:color="auto" w:fill="FFFFFF"/>
          </w:tcPr>
          <w:p w14:paraId="62E4BACD"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dovezi existente înainte de proiect</w:t>
            </w:r>
          </w:p>
        </w:tc>
      </w:tr>
      <w:tr w:rsidR="000B73EC" w:rsidRPr="005E5CC4" w14:paraId="324D7B69" w14:textId="77777777" w:rsidTr="00117117">
        <w:trPr>
          <w:cantSplit/>
        </w:trPr>
        <w:tc>
          <w:tcPr>
            <w:tcW w:w="2000" w:type="dxa"/>
            <w:shd w:val="clear" w:color="auto" w:fill="F7F9FC"/>
          </w:tcPr>
          <w:p w14:paraId="3C248FDA"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Anexa 17</w:t>
            </w:r>
          </w:p>
        </w:tc>
        <w:tc>
          <w:tcPr>
            <w:tcW w:w="2100" w:type="dxa"/>
            <w:shd w:val="clear" w:color="auto" w:fill="F7F9FC"/>
          </w:tcPr>
          <w:p w14:paraId="61AF83B9"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Traiectoria TRL 4-9</w:t>
            </w:r>
          </w:p>
        </w:tc>
        <w:tc>
          <w:tcPr>
            <w:tcW w:w="2500" w:type="dxa"/>
            <w:shd w:val="clear" w:color="auto" w:fill="F7F9FC"/>
          </w:tcPr>
          <w:p w14:paraId="255D2EC5"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R1-R5 + activități</w:t>
            </w:r>
          </w:p>
        </w:tc>
        <w:tc>
          <w:tcPr>
            <w:tcW w:w="3038" w:type="dxa"/>
            <w:shd w:val="clear" w:color="auto" w:fill="F7F9FC"/>
          </w:tcPr>
          <w:p w14:paraId="02D7F7E3"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activitate, rezultat măsurabil și livrabil pentru fiecare etapă</w:t>
            </w:r>
          </w:p>
        </w:tc>
      </w:tr>
      <w:tr w:rsidR="000B73EC" w:rsidRPr="005E5CC4" w14:paraId="09EE10CC" w14:textId="77777777" w:rsidTr="00117117">
        <w:trPr>
          <w:cantSplit/>
        </w:trPr>
        <w:tc>
          <w:tcPr>
            <w:tcW w:w="2000" w:type="dxa"/>
            <w:shd w:val="clear" w:color="auto" w:fill="FFFFFF"/>
          </w:tcPr>
          <w:p w14:paraId="61842A9C"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Anexa 17</w:t>
            </w:r>
          </w:p>
        </w:tc>
        <w:tc>
          <w:tcPr>
            <w:tcW w:w="2100" w:type="dxa"/>
            <w:shd w:val="clear" w:color="auto" w:fill="FFFFFF"/>
          </w:tcPr>
          <w:p w14:paraId="26638DBF"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Transfer și exploatare</w:t>
            </w:r>
          </w:p>
        </w:tc>
        <w:tc>
          <w:tcPr>
            <w:tcW w:w="2500" w:type="dxa"/>
            <w:shd w:val="clear" w:color="auto" w:fill="FFFFFF"/>
          </w:tcPr>
          <w:p w14:paraId="5441A184"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Secțiunile 4 și 6.5</w:t>
            </w:r>
          </w:p>
        </w:tc>
        <w:tc>
          <w:tcPr>
            <w:tcW w:w="3038" w:type="dxa"/>
            <w:shd w:val="clear" w:color="auto" w:fill="FFFFFF"/>
          </w:tcPr>
          <w:p w14:paraId="74DE2994"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mecanism PI, utilizare, sustenabilitate și scalare</w:t>
            </w:r>
          </w:p>
        </w:tc>
      </w:tr>
      <w:tr w:rsidR="000B73EC" w:rsidRPr="005E5CC4" w14:paraId="1AEDBF0D" w14:textId="77777777" w:rsidTr="00117117">
        <w:trPr>
          <w:cantSplit/>
        </w:trPr>
        <w:tc>
          <w:tcPr>
            <w:tcW w:w="2000" w:type="dxa"/>
            <w:shd w:val="clear" w:color="auto" w:fill="F7F9FC"/>
          </w:tcPr>
          <w:p w14:paraId="0D0729AB"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Macheta financiară</w:t>
            </w:r>
          </w:p>
        </w:tc>
        <w:tc>
          <w:tcPr>
            <w:tcW w:w="2100" w:type="dxa"/>
            <w:shd w:val="clear" w:color="auto" w:fill="F7F9FC"/>
          </w:tcPr>
          <w:p w14:paraId="66D64A81"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P1-IMM / AF-P1</w:t>
            </w:r>
          </w:p>
        </w:tc>
        <w:tc>
          <w:tcPr>
            <w:tcW w:w="2500" w:type="dxa"/>
            <w:shd w:val="clear" w:color="auto" w:fill="F7F9FC"/>
          </w:tcPr>
          <w:p w14:paraId="45F51858"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Secțiunile 4 și 6</w:t>
            </w:r>
          </w:p>
        </w:tc>
        <w:tc>
          <w:tcPr>
            <w:tcW w:w="3038" w:type="dxa"/>
            <w:shd w:val="clear" w:color="auto" w:fill="F7F9FC"/>
          </w:tcPr>
          <w:p w14:paraId="66B3CDDF"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categorii, ani, cofinanțare, venituri și costuri de operare</w:t>
            </w:r>
          </w:p>
        </w:tc>
      </w:tr>
      <w:tr w:rsidR="000B73EC" w:rsidRPr="005E5CC4" w14:paraId="4D70FE54" w14:textId="77777777" w:rsidTr="00117117">
        <w:trPr>
          <w:cantSplit/>
        </w:trPr>
        <w:tc>
          <w:tcPr>
            <w:tcW w:w="2000" w:type="dxa"/>
            <w:shd w:val="clear" w:color="auto" w:fill="FFFFFF"/>
          </w:tcPr>
          <w:p w14:paraId="2DC723CD"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Anexa DNSH</w:t>
            </w:r>
          </w:p>
        </w:tc>
        <w:tc>
          <w:tcPr>
            <w:tcW w:w="2100" w:type="dxa"/>
            <w:shd w:val="clear" w:color="auto" w:fill="FFFFFF"/>
          </w:tcPr>
          <w:p w14:paraId="4BB52D4A"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Cele șase obiective</w:t>
            </w:r>
          </w:p>
        </w:tc>
        <w:tc>
          <w:tcPr>
            <w:tcW w:w="2500" w:type="dxa"/>
            <w:shd w:val="clear" w:color="auto" w:fill="FFFFFF"/>
          </w:tcPr>
          <w:p w14:paraId="0097441B"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Secțiunea 8</w:t>
            </w:r>
          </w:p>
        </w:tc>
        <w:tc>
          <w:tcPr>
            <w:tcW w:w="3038" w:type="dxa"/>
            <w:shd w:val="clear" w:color="auto" w:fill="FFFFFF"/>
          </w:tcPr>
          <w:p w14:paraId="461C7994"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măsuri, indicatori și dovezi identice</w:t>
            </w:r>
          </w:p>
        </w:tc>
      </w:tr>
    </w:tbl>
    <w:p w14:paraId="02D9C079"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76B9A145" w14:textId="77777777" w:rsidR="000B73EC" w:rsidRPr="005E5CC4" w:rsidRDefault="000B73EC" w:rsidP="000B73EC">
      <w:pPr>
        <w:pStyle w:val="Heading1"/>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10. Indexul dovezilor și anexele candidatului</w:t>
      </w:r>
    </w:p>
    <w:tbl>
      <w:tblPr>
        <w:tblW w:w="6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100"/>
        <w:gridCol w:w="2400"/>
      </w:tblGrid>
      <w:tr w:rsidR="00042BB9" w:rsidRPr="005E5CC4" w14:paraId="14598625" w14:textId="77777777" w:rsidTr="00042BB9">
        <w:trPr>
          <w:tblHeader/>
          <w:jc w:val="center"/>
        </w:trPr>
        <w:tc>
          <w:tcPr>
            <w:tcW w:w="750" w:type="dxa"/>
            <w:shd w:val="clear" w:color="auto" w:fill="17365D"/>
            <w:tcMar>
              <w:top w:w="90" w:type="dxa"/>
              <w:left w:w="120" w:type="dxa"/>
              <w:bottom w:w="90" w:type="dxa"/>
              <w:right w:w="120" w:type="dxa"/>
            </w:tcMar>
            <w:vAlign w:val="center"/>
          </w:tcPr>
          <w:p w14:paraId="4A6CC091" w14:textId="77777777" w:rsidR="00042BB9" w:rsidRPr="005E5CC4" w:rsidRDefault="00042BB9"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Cod</w:t>
            </w:r>
          </w:p>
        </w:tc>
        <w:tc>
          <w:tcPr>
            <w:tcW w:w="3100" w:type="dxa"/>
            <w:shd w:val="clear" w:color="auto" w:fill="17365D"/>
            <w:tcMar>
              <w:top w:w="90" w:type="dxa"/>
              <w:left w:w="120" w:type="dxa"/>
              <w:bottom w:w="90" w:type="dxa"/>
              <w:right w:w="120" w:type="dxa"/>
            </w:tcMar>
            <w:vAlign w:val="center"/>
          </w:tcPr>
          <w:p w14:paraId="492445D4" w14:textId="77777777" w:rsidR="00042BB9" w:rsidRPr="005E5CC4" w:rsidRDefault="00042BB9"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Document</w:t>
            </w:r>
          </w:p>
        </w:tc>
        <w:tc>
          <w:tcPr>
            <w:tcW w:w="2400" w:type="dxa"/>
            <w:shd w:val="clear" w:color="auto" w:fill="17365D"/>
            <w:tcMar>
              <w:top w:w="90" w:type="dxa"/>
              <w:left w:w="120" w:type="dxa"/>
              <w:bottom w:w="90" w:type="dxa"/>
              <w:right w:w="120" w:type="dxa"/>
            </w:tcMar>
            <w:vAlign w:val="center"/>
          </w:tcPr>
          <w:p w14:paraId="0F97B6FA" w14:textId="77777777" w:rsidR="00042BB9" w:rsidRPr="005E5CC4" w:rsidRDefault="00042BB9"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Ce probează</w:t>
            </w:r>
          </w:p>
        </w:tc>
      </w:tr>
      <w:tr w:rsidR="00042BB9" w:rsidRPr="005E5CC4" w14:paraId="28395EAE" w14:textId="77777777" w:rsidTr="00042BB9">
        <w:trPr>
          <w:cantSplit/>
          <w:jc w:val="center"/>
        </w:trPr>
        <w:tc>
          <w:tcPr>
            <w:tcW w:w="750" w:type="dxa"/>
            <w:shd w:val="clear" w:color="auto" w:fill="F7F9FC"/>
          </w:tcPr>
          <w:p w14:paraId="497BE99F" w14:textId="77777777" w:rsidR="00042BB9" w:rsidRPr="005E5CC4" w:rsidRDefault="00042BB9"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E1</w:t>
            </w:r>
          </w:p>
        </w:tc>
        <w:tc>
          <w:tcPr>
            <w:tcW w:w="3100" w:type="dxa"/>
            <w:shd w:val="clear" w:color="auto" w:fill="F7F9FC"/>
          </w:tcPr>
          <w:p w14:paraId="31BE4ABC"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[denumirea documentului]</w:t>
            </w:r>
          </w:p>
        </w:tc>
        <w:tc>
          <w:tcPr>
            <w:tcW w:w="2400" w:type="dxa"/>
            <w:shd w:val="clear" w:color="auto" w:fill="F7F9FC"/>
          </w:tcPr>
          <w:p w14:paraId="6C45DD32"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[criteriu/secțiune]</w:t>
            </w:r>
          </w:p>
        </w:tc>
      </w:tr>
      <w:tr w:rsidR="00042BB9" w:rsidRPr="005E5CC4" w14:paraId="0A485E2C" w14:textId="77777777" w:rsidTr="00042BB9">
        <w:trPr>
          <w:cantSplit/>
          <w:jc w:val="center"/>
        </w:trPr>
        <w:tc>
          <w:tcPr>
            <w:tcW w:w="750" w:type="dxa"/>
            <w:shd w:val="clear" w:color="auto" w:fill="FFFFFF"/>
          </w:tcPr>
          <w:p w14:paraId="3BF2148D" w14:textId="77777777" w:rsidR="00042BB9" w:rsidRPr="005E5CC4" w:rsidRDefault="00042BB9"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E2</w:t>
            </w:r>
          </w:p>
        </w:tc>
        <w:tc>
          <w:tcPr>
            <w:tcW w:w="3100" w:type="dxa"/>
            <w:shd w:val="clear" w:color="auto" w:fill="FFFFFF"/>
          </w:tcPr>
          <w:p w14:paraId="510B28CF"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[denumirea documentului]</w:t>
            </w:r>
          </w:p>
        </w:tc>
        <w:tc>
          <w:tcPr>
            <w:tcW w:w="2400" w:type="dxa"/>
            <w:shd w:val="clear" w:color="auto" w:fill="FFFFFF"/>
          </w:tcPr>
          <w:p w14:paraId="342960E5"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[criteriu/secțiune]</w:t>
            </w:r>
          </w:p>
        </w:tc>
      </w:tr>
      <w:tr w:rsidR="00042BB9" w:rsidRPr="005E5CC4" w14:paraId="1C535F6A" w14:textId="77777777" w:rsidTr="00042BB9">
        <w:trPr>
          <w:cantSplit/>
          <w:jc w:val="center"/>
        </w:trPr>
        <w:tc>
          <w:tcPr>
            <w:tcW w:w="750" w:type="dxa"/>
            <w:shd w:val="clear" w:color="auto" w:fill="F7F9FC"/>
          </w:tcPr>
          <w:p w14:paraId="1551779B" w14:textId="77777777" w:rsidR="00042BB9" w:rsidRPr="005E5CC4" w:rsidRDefault="00042BB9"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E3</w:t>
            </w:r>
          </w:p>
        </w:tc>
        <w:tc>
          <w:tcPr>
            <w:tcW w:w="3100" w:type="dxa"/>
            <w:shd w:val="clear" w:color="auto" w:fill="F7F9FC"/>
          </w:tcPr>
          <w:p w14:paraId="716642EE"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[denumirea documentului]</w:t>
            </w:r>
          </w:p>
        </w:tc>
        <w:tc>
          <w:tcPr>
            <w:tcW w:w="2400" w:type="dxa"/>
            <w:shd w:val="clear" w:color="auto" w:fill="F7F9FC"/>
          </w:tcPr>
          <w:p w14:paraId="7B22AB8E"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[criteriu/secțiune]</w:t>
            </w:r>
          </w:p>
        </w:tc>
      </w:tr>
      <w:tr w:rsidR="00042BB9" w:rsidRPr="005E5CC4" w14:paraId="0E1A7A73" w14:textId="77777777" w:rsidTr="00042BB9">
        <w:trPr>
          <w:cantSplit/>
          <w:jc w:val="center"/>
        </w:trPr>
        <w:tc>
          <w:tcPr>
            <w:tcW w:w="750" w:type="dxa"/>
            <w:shd w:val="clear" w:color="auto" w:fill="FFFFFF"/>
          </w:tcPr>
          <w:p w14:paraId="45802366" w14:textId="77777777" w:rsidR="00042BB9" w:rsidRPr="005E5CC4" w:rsidRDefault="00042BB9"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E4</w:t>
            </w:r>
          </w:p>
        </w:tc>
        <w:tc>
          <w:tcPr>
            <w:tcW w:w="3100" w:type="dxa"/>
            <w:shd w:val="clear" w:color="auto" w:fill="FFFFFF"/>
          </w:tcPr>
          <w:p w14:paraId="5FDADB3E"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[denumirea documentului]</w:t>
            </w:r>
          </w:p>
        </w:tc>
        <w:tc>
          <w:tcPr>
            <w:tcW w:w="2400" w:type="dxa"/>
            <w:shd w:val="clear" w:color="auto" w:fill="FFFFFF"/>
          </w:tcPr>
          <w:p w14:paraId="6A19B588"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[criteriu/secțiune]</w:t>
            </w:r>
          </w:p>
        </w:tc>
      </w:tr>
      <w:tr w:rsidR="00042BB9" w:rsidRPr="005E5CC4" w14:paraId="34F8CB2F" w14:textId="77777777" w:rsidTr="00042BB9">
        <w:trPr>
          <w:cantSplit/>
          <w:jc w:val="center"/>
        </w:trPr>
        <w:tc>
          <w:tcPr>
            <w:tcW w:w="750" w:type="dxa"/>
            <w:shd w:val="clear" w:color="auto" w:fill="F7F9FC"/>
          </w:tcPr>
          <w:p w14:paraId="28D84E11" w14:textId="77777777" w:rsidR="00042BB9" w:rsidRPr="005E5CC4" w:rsidRDefault="00042BB9"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E5</w:t>
            </w:r>
          </w:p>
        </w:tc>
        <w:tc>
          <w:tcPr>
            <w:tcW w:w="3100" w:type="dxa"/>
            <w:shd w:val="clear" w:color="auto" w:fill="F7F9FC"/>
          </w:tcPr>
          <w:p w14:paraId="0D37B62C"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[denumirea documentului]</w:t>
            </w:r>
          </w:p>
        </w:tc>
        <w:tc>
          <w:tcPr>
            <w:tcW w:w="2400" w:type="dxa"/>
            <w:shd w:val="clear" w:color="auto" w:fill="F7F9FC"/>
          </w:tcPr>
          <w:p w14:paraId="2D548137"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[criteriu/secțiune]</w:t>
            </w:r>
          </w:p>
        </w:tc>
      </w:tr>
      <w:tr w:rsidR="00042BB9" w:rsidRPr="005E5CC4" w14:paraId="3CB21600" w14:textId="77777777" w:rsidTr="00042BB9">
        <w:trPr>
          <w:cantSplit/>
          <w:jc w:val="center"/>
        </w:trPr>
        <w:tc>
          <w:tcPr>
            <w:tcW w:w="750" w:type="dxa"/>
            <w:shd w:val="clear" w:color="auto" w:fill="FFFFFF"/>
          </w:tcPr>
          <w:p w14:paraId="47979201" w14:textId="77777777" w:rsidR="00042BB9" w:rsidRPr="005E5CC4" w:rsidRDefault="00042BB9"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E6</w:t>
            </w:r>
          </w:p>
        </w:tc>
        <w:tc>
          <w:tcPr>
            <w:tcW w:w="3100" w:type="dxa"/>
            <w:shd w:val="clear" w:color="auto" w:fill="FFFFFF"/>
          </w:tcPr>
          <w:p w14:paraId="1CC91897"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[denumirea documentului]</w:t>
            </w:r>
          </w:p>
        </w:tc>
        <w:tc>
          <w:tcPr>
            <w:tcW w:w="2400" w:type="dxa"/>
            <w:shd w:val="clear" w:color="auto" w:fill="FFFFFF"/>
          </w:tcPr>
          <w:p w14:paraId="69C125BB"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[criteriu/secțiune]</w:t>
            </w:r>
          </w:p>
        </w:tc>
      </w:tr>
      <w:tr w:rsidR="00042BB9" w:rsidRPr="005E5CC4" w14:paraId="212D7737" w14:textId="77777777" w:rsidTr="00042BB9">
        <w:trPr>
          <w:cantSplit/>
          <w:jc w:val="center"/>
        </w:trPr>
        <w:tc>
          <w:tcPr>
            <w:tcW w:w="750" w:type="dxa"/>
            <w:shd w:val="clear" w:color="auto" w:fill="F7F9FC"/>
          </w:tcPr>
          <w:p w14:paraId="1702C52F" w14:textId="77777777" w:rsidR="00042BB9" w:rsidRPr="005E5CC4" w:rsidRDefault="00042BB9"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E7</w:t>
            </w:r>
          </w:p>
        </w:tc>
        <w:tc>
          <w:tcPr>
            <w:tcW w:w="3100" w:type="dxa"/>
            <w:shd w:val="clear" w:color="auto" w:fill="F7F9FC"/>
          </w:tcPr>
          <w:p w14:paraId="605364FA"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[denumirea documentului]</w:t>
            </w:r>
          </w:p>
        </w:tc>
        <w:tc>
          <w:tcPr>
            <w:tcW w:w="2400" w:type="dxa"/>
            <w:shd w:val="clear" w:color="auto" w:fill="F7F9FC"/>
          </w:tcPr>
          <w:p w14:paraId="7A55C0E7"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[criteriu/secțiune]</w:t>
            </w:r>
          </w:p>
        </w:tc>
      </w:tr>
      <w:tr w:rsidR="00042BB9" w:rsidRPr="005E5CC4" w14:paraId="7EBD493C" w14:textId="77777777" w:rsidTr="00042BB9">
        <w:trPr>
          <w:cantSplit/>
          <w:jc w:val="center"/>
        </w:trPr>
        <w:tc>
          <w:tcPr>
            <w:tcW w:w="750" w:type="dxa"/>
            <w:shd w:val="clear" w:color="auto" w:fill="FFFFFF"/>
          </w:tcPr>
          <w:p w14:paraId="68434FAC" w14:textId="77777777" w:rsidR="00042BB9" w:rsidRPr="005E5CC4" w:rsidRDefault="00042BB9"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E8</w:t>
            </w:r>
          </w:p>
        </w:tc>
        <w:tc>
          <w:tcPr>
            <w:tcW w:w="3100" w:type="dxa"/>
            <w:shd w:val="clear" w:color="auto" w:fill="FFFFFF"/>
          </w:tcPr>
          <w:p w14:paraId="79545964"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[denumirea documentului]</w:t>
            </w:r>
          </w:p>
        </w:tc>
        <w:tc>
          <w:tcPr>
            <w:tcW w:w="2400" w:type="dxa"/>
            <w:shd w:val="clear" w:color="auto" w:fill="FFFFFF"/>
          </w:tcPr>
          <w:p w14:paraId="33F63E5A"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[criteriu/secțiune]</w:t>
            </w:r>
          </w:p>
        </w:tc>
      </w:tr>
      <w:tr w:rsidR="00042BB9" w:rsidRPr="005E5CC4" w14:paraId="55C223F5" w14:textId="77777777" w:rsidTr="00042BB9">
        <w:trPr>
          <w:cantSplit/>
          <w:jc w:val="center"/>
        </w:trPr>
        <w:tc>
          <w:tcPr>
            <w:tcW w:w="750" w:type="dxa"/>
            <w:shd w:val="clear" w:color="auto" w:fill="F7F9FC"/>
          </w:tcPr>
          <w:p w14:paraId="3EAF8878" w14:textId="77777777" w:rsidR="00042BB9" w:rsidRPr="005E5CC4" w:rsidRDefault="00042BB9"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E9</w:t>
            </w:r>
          </w:p>
        </w:tc>
        <w:tc>
          <w:tcPr>
            <w:tcW w:w="3100" w:type="dxa"/>
            <w:shd w:val="clear" w:color="auto" w:fill="F7F9FC"/>
          </w:tcPr>
          <w:p w14:paraId="6F133F3A"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[denumirea documentului]</w:t>
            </w:r>
          </w:p>
        </w:tc>
        <w:tc>
          <w:tcPr>
            <w:tcW w:w="2400" w:type="dxa"/>
            <w:shd w:val="clear" w:color="auto" w:fill="F7F9FC"/>
          </w:tcPr>
          <w:p w14:paraId="506D99E4"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[criteriu/secțiune]</w:t>
            </w:r>
          </w:p>
        </w:tc>
      </w:tr>
      <w:tr w:rsidR="00042BB9" w:rsidRPr="005E5CC4" w14:paraId="5F4CDDFA" w14:textId="77777777" w:rsidTr="00042BB9">
        <w:trPr>
          <w:cantSplit/>
          <w:jc w:val="center"/>
        </w:trPr>
        <w:tc>
          <w:tcPr>
            <w:tcW w:w="750" w:type="dxa"/>
            <w:shd w:val="clear" w:color="auto" w:fill="FFFFFF"/>
          </w:tcPr>
          <w:p w14:paraId="13EA3EEE" w14:textId="77777777" w:rsidR="00042BB9" w:rsidRPr="005E5CC4" w:rsidRDefault="00042BB9"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E10</w:t>
            </w:r>
          </w:p>
        </w:tc>
        <w:tc>
          <w:tcPr>
            <w:tcW w:w="3100" w:type="dxa"/>
            <w:shd w:val="clear" w:color="auto" w:fill="FFFFFF"/>
          </w:tcPr>
          <w:p w14:paraId="1C7CEA88"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[denumirea documentului]</w:t>
            </w:r>
          </w:p>
        </w:tc>
        <w:tc>
          <w:tcPr>
            <w:tcW w:w="2400" w:type="dxa"/>
            <w:shd w:val="clear" w:color="auto" w:fill="FFFFFF"/>
          </w:tcPr>
          <w:p w14:paraId="7F3E347A" w14:textId="77777777" w:rsidR="00042BB9" w:rsidRPr="00042BB9" w:rsidRDefault="00042BB9" w:rsidP="003E7A10">
            <w:pPr>
              <w:spacing w:after="30" w:line="252" w:lineRule="auto"/>
              <w:rPr>
                <w:rFonts w:ascii="Times New Roman" w:hAnsi="Times New Roman" w:cs="Times New Roman"/>
                <w:color w:val="auto"/>
                <w:sz w:val="24"/>
                <w:szCs w:val="24"/>
                <w:highlight w:val="yellow"/>
                <w:lang w:val="ro-RO"/>
              </w:rPr>
            </w:pPr>
            <w:r w:rsidRPr="00042BB9">
              <w:rPr>
                <w:rFonts w:ascii="Times New Roman" w:hAnsi="Times New Roman" w:cs="Times New Roman"/>
                <w:color w:val="auto"/>
                <w:sz w:val="24"/>
                <w:szCs w:val="24"/>
                <w:highlight w:val="yellow"/>
                <w:lang w:val="ro-RO"/>
              </w:rPr>
              <w:t>[criteriu/secțiune]</w:t>
            </w:r>
          </w:p>
        </w:tc>
      </w:tr>
    </w:tbl>
    <w:p w14:paraId="6B56A87A" w14:textId="77777777" w:rsidR="000B73EC" w:rsidRPr="005E5CC4" w:rsidRDefault="000B73EC" w:rsidP="000B73EC">
      <w:pPr>
        <w:pStyle w:val="Heading2"/>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10.1 </w:t>
      </w:r>
      <w:proofErr w:type="spellStart"/>
      <w:r w:rsidRPr="005E5CC4">
        <w:rPr>
          <w:rFonts w:ascii="Times New Roman" w:hAnsi="Times New Roman" w:cs="Times New Roman"/>
          <w:color w:val="auto"/>
          <w:sz w:val="24"/>
          <w:szCs w:val="24"/>
          <w:lang w:val="ro-RO"/>
        </w:rPr>
        <w:t>Checklist</w:t>
      </w:r>
      <w:proofErr w:type="spellEnd"/>
      <w:r w:rsidRPr="005E5CC4">
        <w:rPr>
          <w:rFonts w:ascii="Times New Roman" w:hAnsi="Times New Roman" w:cs="Times New Roman"/>
          <w:color w:val="auto"/>
          <w:sz w:val="24"/>
          <w:szCs w:val="24"/>
          <w:lang w:val="ro-RO"/>
        </w:rPr>
        <w:t xml:space="preserve"> documente de depunere</w:t>
      </w:r>
    </w:p>
    <w:tbl>
      <w:tblPr>
        <w:tblW w:w="9638" w:type="dxa"/>
        <w:tblInd w:w="120" w:type="dxa"/>
        <w:tblLayout w:type="fixed"/>
        <w:tblLook w:val="04A0" w:firstRow="1" w:lastRow="0" w:firstColumn="1" w:lastColumn="0" w:noHBand="0" w:noVBand="1"/>
      </w:tblPr>
      <w:tblGrid>
        <w:gridCol w:w="800"/>
        <w:gridCol w:w="8838"/>
      </w:tblGrid>
      <w:tr w:rsidR="000B73EC" w:rsidRPr="005E5CC4" w14:paraId="3C660ACD" w14:textId="77777777" w:rsidTr="003E7A10">
        <w:trPr>
          <w:tblHeader/>
        </w:trPr>
        <w:tc>
          <w:tcPr>
            <w:tcW w:w="800" w:type="dxa"/>
            <w:shd w:val="clear" w:color="auto" w:fill="17365D"/>
            <w:tcMar>
              <w:top w:w="90" w:type="dxa"/>
              <w:left w:w="120" w:type="dxa"/>
              <w:bottom w:w="90" w:type="dxa"/>
              <w:right w:w="120" w:type="dxa"/>
            </w:tcMar>
            <w:vAlign w:val="center"/>
          </w:tcPr>
          <w:p w14:paraId="768A38B1"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Bifă</w:t>
            </w:r>
          </w:p>
        </w:tc>
        <w:tc>
          <w:tcPr>
            <w:tcW w:w="8838" w:type="dxa"/>
            <w:shd w:val="clear" w:color="auto" w:fill="17365D"/>
            <w:tcMar>
              <w:top w:w="90" w:type="dxa"/>
              <w:left w:w="120" w:type="dxa"/>
              <w:bottom w:w="90" w:type="dxa"/>
              <w:right w:w="120" w:type="dxa"/>
            </w:tcMar>
            <w:vAlign w:val="center"/>
          </w:tcPr>
          <w:p w14:paraId="2FADDF8E"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Document</w:t>
            </w:r>
          </w:p>
        </w:tc>
      </w:tr>
      <w:tr w:rsidR="000B73EC" w:rsidRPr="005E5CC4" w14:paraId="0A84F463" w14:textId="77777777" w:rsidTr="003E7A10">
        <w:trPr>
          <w:cantSplit/>
        </w:trPr>
        <w:tc>
          <w:tcPr>
            <w:tcW w:w="800" w:type="dxa"/>
            <w:shd w:val="clear" w:color="auto" w:fill="F7F9FC"/>
          </w:tcPr>
          <w:p w14:paraId="31B92780"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w:t>
            </w:r>
          </w:p>
        </w:tc>
        <w:tc>
          <w:tcPr>
            <w:tcW w:w="8838" w:type="dxa"/>
            <w:shd w:val="clear" w:color="auto" w:fill="F7F9FC"/>
          </w:tcPr>
          <w:p w14:paraId="272D28DA"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Anexa 1 - formularul completat și semnat</w:t>
            </w:r>
          </w:p>
        </w:tc>
      </w:tr>
      <w:tr w:rsidR="000B73EC" w:rsidRPr="005E5CC4" w14:paraId="6A4D7210" w14:textId="77777777" w:rsidTr="003E7A10">
        <w:trPr>
          <w:cantSplit/>
        </w:trPr>
        <w:tc>
          <w:tcPr>
            <w:tcW w:w="800" w:type="dxa"/>
            <w:shd w:val="clear" w:color="auto" w:fill="FFFFFF"/>
          </w:tcPr>
          <w:p w14:paraId="29A02E7E"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w:t>
            </w:r>
          </w:p>
        </w:tc>
        <w:tc>
          <w:tcPr>
            <w:tcW w:w="8838" w:type="dxa"/>
            <w:shd w:val="clear" w:color="auto" w:fill="FFFFFF"/>
          </w:tcPr>
          <w:p w14:paraId="012457EB"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Declarația unică de eligibilitate</w:t>
            </w:r>
          </w:p>
        </w:tc>
      </w:tr>
      <w:tr w:rsidR="000B73EC" w:rsidRPr="005E5CC4" w14:paraId="13227786" w14:textId="77777777" w:rsidTr="003E7A10">
        <w:trPr>
          <w:cantSplit/>
        </w:trPr>
        <w:tc>
          <w:tcPr>
            <w:tcW w:w="800" w:type="dxa"/>
            <w:shd w:val="clear" w:color="auto" w:fill="F7F9FC"/>
          </w:tcPr>
          <w:p w14:paraId="381DC9A6"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lastRenderedPageBreak/>
              <w:t>[ ]</w:t>
            </w:r>
          </w:p>
        </w:tc>
        <w:tc>
          <w:tcPr>
            <w:tcW w:w="8838" w:type="dxa"/>
            <w:shd w:val="clear" w:color="auto" w:fill="F7F9FC"/>
          </w:tcPr>
          <w:p w14:paraId="69CDB194"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Declarația IMM și anexele pentru întreprinderi partenere/legate</w:t>
            </w:r>
          </w:p>
        </w:tc>
      </w:tr>
      <w:tr w:rsidR="000B73EC" w:rsidRPr="005E5CC4" w14:paraId="089CF91F" w14:textId="77777777" w:rsidTr="003E7A10">
        <w:trPr>
          <w:cantSplit/>
        </w:trPr>
        <w:tc>
          <w:tcPr>
            <w:tcW w:w="800" w:type="dxa"/>
            <w:shd w:val="clear" w:color="auto" w:fill="FFFFFF"/>
          </w:tcPr>
          <w:p w14:paraId="2C5013B7"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w:t>
            </w:r>
          </w:p>
        </w:tc>
        <w:tc>
          <w:tcPr>
            <w:tcW w:w="8838" w:type="dxa"/>
            <w:shd w:val="clear" w:color="auto" w:fill="FFFFFF"/>
          </w:tcPr>
          <w:p w14:paraId="17112AA0" w14:textId="539D8001"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Certificat de înregistrare, certificat constatator ONRC</w:t>
            </w:r>
          </w:p>
        </w:tc>
      </w:tr>
      <w:tr w:rsidR="000B73EC" w:rsidRPr="005E5CC4" w14:paraId="4FBF214E" w14:textId="77777777" w:rsidTr="003E7A10">
        <w:trPr>
          <w:cantSplit/>
        </w:trPr>
        <w:tc>
          <w:tcPr>
            <w:tcW w:w="800" w:type="dxa"/>
            <w:shd w:val="clear" w:color="auto" w:fill="F7F9FC"/>
          </w:tcPr>
          <w:p w14:paraId="2219DE85"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w:t>
            </w:r>
          </w:p>
        </w:tc>
        <w:tc>
          <w:tcPr>
            <w:tcW w:w="8838" w:type="dxa"/>
            <w:shd w:val="clear" w:color="auto" w:fill="F7F9FC"/>
          </w:tcPr>
          <w:p w14:paraId="557A4BEA"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Dovezi pentru experiența CD din ultimii cinci ani</w:t>
            </w:r>
          </w:p>
        </w:tc>
      </w:tr>
      <w:tr w:rsidR="000B73EC" w:rsidRPr="005E5CC4" w14:paraId="6F79DDCC" w14:textId="77777777" w:rsidTr="003E7A10">
        <w:trPr>
          <w:cantSplit/>
        </w:trPr>
        <w:tc>
          <w:tcPr>
            <w:tcW w:w="800" w:type="dxa"/>
            <w:shd w:val="clear" w:color="auto" w:fill="FFFFFF"/>
          </w:tcPr>
          <w:p w14:paraId="726D8A3F"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w:t>
            </w:r>
          </w:p>
        </w:tc>
        <w:tc>
          <w:tcPr>
            <w:tcW w:w="8838" w:type="dxa"/>
            <w:shd w:val="clear" w:color="auto" w:fill="FFFFFF"/>
          </w:tcPr>
          <w:p w14:paraId="6F5D75B7"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CV-uri și documente suport pentru experții-cheie</w:t>
            </w:r>
          </w:p>
        </w:tc>
      </w:tr>
      <w:tr w:rsidR="000B73EC" w:rsidRPr="005E5CC4" w14:paraId="139376CC" w14:textId="77777777" w:rsidTr="003E7A10">
        <w:trPr>
          <w:cantSplit/>
        </w:trPr>
        <w:tc>
          <w:tcPr>
            <w:tcW w:w="800" w:type="dxa"/>
            <w:shd w:val="clear" w:color="auto" w:fill="F7F9FC"/>
          </w:tcPr>
          <w:p w14:paraId="313EBFBD"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w:t>
            </w:r>
          </w:p>
        </w:tc>
        <w:tc>
          <w:tcPr>
            <w:tcW w:w="8838" w:type="dxa"/>
            <w:shd w:val="clear" w:color="auto" w:fill="F7F9FC"/>
          </w:tcPr>
          <w:p w14:paraId="4F4E8D67"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Buget detaliat, note de fundamentare, oferte și plan de cofinanțare/cash-</w:t>
            </w:r>
            <w:proofErr w:type="spellStart"/>
            <w:r w:rsidRPr="005E5CC4">
              <w:rPr>
                <w:rFonts w:ascii="Times New Roman" w:hAnsi="Times New Roman" w:cs="Times New Roman"/>
                <w:color w:val="auto"/>
                <w:sz w:val="24"/>
                <w:szCs w:val="24"/>
                <w:lang w:val="ro-RO"/>
              </w:rPr>
              <w:t>flow</w:t>
            </w:r>
            <w:proofErr w:type="spellEnd"/>
          </w:p>
        </w:tc>
      </w:tr>
      <w:tr w:rsidR="000B73EC" w:rsidRPr="005E5CC4" w14:paraId="719C67DD" w14:textId="77777777" w:rsidTr="003E7A10">
        <w:trPr>
          <w:cantSplit/>
        </w:trPr>
        <w:tc>
          <w:tcPr>
            <w:tcW w:w="800" w:type="dxa"/>
            <w:shd w:val="clear" w:color="auto" w:fill="FFFFFF"/>
          </w:tcPr>
          <w:p w14:paraId="1B412370"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w:t>
            </w:r>
          </w:p>
        </w:tc>
        <w:tc>
          <w:tcPr>
            <w:tcW w:w="8838" w:type="dxa"/>
            <w:shd w:val="clear" w:color="auto" w:fill="FFFFFF"/>
          </w:tcPr>
          <w:p w14:paraId="2CF9436D" w14:textId="2391969E"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infrastructură, locație, PI/FTO, piață și DNSH/climă</w:t>
            </w:r>
          </w:p>
        </w:tc>
      </w:tr>
      <w:tr w:rsidR="000B73EC" w:rsidRPr="005E5CC4" w14:paraId="23F948CD" w14:textId="77777777" w:rsidTr="003E7A10">
        <w:trPr>
          <w:cantSplit/>
        </w:trPr>
        <w:tc>
          <w:tcPr>
            <w:tcW w:w="800" w:type="dxa"/>
            <w:shd w:val="clear" w:color="auto" w:fill="F7F9FC"/>
          </w:tcPr>
          <w:p w14:paraId="18497D21" w14:textId="77777777" w:rsidR="000B73EC" w:rsidRPr="005E5CC4" w:rsidRDefault="000B73EC" w:rsidP="003E7A10">
            <w:pPr>
              <w:spacing w:after="30" w:line="252" w:lineRule="auto"/>
              <w:jc w:val="cente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w:t>
            </w:r>
          </w:p>
        </w:tc>
        <w:tc>
          <w:tcPr>
            <w:tcW w:w="8838" w:type="dxa"/>
            <w:shd w:val="clear" w:color="auto" w:fill="F7F9FC"/>
          </w:tcPr>
          <w:p w14:paraId="56520792"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Împuternicire, dacă semnează altă persoană</w:t>
            </w:r>
          </w:p>
        </w:tc>
      </w:tr>
    </w:tbl>
    <w:p w14:paraId="2D6AB55E" w14:textId="77777777" w:rsidR="000B73EC" w:rsidRPr="005E5CC4" w:rsidRDefault="000B73EC" w:rsidP="000B73EC">
      <w:pPr>
        <w:spacing w:after="80" w:line="240" w:lineRule="auto"/>
        <w:rPr>
          <w:rFonts w:ascii="Times New Roman" w:hAnsi="Times New Roman" w:cs="Times New Roman"/>
          <w:color w:val="auto"/>
          <w:sz w:val="24"/>
          <w:szCs w:val="24"/>
          <w:lang w:val="ro-RO"/>
        </w:rPr>
      </w:pPr>
    </w:p>
    <w:p w14:paraId="71BCA944" w14:textId="77777777" w:rsidR="000B73EC" w:rsidRPr="005E5CC4" w:rsidRDefault="000B73EC" w:rsidP="000B73EC">
      <w:pPr>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br w:type="page"/>
      </w:r>
    </w:p>
    <w:p w14:paraId="6DB698E6" w14:textId="77777777" w:rsidR="000B73EC" w:rsidRPr="005E5CC4" w:rsidRDefault="000B73EC" w:rsidP="000B73EC">
      <w:pPr>
        <w:pStyle w:val="Heading1"/>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lastRenderedPageBreak/>
        <w:t>11. Declarații și angajamente</w:t>
      </w:r>
    </w:p>
    <w:p w14:paraId="1114B1DC" w14:textId="77777777" w:rsidR="000B73EC" w:rsidRPr="005E5CC4" w:rsidRDefault="000B73EC" w:rsidP="000B73EC">
      <w:pPr>
        <w:spacing w:after="140"/>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Subsemnatul(a) </w:t>
      </w:r>
      <w:r w:rsidRPr="00CC7B8E">
        <w:rPr>
          <w:rFonts w:ascii="Times New Roman" w:hAnsi="Times New Roman" w:cs="Times New Roman"/>
          <w:i/>
          <w:color w:val="auto"/>
          <w:sz w:val="24"/>
          <w:szCs w:val="24"/>
          <w:highlight w:val="yellow"/>
          <w:lang w:val="ro-RO"/>
        </w:rPr>
        <w:t>[nume și prenume]</w:t>
      </w:r>
      <w:r w:rsidRPr="005E5CC4">
        <w:rPr>
          <w:rFonts w:ascii="Times New Roman" w:hAnsi="Times New Roman" w:cs="Times New Roman"/>
          <w:color w:val="auto"/>
          <w:sz w:val="24"/>
          <w:szCs w:val="24"/>
          <w:lang w:val="ro-RO"/>
        </w:rPr>
        <w:t xml:space="preserve">, în calitate de reprezentant legal/împuternicit al </w:t>
      </w:r>
      <w:r w:rsidRPr="00CC7B8E">
        <w:rPr>
          <w:rFonts w:ascii="Times New Roman" w:hAnsi="Times New Roman" w:cs="Times New Roman"/>
          <w:i/>
          <w:color w:val="auto"/>
          <w:sz w:val="24"/>
          <w:szCs w:val="24"/>
          <w:highlight w:val="yellow"/>
          <w:lang w:val="ro-RO"/>
        </w:rPr>
        <w:t>[denumirea IMM]</w:t>
      </w:r>
      <w:r w:rsidRPr="005E5CC4">
        <w:rPr>
          <w:rFonts w:ascii="Times New Roman" w:hAnsi="Times New Roman" w:cs="Times New Roman"/>
          <w:color w:val="auto"/>
          <w:sz w:val="24"/>
          <w:szCs w:val="24"/>
          <w:lang w:val="ro-RO"/>
        </w:rPr>
        <w:t>, declar și mă angajez că:</w:t>
      </w:r>
    </w:p>
    <w:p w14:paraId="61F7F39A" w14:textId="77777777" w:rsidR="000B73EC" w:rsidRPr="005E5CC4" w:rsidRDefault="000B73EC" w:rsidP="00667C9C">
      <w:pPr>
        <w:pStyle w:val="ListBullet"/>
        <w:numPr>
          <w:ilvl w:val="0"/>
          <w:numId w:val="3"/>
        </w:numPr>
        <w:spacing w:after="60" w:line="259" w:lineRule="auto"/>
        <w:ind w:left="425" w:hanging="215"/>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informațiile și documentele furnizate sunt reale, complete, corelate și verificabile;</w:t>
      </w:r>
    </w:p>
    <w:p w14:paraId="00493B02" w14:textId="77777777" w:rsidR="000B73EC" w:rsidRPr="005E5CC4" w:rsidRDefault="000B73EC" w:rsidP="00667C9C">
      <w:pPr>
        <w:pStyle w:val="ListBullet"/>
        <w:numPr>
          <w:ilvl w:val="0"/>
          <w:numId w:val="3"/>
        </w:numPr>
        <w:spacing w:after="60" w:line="259" w:lineRule="auto"/>
        <w:ind w:left="425" w:hanging="215"/>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accept obiectivele proiectului, regulile procedurii, grila de evaluare și modelul acordului de parteneriat;</w:t>
      </w:r>
    </w:p>
    <w:p w14:paraId="146969F6" w14:textId="77777777" w:rsidR="000B73EC" w:rsidRPr="005E5CC4" w:rsidRDefault="000B73EC" w:rsidP="00667C9C">
      <w:pPr>
        <w:pStyle w:val="ListBullet"/>
        <w:numPr>
          <w:ilvl w:val="0"/>
          <w:numId w:val="3"/>
        </w:numPr>
        <w:spacing w:after="60" w:line="259" w:lineRule="auto"/>
        <w:ind w:left="425" w:hanging="215"/>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voi aloca resursele umane, tehnice, materiale și financiare declarate și voi asigura contribuția proprie, cash-</w:t>
      </w:r>
      <w:proofErr w:type="spellStart"/>
      <w:r w:rsidRPr="005E5CC4">
        <w:rPr>
          <w:rFonts w:ascii="Times New Roman" w:hAnsi="Times New Roman" w:cs="Times New Roman"/>
          <w:color w:val="auto"/>
          <w:sz w:val="24"/>
          <w:szCs w:val="24"/>
          <w:lang w:val="ro-RO"/>
        </w:rPr>
        <w:t>flow</w:t>
      </w:r>
      <w:proofErr w:type="spellEnd"/>
      <w:r w:rsidRPr="005E5CC4">
        <w:rPr>
          <w:rFonts w:ascii="Times New Roman" w:hAnsi="Times New Roman" w:cs="Times New Roman"/>
          <w:color w:val="auto"/>
          <w:sz w:val="24"/>
          <w:szCs w:val="24"/>
          <w:lang w:val="ro-RO"/>
        </w:rPr>
        <w:t>-</w:t>
      </w:r>
      <w:proofErr w:type="spellStart"/>
      <w:r w:rsidRPr="005E5CC4">
        <w:rPr>
          <w:rFonts w:ascii="Times New Roman" w:hAnsi="Times New Roman" w:cs="Times New Roman"/>
          <w:color w:val="auto"/>
          <w:sz w:val="24"/>
          <w:szCs w:val="24"/>
          <w:lang w:val="ro-RO"/>
        </w:rPr>
        <w:t>ul</w:t>
      </w:r>
      <w:proofErr w:type="spellEnd"/>
      <w:r w:rsidRPr="005E5CC4">
        <w:rPr>
          <w:rFonts w:ascii="Times New Roman" w:hAnsi="Times New Roman" w:cs="Times New Roman"/>
          <w:color w:val="auto"/>
          <w:sz w:val="24"/>
          <w:szCs w:val="24"/>
          <w:lang w:val="ro-RO"/>
        </w:rPr>
        <w:t>, TVA și cheltuielile neeligibile;</w:t>
      </w:r>
    </w:p>
    <w:p w14:paraId="2B12B89E" w14:textId="77777777" w:rsidR="000B73EC" w:rsidRPr="005E5CC4" w:rsidRDefault="000B73EC" w:rsidP="00667C9C">
      <w:pPr>
        <w:pStyle w:val="ListBullet"/>
        <w:numPr>
          <w:ilvl w:val="0"/>
          <w:numId w:val="3"/>
        </w:numPr>
        <w:spacing w:after="60" w:line="259" w:lineRule="auto"/>
        <w:ind w:left="425" w:hanging="215"/>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voi realiza investiția inițială necesară introducerii în producție și cel puțin activitatea de inovare obligatorie aplicabilă;</w:t>
      </w:r>
    </w:p>
    <w:p w14:paraId="08415ABA" w14:textId="77777777" w:rsidR="000B73EC" w:rsidRPr="005E5CC4" w:rsidRDefault="000B73EC" w:rsidP="00667C9C">
      <w:pPr>
        <w:pStyle w:val="ListBullet"/>
        <w:numPr>
          <w:ilvl w:val="0"/>
          <w:numId w:val="3"/>
        </w:numPr>
        <w:spacing w:after="60" w:line="259" w:lineRule="auto"/>
        <w:ind w:left="425" w:hanging="215"/>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voi contribui la realizarea rezultatelor R1-R5, la atingerea TRL 9, la transferul tehnologic și la exploatarea rezultatelor;</w:t>
      </w:r>
    </w:p>
    <w:p w14:paraId="4E4248A4" w14:textId="77777777" w:rsidR="000B73EC" w:rsidRPr="005E5CC4" w:rsidRDefault="000B73EC" w:rsidP="00667C9C">
      <w:pPr>
        <w:pStyle w:val="ListBullet"/>
        <w:numPr>
          <w:ilvl w:val="0"/>
          <w:numId w:val="3"/>
        </w:numPr>
        <w:spacing w:after="60" w:line="259" w:lineRule="auto"/>
        <w:ind w:left="425" w:hanging="215"/>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 xml:space="preserve">voi respecta efectul stimulativ, regulile ajutorului de stat/de </w:t>
      </w:r>
      <w:proofErr w:type="spellStart"/>
      <w:r w:rsidRPr="005E5CC4">
        <w:rPr>
          <w:rFonts w:ascii="Times New Roman" w:hAnsi="Times New Roman" w:cs="Times New Roman"/>
          <w:color w:val="auto"/>
          <w:sz w:val="24"/>
          <w:szCs w:val="24"/>
          <w:lang w:val="ro-RO"/>
        </w:rPr>
        <w:t>minimis</w:t>
      </w:r>
      <w:proofErr w:type="spellEnd"/>
      <w:r w:rsidRPr="005E5CC4">
        <w:rPr>
          <w:rFonts w:ascii="Times New Roman" w:hAnsi="Times New Roman" w:cs="Times New Roman"/>
          <w:color w:val="auto"/>
          <w:sz w:val="24"/>
          <w:szCs w:val="24"/>
          <w:lang w:val="ro-RO"/>
        </w:rPr>
        <w:t>, lipsa dublei finanțări și interdicția relocării;</w:t>
      </w:r>
    </w:p>
    <w:p w14:paraId="5FE9A8D2" w14:textId="77777777" w:rsidR="000B73EC" w:rsidRPr="005E5CC4" w:rsidRDefault="000B73EC" w:rsidP="00667C9C">
      <w:pPr>
        <w:pStyle w:val="ListBullet"/>
        <w:numPr>
          <w:ilvl w:val="0"/>
          <w:numId w:val="3"/>
        </w:numPr>
        <w:spacing w:after="60" w:line="259" w:lineRule="auto"/>
        <w:ind w:left="425" w:hanging="215"/>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voi respecta dezvoltarea durabilă, egalitatea, nediscriminarea, accesibilitatea, DNSH și cerințele climatice;</w:t>
      </w:r>
    </w:p>
    <w:p w14:paraId="21FE7A0D" w14:textId="77777777" w:rsidR="000B73EC" w:rsidRPr="005E5CC4" w:rsidRDefault="000B73EC" w:rsidP="00667C9C">
      <w:pPr>
        <w:pStyle w:val="ListBullet"/>
        <w:numPr>
          <w:ilvl w:val="0"/>
          <w:numId w:val="3"/>
        </w:numPr>
        <w:spacing w:after="60" w:line="259" w:lineRule="auto"/>
        <w:ind w:left="425" w:hanging="215"/>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accept verificările și clarificările procedurii, fără modificarea substanțială a propunerii după termenul-limită.</w:t>
      </w:r>
    </w:p>
    <w:p w14:paraId="3A9CFE91" w14:textId="2338821E" w:rsidR="000B73EC" w:rsidRPr="005E5CC4" w:rsidRDefault="000B73EC" w:rsidP="000B73EC">
      <w:pPr>
        <w:keepNext/>
        <w:spacing w:before="100"/>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 xml:space="preserve">Verificare finală: </w:t>
      </w:r>
      <w:r w:rsidRPr="005E5CC4">
        <w:rPr>
          <w:rFonts w:ascii="Times New Roman" w:hAnsi="Times New Roman" w:cs="Times New Roman"/>
          <w:color w:val="auto"/>
          <w:sz w:val="24"/>
          <w:szCs w:val="24"/>
          <w:lang w:val="ro-RO"/>
        </w:rPr>
        <w:t>eliminați toate instrucțiunile rămase între paranteze; confirmați că sunt exact cinci rezultate R1-R5, fiecare cu activități, KPI, criteriu, termen și dovadă; verificați că indicatorii coincid cu Anexa 4</w:t>
      </w:r>
      <w:r w:rsidR="00667C9C">
        <w:rPr>
          <w:rFonts w:ascii="Times New Roman" w:hAnsi="Times New Roman" w:cs="Times New Roman"/>
          <w:color w:val="auto"/>
          <w:sz w:val="24"/>
          <w:szCs w:val="24"/>
          <w:lang w:val="ro-RO"/>
        </w:rPr>
        <w:t xml:space="preserve"> la ghid</w:t>
      </w:r>
      <w:r w:rsidRPr="005E5CC4">
        <w:rPr>
          <w:rFonts w:ascii="Times New Roman" w:hAnsi="Times New Roman" w:cs="Times New Roman"/>
          <w:color w:val="auto"/>
          <w:sz w:val="24"/>
          <w:szCs w:val="24"/>
          <w:lang w:val="ro-RO"/>
        </w:rPr>
        <w:t xml:space="preserve"> și că valorile financiare coincid cu macheta P1-IMM/AF-P1</w:t>
      </w:r>
      <w:r w:rsidR="00667C9C">
        <w:rPr>
          <w:rFonts w:ascii="Times New Roman" w:hAnsi="Times New Roman" w:cs="Times New Roman"/>
          <w:color w:val="auto"/>
          <w:sz w:val="24"/>
          <w:szCs w:val="24"/>
          <w:lang w:val="ro-RO"/>
        </w:rPr>
        <w:t xml:space="preserve"> la ghid</w:t>
      </w:r>
      <w:r w:rsidRPr="005E5CC4">
        <w:rPr>
          <w:rFonts w:ascii="Times New Roman" w:hAnsi="Times New Roman" w:cs="Times New Roman"/>
          <w:color w:val="auto"/>
          <w:sz w:val="24"/>
          <w:szCs w:val="24"/>
          <w:lang w:val="ro-RO"/>
        </w:rPr>
        <w:t>.</w:t>
      </w:r>
    </w:p>
    <w:p w14:paraId="33DEE335" w14:textId="77777777" w:rsidR="000B73EC" w:rsidRPr="005E5CC4" w:rsidRDefault="000B73EC" w:rsidP="000B73EC">
      <w:pPr>
        <w:pStyle w:val="Heading2"/>
        <w:rPr>
          <w:rFonts w:ascii="Times New Roman" w:hAnsi="Times New Roman" w:cs="Times New Roman"/>
          <w:color w:val="auto"/>
          <w:sz w:val="24"/>
          <w:szCs w:val="24"/>
          <w:lang w:val="ro-RO"/>
        </w:rPr>
      </w:pPr>
      <w:r w:rsidRPr="005E5CC4">
        <w:rPr>
          <w:rFonts w:ascii="Times New Roman" w:hAnsi="Times New Roman" w:cs="Times New Roman"/>
          <w:color w:val="auto"/>
          <w:sz w:val="24"/>
          <w:szCs w:val="24"/>
          <w:lang w:val="ro-RO"/>
        </w:rPr>
        <w:t>Semnătura candidatului</w:t>
      </w:r>
    </w:p>
    <w:tbl>
      <w:tblPr>
        <w:tblW w:w="963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6638"/>
      </w:tblGrid>
      <w:tr w:rsidR="000B73EC" w:rsidRPr="005E5CC4" w14:paraId="16916745" w14:textId="77777777" w:rsidTr="00CC7B8E">
        <w:tc>
          <w:tcPr>
            <w:tcW w:w="3000" w:type="dxa"/>
            <w:shd w:val="clear" w:color="auto" w:fill="F7F9FC"/>
            <w:tcMar>
              <w:top w:w="90" w:type="dxa"/>
              <w:left w:w="120" w:type="dxa"/>
              <w:bottom w:w="90" w:type="dxa"/>
              <w:right w:w="120" w:type="dxa"/>
            </w:tcMar>
            <w:vAlign w:val="center"/>
          </w:tcPr>
          <w:p w14:paraId="08BF3CA0"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Denumirea IMM</w:t>
            </w:r>
          </w:p>
        </w:tc>
        <w:tc>
          <w:tcPr>
            <w:tcW w:w="6638" w:type="dxa"/>
            <w:shd w:val="clear" w:color="auto" w:fill="EEF5FB"/>
            <w:tcMar>
              <w:top w:w="90" w:type="dxa"/>
              <w:left w:w="120" w:type="dxa"/>
              <w:bottom w:w="90" w:type="dxa"/>
              <w:right w:w="120" w:type="dxa"/>
            </w:tcMar>
            <w:vAlign w:val="center"/>
          </w:tcPr>
          <w:p w14:paraId="2B858DD5" w14:textId="77777777" w:rsidR="000B73EC" w:rsidRPr="00CC7B8E" w:rsidRDefault="000B73EC" w:rsidP="003E7A10">
            <w:pPr>
              <w:spacing w:after="30" w:line="252" w:lineRule="auto"/>
              <w:rPr>
                <w:rFonts w:ascii="Times New Roman" w:hAnsi="Times New Roman" w:cs="Times New Roman"/>
                <w:iCs/>
                <w:color w:val="auto"/>
                <w:sz w:val="24"/>
                <w:szCs w:val="24"/>
                <w:highlight w:val="yellow"/>
                <w:lang w:val="ro-RO"/>
              </w:rPr>
            </w:pPr>
            <w:r w:rsidRPr="00CC7B8E">
              <w:rPr>
                <w:rFonts w:ascii="Times New Roman" w:hAnsi="Times New Roman" w:cs="Times New Roman"/>
                <w:iCs/>
                <w:color w:val="auto"/>
                <w:sz w:val="24"/>
                <w:szCs w:val="24"/>
                <w:highlight w:val="yellow"/>
                <w:lang w:val="ro-RO"/>
              </w:rPr>
              <w:t>[Completați: completați]</w:t>
            </w:r>
          </w:p>
          <w:p w14:paraId="3D9EF7B3" w14:textId="77777777" w:rsidR="000B73EC" w:rsidRPr="00CC7B8E" w:rsidRDefault="000B73EC" w:rsidP="003E7A10">
            <w:pPr>
              <w:spacing w:after="40" w:line="252" w:lineRule="auto"/>
              <w:rPr>
                <w:rFonts w:ascii="Times New Roman" w:hAnsi="Times New Roman" w:cs="Times New Roman"/>
                <w:iCs/>
                <w:color w:val="auto"/>
                <w:sz w:val="24"/>
                <w:szCs w:val="24"/>
                <w:highlight w:val="yellow"/>
                <w:lang w:val="ro-RO"/>
              </w:rPr>
            </w:pPr>
            <w:r w:rsidRPr="00CC7B8E">
              <w:rPr>
                <w:rFonts w:ascii="Times New Roman" w:hAnsi="Times New Roman" w:cs="Times New Roman"/>
                <w:iCs/>
                <w:color w:val="auto"/>
                <w:sz w:val="24"/>
                <w:szCs w:val="24"/>
                <w:highlight w:val="yellow"/>
                <w:lang w:val="ro-RO"/>
              </w:rPr>
              <w:t xml:space="preserve"> </w:t>
            </w:r>
          </w:p>
        </w:tc>
      </w:tr>
      <w:tr w:rsidR="000B73EC" w:rsidRPr="005E5CC4" w14:paraId="138DB1FE" w14:textId="77777777" w:rsidTr="00CC7B8E">
        <w:tc>
          <w:tcPr>
            <w:tcW w:w="3000" w:type="dxa"/>
            <w:shd w:val="clear" w:color="auto" w:fill="F7F9FC"/>
            <w:tcMar>
              <w:top w:w="90" w:type="dxa"/>
              <w:left w:w="120" w:type="dxa"/>
              <w:bottom w:w="90" w:type="dxa"/>
              <w:right w:w="120" w:type="dxa"/>
            </w:tcMar>
            <w:vAlign w:val="center"/>
          </w:tcPr>
          <w:p w14:paraId="6333825A"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Reprezentant legal/împuternicit</w:t>
            </w:r>
          </w:p>
        </w:tc>
        <w:tc>
          <w:tcPr>
            <w:tcW w:w="6638" w:type="dxa"/>
            <w:shd w:val="clear" w:color="auto" w:fill="EEF5FB"/>
            <w:tcMar>
              <w:top w:w="90" w:type="dxa"/>
              <w:left w:w="120" w:type="dxa"/>
              <w:bottom w:w="90" w:type="dxa"/>
              <w:right w:w="120" w:type="dxa"/>
            </w:tcMar>
            <w:vAlign w:val="center"/>
          </w:tcPr>
          <w:p w14:paraId="4A1CB10E" w14:textId="77777777" w:rsidR="000B73EC" w:rsidRPr="00CC7B8E" w:rsidRDefault="000B73EC" w:rsidP="003E7A10">
            <w:pPr>
              <w:spacing w:after="30" w:line="252" w:lineRule="auto"/>
              <w:rPr>
                <w:rFonts w:ascii="Times New Roman" w:hAnsi="Times New Roman" w:cs="Times New Roman"/>
                <w:iCs/>
                <w:color w:val="auto"/>
                <w:sz w:val="24"/>
                <w:szCs w:val="24"/>
                <w:highlight w:val="yellow"/>
                <w:lang w:val="ro-RO"/>
              </w:rPr>
            </w:pPr>
            <w:r w:rsidRPr="00CC7B8E">
              <w:rPr>
                <w:rFonts w:ascii="Times New Roman" w:hAnsi="Times New Roman" w:cs="Times New Roman"/>
                <w:iCs/>
                <w:color w:val="auto"/>
                <w:sz w:val="24"/>
                <w:szCs w:val="24"/>
                <w:highlight w:val="yellow"/>
                <w:lang w:val="ro-RO"/>
              </w:rPr>
              <w:t>[Completați: nume, prenume, funcție]</w:t>
            </w:r>
          </w:p>
          <w:p w14:paraId="49C13150" w14:textId="77777777" w:rsidR="000B73EC" w:rsidRPr="00CC7B8E" w:rsidRDefault="000B73EC" w:rsidP="003E7A10">
            <w:pPr>
              <w:spacing w:after="40" w:line="252" w:lineRule="auto"/>
              <w:rPr>
                <w:rFonts w:ascii="Times New Roman" w:hAnsi="Times New Roman" w:cs="Times New Roman"/>
                <w:iCs/>
                <w:color w:val="auto"/>
                <w:sz w:val="24"/>
                <w:szCs w:val="24"/>
                <w:highlight w:val="yellow"/>
                <w:lang w:val="ro-RO"/>
              </w:rPr>
            </w:pPr>
            <w:r w:rsidRPr="00CC7B8E">
              <w:rPr>
                <w:rFonts w:ascii="Times New Roman" w:hAnsi="Times New Roman" w:cs="Times New Roman"/>
                <w:iCs/>
                <w:color w:val="auto"/>
                <w:sz w:val="24"/>
                <w:szCs w:val="24"/>
                <w:highlight w:val="yellow"/>
                <w:lang w:val="ro-RO"/>
              </w:rPr>
              <w:t xml:space="preserve"> </w:t>
            </w:r>
          </w:p>
        </w:tc>
      </w:tr>
      <w:tr w:rsidR="000B73EC" w:rsidRPr="005E5CC4" w14:paraId="0A6738AA" w14:textId="77777777" w:rsidTr="00CC7B8E">
        <w:tc>
          <w:tcPr>
            <w:tcW w:w="3000" w:type="dxa"/>
            <w:shd w:val="clear" w:color="auto" w:fill="F7F9FC"/>
            <w:tcMar>
              <w:top w:w="90" w:type="dxa"/>
              <w:left w:w="120" w:type="dxa"/>
              <w:bottom w:w="90" w:type="dxa"/>
              <w:right w:w="120" w:type="dxa"/>
            </w:tcMar>
            <w:vAlign w:val="center"/>
          </w:tcPr>
          <w:p w14:paraId="3DF20E47"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Data și locul</w:t>
            </w:r>
          </w:p>
        </w:tc>
        <w:tc>
          <w:tcPr>
            <w:tcW w:w="6638" w:type="dxa"/>
            <w:shd w:val="clear" w:color="auto" w:fill="EEF5FB"/>
            <w:tcMar>
              <w:top w:w="90" w:type="dxa"/>
              <w:left w:w="120" w:type="dxa"/>
              <w:bottom w:w="90" w:type="dxa"/>
              <w:right w:w="120" w:type="dxa"/>
            </w:tcMar>
            <w:vAlign w:val="center"/>
          </w:tcPr>
          <w:p w14:paraId="0A1A8BB1" w14:textId="77777777" w:rsidR="000B73EC" w:rsidRPr="00CC7B8E" w:rsidRDefault="000B73EC" w:rsidP="003E7A10">
            <w:pPr>
              <w:spacing w:after="30" w:line="252" w:lineRule="auto"/>
              <w:rPr>
                <w:rFonts w:ascii="Times New Roman" w:hAnsi="Times New Roman" w:cs="Times New Roman"/>
                <w:iCs/>
                <w:color w:val="auto"/>
                <w:sz w:val="24"/>
                <w:szCs w:val="24"/>
                <w:highlight w:val="yellow"/>
                <w:lang w:val="ro-RO"/>
              </w:rPr>
            </w:pPr>
            <w:r w:rsidRPr="00CC7B8E">
              <w:rPr>
                <w:rFonts w:ascii="Times New Roman" w:hAnsi="Times New Roman" w:cs="Times New Roman"/>
                <w:iCs/>
                <w:color w:val="auto"/>
                <w:sz w:val="24"/>
                <w:szCs w:val="24"/>
                <w:highlight w:val="yellow"/>
                <w:lang w:val="ro-RO"/>
              </w:rPr>
              <w:t>[Completați: completați]</w:t>
            </w:r>
          </w:p>
          <w:p w14:paraId="376DCD3C" w14:textId="77777777" w:rsidR="000B73EC" w:rsidRPr="00CC7B8E" w:rsidRDefault="000B73EC" w:rsidP="003E7A10">
            <w:pPr>
              <w:spacing w:after="40" w:line="252" w:lineRule="auto"/>
              <w:rPr>
                <w:rFonts w:ascii="Times New Roman" w:hAnsi="Times New Roman" w:cs="Times New Roman"/>
                <w:iCs/>
                <w:color w:val="auto"/>
                <w:sz w:val="24"/>
                <w:szCs w:val="24"/>
                <w:highlight w:val="yellow"/>
                <w:lang w:val="ro-RO"/>
              </w:rPr>
            </w:pPr>
            <w:r w:rsidRPr="00CC7B8E">
              <w:rPr>
                <w:rFonts w:ascii="Times New Roman" w:hAnsi="Times New Roman" w:cs="Times New Roman"/>
                <w:iCs/>
                <w:color w:val="auto"/>
                <w:sz w:val="24"/>
                <w:szCs w:val="24"/>
                <w:highlight w:val="yellow"/>
                <w:lang w:val="ro-RO"/>
              </w:rPr>
              <w:t xml:space="preserve"> </w:t>
            </w:r>
          </w:p>
        </w:tc>
      </w:tr>
      <w:tr w:rsidR="000B73EC" w:rsidRPr="005E5CC4" w14:paraId="102FADD9" w14:textId="77777777" w:rsidTr="00CC7B8E">
        <w:tc>
          <w:tcPr>
            <w:tcW w:w="3000" w:type="dxa"/>
            <w:shd w:val="clear" w:color="auto" w:fill="F7F9FC"/>
            <w:tcMar>
              <w:top w:w="90" w:type="dxa"/>
              <w:left w:w="120" w:type="dxa"/>
              <w:bottom w:w="90" w:type="dxa"/>
              <w:right w:w="120" w:type="dxa"/>
            </w:tcMar>
            <w:vAlign w:val="center"/>
          </w:tcPr>
          <w:p w14:paraId="34F57846"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Semnătura electronică/olografă</w:t>
            </w:r>
          </w:p>
        </w:tc>
        <w:tc>
          <w:tcPr>
            <w:tcW w:w="6638" w:type="dxa"/>
            <w:shd w:val="clear" w:color="auto" w:fill="EEF5FB"/>
            <w:tcMar>
              <w:top w:w="90" w:type="dxa"/>
              <w:left w:w="120" w:type="dxa"/>
              <w:bottom w:w="90" w:type="dxa"/>
              <w:right w:w="120" w:type="dxa"/>
            </w:tcMar>
            <w:vAlign w:val="center"/>
          </w:tcPr>
          <w:p w14:paraId="4813D6D8" w14:textId="77777777" w:rsidR="000B73EC" w:rsidRPr="00CC7B8E" w:rsidRDefault="000B73EC" w:rsidP="003E7A10">
            <w:pPr>
              <w:spacing w:after="30" w:line="252" w:lineRule="auto"/>
              <w:rPr>
                <w:rFonts w:ascii="Times New Roman" w:hAnsi="Times New Roman" w:cs="Times New Roman"/>
                <w:iCs/>
                <w:color w:val="auto"/>
                <w:sz w:val="24"/>
                <w:szCs w:val="24"/>
                <w:highlight w:val="yellow"/>
                <w:lang w:val="ro-RO"/>
              </w:rPr>
            </w:pPr>
            <w:r w:rsidRPr="00CC7B8E">
              <w:rPr>
                <w:rFonts w:ascii="Times New Roman" w:hAnsi="Times New Roman" w:cs="Times New Roman"/>
                <w:iCs/>
                <w:color w:val="auto"/>
                <w:sz w:val="24"/>
                <w:szCs w:val="24"/>
                <w:highlight w:val="yellow"/>
                <w:lang w:val="ro-RO"/>
              </w:rPr>
              <w:t xml:space="preserve"> </w:t>
            </w:r>
          </w:p>
          <w:p w14:paraId="3C25E5E6" w14:textId="77777777" w:rsidR="000B73EC" w:rsidRPr="00CC7B8E" w:rsidRDefault="000B73EC" w:rsidP="003E7A10">
            <w:pPr>
              <w:spacing w:after="30" w:line="252" w:lineRule="auto"/>
              <w:rPr>
                <w:rFonts w:ascii="Times New Roman" w:hAnsi="Times New Roman" w:cs="Times New Roman"/>
                <w:iCs/>
                <w:color w:val="auto"/>
                <w:sz w:val="24"/>
                <w:szCs w:val="24"/>
                <w:highlight w:val="yellow"/>
                <w:lang w:val="ro-RO"/>
              </w:rPr>
            </w:pPr>
            <w:r w:rsidRPr="00CC7B8E">
              <w:rPr>
                <w:rFonts w:ascii="Times New Roman" w:hAnsi="Times New Roman" w:cs="Times New Roman"/>
                <w:iCs/>
                <w:color w:val="auto"/>
                <w:sz w:val="24"/>
                <w:szCs w:val="24"/>
                <w:highlight w:val="yellow"/>
                <w:lang w:val="ro-RO"/>
              </w:rPr>
              <w:t xml:space="preserve"> </w:t>
            </w:r>
          </w:p>
          <w:p w14:paraId="14F182B2" w14:textId="77777777" w:rsidR="000B73EC" w:rsidRPr="00CC7B8E" w:rsidRDefault="000B73EC" w:rsidP="003E7A10">
            <w:pPr>
              <w:spacing w:after="30" w:line="252" w:lineRule="auto"/>
              <w:rPr>
                <w:rFonts w:ascii="Times New Roman" w:hAnsi="Times New Roman" w:cs="Times New Roman"/>
                <w:iCs/>
                <w:color w:val="auto"/>
                <w:sz w:val="24"/>
                <w:szCs w:val="24"/>
                <w:highlight w:val="yellow"/>
                <w:lang w:val="ro-RO"/>
              </w:rPr>
            </w:pPr>
            <w:r w:rsidRPr="00CC7B8E">
              <w:rPr>
                <w:rFonts w:ascii="Times New Roman" w:hAnsi="Times New Roman" w:cs="Times New Roman"/>
                <w:iCs/>
                <w:color w:val="auto"/>
                <w:sz w:val="24"/>
                <w:szCs w:val="24"/>
                <w:highlight w:val="yellow"/>
                <w:lang w:val="ro-RO"/>
              </w:rPr>
              <w:t xml:space="preserve"> </w:t>
            </w:r>
          </w:p>
        </w:tc>
      </w:tr>
      <w:tr w:rsidR="000B73EC" w:rsidRPr="005E5CC4" w14:paraId="1826D4E1" w14:textId="77777777" w:rsidTr="00CC7B8E">
        <w:tc>
          <w:tcPr>
            <w:tcW w:w="3000" w:type="dxa"/>
            <w:shd w:val="clear" w:color="auto" w:fill="F7F9FC"/>
            <w:tcMar>
              <w:top w:w="90" w:type="dxa"/>
              <w:left w:w="120" w:type="dxa"/>
              <w:bottom w:w="90" w:type="dxa"/>
              <w:right w:w="120" w:type="dxa"/>
            </w:tcMar>
            <w:vAlign w:val="center"/>
          </w:tcPr>
          <w:p w14:paraId="102D26BE" w14:textId="77777777" w:rsidR="000B73EC" w:rsidRPr="005E5CC4" w:rsidRDefault="000B73EC" w:rsidP="003E7A10">
            <w:pPr>
              <w:spacing w:after="30" w:line="252" w:lineRule="auto"/>
              <w:rPr>
                <w:rFonts w:ascii="Times New Roman" w:hAnsi="Times New Roman" w:cs="Times New Roman"/>
                <w:color w:val="auto"/>
                <w:sz w:val="24"/>
                <w:szCs w:val="24"/>
                <w:lang w:val="ro-RO"/>
              </w:rPr>
            </w:pPr>
            <w:r w:rsidRPr="005E5CC4">
              <w:rPr>
                <w:rFonts w:ascii="Times New Roman" w:hAnsi="Times New Roman" w:cs="Times New Roman"/>
                <w:b/>
                <w:color w:val="auto"/>
                <w:sz w:val="24"/>
                <w:szCs w:val="24"/>
                <w:lang w:val="ro-RO"/>
              </w:rPr>
              <w:t>Ștampila, dacă se utilizează</w:t>
            </w:r>
          </w:p>
        </w:tc>
        <w:tc>
          <w:tcPr>
            <w:tcW w:w="6638" w:type="dxa"/>
            <w:shd w:val="clear" w:color="auto" w:fill="EEF5FB"/>
            <w:tcMar>
              <w:top w:w="90" w:type="dxa"/>
              <w:left w:w="120" w:type="dxa"/>
              <w:bottom w:w="90" w:type="dxa"/>
              <w:right w:w="120" w:type="dxa"/>
            </w:tcMar>
            <w:vAlign w:val="center"/>
          </w:tcPr>
          <w:p w14:paraId="2F33F063" w14:textId="77777777" w:rsidR="000B73EC" w:rsidRPr="00CC7B8E" w:rsidRDefault="000B73EC" w:rsidP="003E7A10">
            <w:pPr>
              <w:spacing w:after="30" w:line="252" w:lineRule="auto"/>
              <w:rPr>
                <w:rFonts w:ascii="Times New Roman" w:hAnsi="Times New Roman" w:cs="Times New Roman"/>
                <w:iCs/>
                <w:color w:val="auto"/>
                <w:sz w:val="24"/>
                <w:szCs w:val="24"/>
                <w:highlight w:val="yellow"/>
                <w:lang w:val="ro-RO"/>
              </w:rPr>
            </w:pPr>
            <w:r w:rsidRPr="00CC7B8E">
              <w:rPr>
                <w:rFonts w:ascii="Times New Roman" w:hAnsi="Times New Roman" w:cs="Times New Roman"/>
                <w:iCs/>
                <w:color w:val="auto"/>
                <w:sz w:val="24"/>
                <w:szCs w:val="24"/>
                <w:highlight w:val="yellow"/>
                <w:lang w:val="ro-RO"/>
              </w:rPr>
              <w:t xml:space="preserve"> </w:t>
            </w:r>
          </w:p>
          <w:p w14:paraId="7699C3A1" w14:textId="77777777" w:rsidR="000B73EC" w:rsidRPr="00CC7B8E" w:rsidRDefault="000B73EC" w:rsidP="003E7A10">
            <w:pPr>
              <w:spacing w:after="30" w:line="252" w:lineRule="auto"/>
              <w:rPr>
                <w:rFonts w:ascii="Times New Roman" w:hAnsi="Times New Roman" w:cs="Times New Roman"/>
                <w:iCs/>
                <w:color w:val="auto"/>
                <w:sz w:val="24"/>
                <w:szCs w:val="24"/>
                <w:highlight w:val="yellow"/>
                <w:lang w:val="ro-RO"/>
              </w:rPr>
            </w:pPr>
            <w:r w:rsidRPr="00CC7B8E">
              <w:rPr>
                <w:rFonts w:ascii="Times New Roman" w:hAnsi="Times New Roman" w:cs="Times New Roman"/>
                <w:iCs/>
                <w:color w:val="auto"/>
                <w:sz w:val="24"/>
                <w:szCs w:val="24"/>
                <w:highlight w:val="yellow"/>
                <w:lang w:val="ro-RO"/>
              </w:rPr>
              <w:t xml:space="preserve"> </w:t>
            </w:r>
          </w:p>
          <w:p w14:paraId="03F2E423" w14:textId="77777777" w:rsidR="000B73EC" w:rsidRPr="00CC7B8E" w:rsidRDefault="000B73EC" w:rsidP="003E7A10">
            <w:pPr>
              <w:spacing w:after="30" w:line="252" w:lineRule="auto"/>
              <w:rPr>
                <w:rFonts w:ascii="Times New Roman" w:hAnsi="Times New Roman" w:cs="Times New Roman"/>
                <w:iCs/>
                <w:color w:val="auto"/>
                <w:sz w:val="24"/>
                <w:szCs w:val="24"/>
                <w:highlight w:val="yellow"/>
                <w:lang w:val="ro-RO"/>
              </w:rPr>
            </w:pPr>
            <w:r w:rsidRPr="00CC7B8E">
              <w:rPr>
                <w:rFonts w:ascii="Times New Roman" w:hAnsi="Times New Roman" w:cs="Times New Roman"/>
                <w:iCs/>
                <w:color w:val="auto"/>
                <w:sz w:val="24"/>
                <w:szCs w:val="24"/>
                <w:highlight w:val="yellow"/>
                <w:lang w:val="ro-RO"/>
              </w:rPr>
              <w:t xml:space="preserve"> </w:t>
            </w:r>
          </w:p>
        </w:tc>
      </w:tr>
    </w:tbl>
    <w:p w14:paraId="24C17E20" w14:textId="77777777" w:rsidR="000B73EC" w:rsidRPr="005E5CC4" w:rsidRDefault="000B73EC" w:rsidP="000B73EC">
      <w:pPr>
        <w:rPr>
          <w:rFonts w:ascii="Times New Roman" w:hAnsi="Times New Roman" w:cs="Times New Roman"/>
          <w:color w:val="auto"/>
          <w:sz w:val="24"/>
          <w:szCs w:val="24"/>
          <w:lang w:val="ro-RO"/>
        </w:rPr>
      </w:pPr>
    </w:p>
    <w:p w14:paraId="79611BBB" w14:textId="77777777" w:rsidR="008D4335" w:rsidRPr="005E5CC4" w:rsidRDefault="008D4335" w:rsidP="008D4335">
      <w:pPr>
        <w:rPr>
          <w:rFonts w:ascii="Times New Roman" w:hAnsi="Times New Roman" w:cs="Times New Roman"/>
          <w:color w:val="auto"/>
          <w:sz w:val="24"/>
          <w:szCs w:val="24"/>
          <w:lang w:val="ro-RO"/>
        </w:rPr>
      </w:pPr>
    </w:p>
    <w:sectPr w:rsidR="008D4335" w:rsidRPr="005E5CC4">
      <w:headerReference w:type="default" r:id="rId13"/>
      <w:footerReference w:type="default" r:id="rId14"/>
      <w:pgSz w:w="11906" w:h="16838"/>
      <w:pgMar w:top="1134" w:right="1134" w:bottom="1134" w:left="1134"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F7863" w14:textId="77777777" w:rsidR="000A616B" w:rsidRDefault="000A616B">
      <w:pPr>
        <w:spacing w:after="0" w:line="240" w:lineRule="auto"/>
      </w:pPr>
      <w:r>
        <w:separator/>
      </w:r>
    </w:p>
  </w:endnote>
  <w:endnote w:type="continuationSeparator" w:id="0">
    <w:p w14:paraId="00A27445" w14:textId="77777777" w:rsidR="000A616B" w:rsidRDefault="000A6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980653"/>
      <w:docPartObj>
        <w:docPartGallery w:val="Page Numbers (Bottom of Page)"/>
        <w:docPartUnique/>
      </w:docPartObj>
    </w:sdtPr>
    <w:sdtEndPr>
      <w:rPr>
        <w:noProof/>
      </w:rPr>
    </w:sdtEndPr>
    <w:sdtContent>
      <w:p w14:paraId="5F7C18A0" w14:textId="74DA3384" w:rsidR="00DA2080" w:rsidRDefault="00DA20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7EB806" w14:textId="13AFA845" w:rsidR="000B73EC" w:rsidRDefault="000B73E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C8566" w14:textId="77777777" w:rsidR="000B73EC" w:rsidRDefault="000B73EC">
    <w:pPr>
      <w:pStyle w:val="Footer"/>
      <w:jc w:val="center"/>
    </w:pPr>
    <w:r>
      <w:rPr>
        <w:color w:val="666666"/>
        <w:sz w:val="16"/>
      </w:rPr>
      <w:t xml:space="preserve">Formular </w:t>
    </w:r>
    <w:proofErr w:type="spellStart"/>
    <w:proofErr w:type="gramStart"/>
    <w:r>
      <w:rPr>
        <w:color w:val="666666"/>
        <w:sz w:val="16"/>
      </w:rPr>
      <w:t>necompletat</w:t>
    </w:r>
    <w:proofErr w:type="spellEnd"/>
    <w:r>
      <w:rPr>
        <w:color w:val="666666"/>
        <w:sz w:val="16"/>
      </w:rPr>
      <w:t xml:space="preserve">  |</w:t>
    </w:r>
    <w:proofErr w:type="gramEnd"/>
    <w:r>
      <w:rPr>
        <w:color w:val="666666"/>
        <w:sz w:val="16"/>
      </w:rPr>
      <w:t xml:space="preserve">  </w:t>
    </w:r>
    <w:proofErr w:type="spellStart"/>
    <w:r>
      <w:rPr>
        <w:color w:val="666666"/>
        <w:sz w:val="16"/>
      </w:rPr>
      <w:t>Pagina</w:t>
    </w:r>
    <w:proofErr w:type="spellEnd"/>
    <w:r>
      <w:rPr>
        <w:color w:val="666666"/>
        <w:sz w:val="16"/>
      </w:rPr>
      <w:t xml:space="preserve"> </w:t>
    </w:r>
    <w:r>
      <w:rPr>
        <w:color w:val="666666"/>
        <w:sz w:val="16"/>
      </w:rPr>
      <w:fldChar w:fldCharType="begin"/>
    </w:r>
    <w:r>
      <w:rPr>
        <w:color w:val="666666"/>
        <w:sz w:val="16"/>
      </w:rPr>
      <w:instrText xml:space="preserve"> PAGE </w:instrText>
    </w:r>
    <w:r>
      <w:rPr>
        <w:color w:val="666666"/>
        <w:sz w:val="16"/>
      </w:rPr>
      <w:fldChar w:fldCharType="separate"/>
    </w:r>
    <w:r>
      <w:rPr>
        <w:noProof/>
        <w:color w:val="666666"/>
        <w:sz w:val="16"/>
      </w:rPr>
      <w:t>12</w:t>
    </w:r>
    <w:r>
      <w:rPr>
        <w:color w:val="666666"/>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66C7E" w14:textId="77777777" w:rsidR="0025461E" w:rsidRDefault="00A1697B">
    <w:pPr>
      <w:pStyle w:val="Footer"/>
      <w:spacing w:before="40"/>
      <w:jc w:val="right"/>
    </w:pPr>
    <w:proofErr w:type="spellStart"/>
    <w:r>
      <w:rPr>
        <w:rFonts w:eastAsia="Calibri"/>
        <w:color w:val="6B7280"/>
        <w:sz w:val="17"/>
      </w:rPr>
      <w:t>Pagina</w:t>
    </w:r>
    <w:proofErr w:type="spellEnd"/>
    <w:r>
      <w:rPr>
        <w:rFonts w:eastAsia="Calibri"/>
        <w:color w:val="6B7280"/>
        <w:sz w:val="17"/>
      </w:rPr>
      <w:t xml:space="preserve"> </w:t>
    </w:r>
    <w:r>
      <w:rPr>
        <w:rFonts w:eastAsia="Calibri"/>
        <w:color w:val="6B7280"/>
        <w:sz w:val="17"/>
      </w:rPr>
      <w:fldChar w:fldCharType="begin"/>
    </w:r>
    <w:r>
      <w:rPr>
        <w:rFonts w:eastAsia="Calibri"/>
        <w:color w:val="6B7280"/>
        <w:sz w:val="17"/>
      </w:rPr>
      <w:instrText>PAGE</w:instrText>
    </w:r>
    <w:r>
      <w:rPr>
        <w:rFonts w:eastAsia="Calibri"/>
        <w:color w:val="6B7280"/>
        <w:sz w:val="17"/>
      </w:rPr>
      <w:fldChar w:fldCharType="separate"/>
    </w:r>
    <w:r>
      <w:rPr>
        <w:rFonts w:eastAsia="Calibri"/>
        <w:color w:val="6B7280"/>
        <w:sz w:val="17"/>
      </w:rPr>
      <w:t>1</w:t>
    </w:r>
    <w:r>
      <w:rPr>
        <w:rFonts w:eastAsia="Calibri"/>
        <w:color w:val="6B7280"/>
        <w:sz w:val="17"/>
      </w:rPr>
      <w:fldChar w:fldCharType="end"/>
    </w:r>
    <w:r>
      <w:rPr>
        <w:rFonts w:eastAsia="Calibri"/>
        <w:color w:val="6B7280"/>
        <w:sz w:val="17"/>
      </w:rPr>
      <w:t xml:space="preserve"> din </w:t>
    </w:r>
    <w:r>
      <w:rPr>
        <w:rFonts w:eastAsia="Calibri"/>
        <w:color w:val="6B7280"/>
        <w:sz w:val="17"/>
      </w:rPr>
      <w:fldChar w:fldCharType="begin"/>
    </w:r>
    <w:r>
      <w:rPr>
        <w:rFonts w:eastAsia="Calibri"/>
        <w:color w:val="6B7280"/>
        <w:sz w:val="17"/>
      </w:rPr>
      <w:instrText>NUMPAGES</w:instrText>
    </w:r>
    <w:r>
      <w:rPr>
        <w:rFonts w:eastAsia="Calibri"/>
        <w:color w:val="6B7280"/>
        <w:sz w:val="17"/>
      </w:rPr>
      <w:fldChar w:fldCharType="separate"/>
    </w:r>
    <w:r>
      <w:rPr>
        <w:rFonts w:eastAsia="Calibri"/>
        <w:color w:val="6B7280"/>
        <w:sz w:val="17"/>
      </w:rPr>
      <w:t>1</w:t>
    </w:r>
    <w:r>
      <w:rPr>
        <w:rFonts w:eastAsia="Calibri"/>
        <w:color w:val="6B7280"/>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DBA68" w14:textId="77777777" w:rsidR="000A616B" w:rsidRDefault="000A616B">
      <w:pPr>
        <w:spacing w:after="0" w:line="240" w:lineRule="auto"/>
      </w:pPr>
      <w:r>
        <w:separator/>
      </w:r>
    </w:p>
  </w:footnote>
  <w:footnote w:type="continuationSeparator" w:id="0">
    <w:p w14:paraId="2461AD5F" w14:textId="77777777" w:rsidR="000A616B" w:rsidRDefault="000A61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068EB" w14:textId="77777777" w:rsidR="000B73EC" w:rsidRDefault="000B73EC">
    <w:pPr>
      <w:pStyle w:val="Header"/>
      <w:jc w:val="right"/>
    </w:pPr>
    <w:r>
      <w:rPr>
        <w:b/>
        <w:color w:val="666666"/>
        <w:sz w:val="16"/>
      </w:rPr>
      <w:t xml:space="preserve">ANEXA </w:t>
    </w:r>
    <w:proofErr w:type="gramStart"/>
    <w:r>
      <w:rPr>
        <w:b/>
        <w:color w:val="666666"/>
        <w:sz w:val="16"/>
      </w:rPr>
      <w:t>1  |</w:t>
    </w:r>
    <w:proofErr w:type="gramEnd"/>
    <w:r>
      <w:rPr>
        <w:b/>
        <w:color w:val="666666"/>
        <w:sz w:val="16"/>
      </w:rPr>
      <w:t xml:space="preserve">  SELECȚIE PARTENER IMM - PCIDIF/947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C5174" w14:textId="77777777" w:rsidR="000B73EC" w:rsidRDefault="000B73EC">
    <w:pPr>
      <w:pStyle w:val="Header"/>
      <w:jc w:val="right"/>
    </w:pPr>
    <w:r>
      <w:rPr>
        <w:b/>
        <w:color w:val="666666"/>
        <w:sz w:val="16"/>
      </w:rPr>
      <w:t xml:space="preserve">ANEXA </w:t>
    </w:r>
    <w:proofErr w:type="gramStart"/>
    <w:r>
      <w:rPr>
        <w:b/>
        <w:color w:val="666666"/>
        <w:sz w:val="16"/>
      </w:rPr>
      <w:t>1  |</w:t>
    </w:r>
    <w:proofErr w:type="gramEnd"/>
    <w:r>
      <w:rPr>
        <w:b/>
        <w:color w:val="666666"/>
        <w:sz w:val="16"/>
      </w:rPr>
      <w:t xml:space="preserve">  SELECȚIE PARTENER IMM - PCIDIF/947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C9B8A" w14:textId="77777777" w:rsidR="00711E8C" w:rsidRPr="00495163" w:rsidRDefault="00711E8C" w:rsidP="00711E8C">
    <w:pPr>
      <w:pStyle w:val="Header"/>
      <w:tabs>
        <w:tab w:val="center" w:pos="0"/>
      </w:tabs>
      <w:jc w:val="center"/>
      <w:rPr>
        <w:rFonts w:cs="Calibri"/>
      </w:rPr>
    </w:pPr>
    <w:proofErr w:type="spellStart"/>
    <w:r w:rsidRPr="00495163">
      <w:rPr>
        <w:rFonts w:cs="Calibri"/>
      </w:rPr>
      <w:t>PoCIDIF</w:t>
    </w:r>
    <w:proofErr w:type="spellEnd"/>
    <w:r w:rsidRPr="00495163">
      <w:rPr>
        <w:rFonts w:cs="Calibri"/>
      </w:rPr>
      <w:t xml:space="preserve"> 2021-2027</w:t>
    </w:r>
  </w:p>
  <w:p w14:paraId="5647C0B8" w14:textId="77777777" w:rsidR="00711E8C" w:rsidRPr="00495163" w:rsidRDefault="00711E8C" w:rsidP="00711E8C">
    <w:pPr>
      <w:pStyle w:val="Header"/>
      <w:tabs>
        <w:tab w:val="center" w:pos="0"/>
      </w:tabs>
      <w:jc w:val="center"/>
      <w:rPr>
        <w:rFonts w:cs="Calibri"/>
      </w:rPr>
    </w:pPr>
    <w:proofErr w:type="spellStart"/>
    <w:r w:rsidRPr="00495163">
      <w:rPr>
        <w:rFonts w:cs="Calibri"/>
      </w:rPr>
      <w:t>Ghidul</w:t>
    </w:r>
    <w:proofErr w:type="spellEnd"/>
    <w:r w:rsidRPr="00495163">
      <w:rPr>
        <w:rFonts w:cs="Calibri"/>
      </w:rPr>
      <w:t xml:space="preserve"> </w:t>
    </w:r>
    <w:proofErr w:type="spellStart"/>
    <w:r w:rsidRPr="00495163">
      <w:rPr>
        <w:rFonts w:cs="Calibri"/>
      </w:rPr>
      <w:t>solicitantului</w:t>
    </w:r>
    <w:proofErr w:type="spellEnd"/>
    <w:r w:rsidRPr="00495163">
      <w:rPr>
        <w:rFonts w:cs="Calibri"/>
      </w:rPr>
      <w:t xml:space="preserve"> </w:t>
    </w:r>
    <w:proofErr w:type="spellStart"/>
    <w:r w:rsidRPr="00495163">
      <w:rPr>
        <w:rFonts w:cs="Calibri"/>
      </w:rPr>
      <w:t>aferent</w:t>
    </w:r>
    <w:proofErr w:type="spellEnd"/>
    <w:r w:rsidRPr="00495163">
      <w:rPr>
        <w:rFonts w:cs="Calibri"/>
      </w:rPr>
      <w:t xml:space="preserve"> </w:t>
    </w:r>
    <w:proofErr w:type="spellStart"/>
    <w:r w:rsidRPr="00495163">
      <w:rPr>
        <w:rFonts w:cs="Calibri"/>
      </w:rPr>
      <w:t>apelului</w:t>
    </w:r>
    <w:proofErr w:type="spellEnd"/>
    <w:r w:rsidRPr="00495163">
      <w:rPr>
        <w:rFonts w:cs="Calibri"/>
      </w:rPr>
      <w:t xml:space="preserve"> de </w:t>
    </w:r>
    <w:proofErr w:type="spellStart"/>
    <w:r w:rsidRPr="00495163">
      <w:rPr>
        <w:rFonts w:cs="Calibri"/>
      </w:rPr>
      <w:t>proiecte</w:t>
    </w:r>
    <w:proofErr w:type="spellEnd"/>
    <w:r w:rsidRPr="00495163">
      <w:rPr>
        <w:rFonts w:cs="Calibri"/>
      </w:rPr>
      <w:t xml:space="preserve"> PCIDIF/946/PCIDIF_P1/OP1/RSO1.1/PCIDIF_A1.1,</w:t>
    </w:r>
  </w:p>
  <w:p w14:paraId="19B9268B" w14:textId="77777777" w:rsidR="00711E8C" w:rsidRDefault="00711E8C" w:rsidP="00711E8C">
    <w:pPr>
      <w:pStyle w:val="Header"/>
      <w:jc w:val="center"/>
      <w:rPr>
        <w:rFonts w:cs="Calibri"/>
      </w:rPr>
    </w:pPr>
    <w:r w:rsidRPr="00495163">
      <w:rPr>
        <w:rFonts w:cs="Calibri"/>
      </w:rPr>
      <w:t xml:space="preserve">PCIDIF/947/PCIDIF_P1/OP1/RSO1.1/PCIDIF_A1, </w:t>
    </w:r>
    <w:proofErr w:type="spellStart"/>
    <w:r w:rsidRPr="00495163">
      <w:rPr>
        <w:rFonts w:cs="Calibri"/>
      </w:rPr>
      <w:t>Măsura</w:t>
    </w:r>
    <w:proofErr w:type="spellEnd"/>
    <w:r w:rsidRPr="00495163">
      <w:rPr>
        <w:rFonts w:cs="Calibri"/>
      </w:rPr>
      <w:t xml:space="preserve"> 1.1.2</w:t>
    </w:r>
  </w:p>
  <w:p w14:paraId="6CE9B052" w14:textId="0A91F7D0" w:rsidR="0025461E" w:rsidRPr="00711E8C" w:rsidRDefault="0025461E" w:rsidP="00711E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70669A2"/>
    <w:multiLevelType w:val="multilevel"/>
    <w:tmpl w:val="C80E57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416101F"/>
    <w:multiLevelType w:val="singleLevel"/>
    <w:tmpl w:val="3CA049E0"/>
    <w:lvl w:ilvl="0">
      <w:start w:val="1"/>
      <w:numFmt w:val="bullet"/>
      <w:pStyle w:val="ListBullet"/>
      <w:suff w:val="space"/>
      <w:lvlText w:val="•"/>
      <w:lvlJc w:val="left"/>
      <w:pPr>
        <w:tabs>
          <w:tab w:val="num" w:pos="540"/>
        </w:tabs>
        <w:ind w:left="540" w:hanging="280"/>
      </w:pPr>
      <w:rPr>
        <w:rFonts w:ascii="Calibri" w:hAnsi="Calibri"/>
      </w:rPr>
    </w:lvl>
  </w:abstractNum>
  <w:abstractNum w:abstractNumId="11" w15:restartNumberingAfterBreak="0">
    <w:nsid w:val="3A441305"/>
    <w:multiLevelType w:val="hybridMultilevel"/>
    <w:tmpl w:val="95A8C08A"/>
    <w:lvl w:ilvl="0" w:tplc="CF74147A">
      <w:start w:val="1"/>
      <w:numFmt w:val="bullet"/>
      <w:lvlText w:val="▪"/>
      <w:lvlJc w:val="left"/>
      <w:pPr>
        <w:ind w:left="1080" w:hanging="360"/>
      </w:pPr>
      <w:rPr>
        <w:rFonts w:ascii="Arial" w:hAnsi="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15:restartNumberingAfterBreak="0">
    <w:nsid w:val="652A3F90"/>
    <w:multiLevelType w:val="multilevel"/>
    <w:tmpl w:val="4B8C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AC371D"/>
    <w:multiLevelType w:val="multilevel"/>
    <w:tmpl w:val="3950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4044962">
    <w:abstractNumId w:val="10"/>
  </w:num>
  <w:num w:numId="2" w16cid:durableId="245649705">
    <w:abstractNumId w:val="9"/>
  </w:num>
  <w:num w:numId="3" w16cid:durableId="1406804434">
    <w:abstractNumId w:val="8"/>
  </w:num>
  <w:num w:numId="4" w16cid:durableId="114255500">
    <w:abstractNumId w:val="6"/>
  </w:num>
  <w:num w:numId="5" w16cid:durableId="2011366751">
    <w:abstractNumId w:val="5"/>
  </w:num>
  <w:num w:numId="6" w16cid:durableId="314847164">
    <w:abstractNumId w:val="4"/>
  </w:num>
  <w:num w:numId="7" w16cid:durableId="835805192">
    <w:abstractNumId w:val="7"/>
  </w:num>
  <w:num w:numId="8" w16cid:durableId="1343775417">
    <w:abstractNumId w:val="3"/>
  </w:num>
  <w:num w:numId="9" w16cid:durableId="76677503">
    <w:abstractNumId w:val="2"/>
  </w:num>
  <w:num w:numId="10" w16cid:durableId="1266498725">
    <w:abstractNumId w:val="1"/>
  </w:num>
  <w:num w:numId="11" w16cid:durableId="1882739214">
    <w:abstractNumId w:val="0"/>
  </w:num>
  <w:num w:numId="12" w16cid:durableId="1482110997">
    <w:abstractNumId w:val="11"/>
  </w:num>
  <w:num w:numId="13" w16cid:durableId="323238978">
    <w:abstractNumId w:val="13"/>
  </w:num>
  <w:num w:numId="14" w16cid:durableId="15715770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346B"/>
    <w:rsid w:val="00034616"/>
    <w:rsid w:val="0003605C"/>
    <w:rsid w:val="00041594"/>
    <w:rsid w:val="00042BB9"/>
    <w:rsid w:val="00050DF4"/>
    <w:rsid w:val="00057B16"/>
    <w:rsid w:val="0006063C"/>
    <w:rsid w:val="00077810"/>
    <w:rsid w:val="000A616B"/>
    <w:rsid w:val="000B73EC"/>
    <w:rsid w:val="00117117"/>
    <w:rsid w:val="00133FA0"/>
    <w:rsid w:val="00140D67"/>
    <w:rsid w:val="00141F64"/>
    <w:rsid w:val="0015074B"/>
    <w:rsid w:val="0016476F"/>
    <w:rsid w:val="00183A7F"/>
    <w:rsid w:val="001B2F99"/>
    <w:rsid w:val="00205319"/>
    <w:rsid w:val="00206868"/>
    <w:rsid w:val="00213ED5"/>
    <w:rsid w:val="0025461E"/>
    <w:rsid w:val="00273B38"/>
    <w:rsid w:val="002815B0"/>
    <w:rsid w:val="0028675C"/>
    <w:rsid w:val="0029639D"/>
    <w:rsid w:val="002C2F8A"/>
    <w:rsid w:val="00324DC6"/>
    <w:rsid w:val="00326F90"/>
    <w:rsid w:val="003457E5"/>
    <w:rsid w:val="003614E9"/>
    <w:rsid w:val="00363D65"/>
    <w:rsid w:val="00371A8E"/>
    <w:rsid w:val="003C3F36"/>
    <w:rsid w:val="003C75A4"/>
    <w:rsid w:val="003D6537"/>
    <w:rsid w:val="004071C9"/>
    <w:rsid w:val="00421458"/>
    <w:rsid w:val="004241A2"/>
    <w:rsid w:val="00440F48"/>
    <w:rsid w:val="004B7B67"/>
    <w:rsid w:val="004D4D67"/>
    <w:rsid w:val="004E6585"/>
    <w:rsid w:val="00503700"/>
    <w:rsid w:val="005221E6"/>
    <w:rsid w:val="0054192D"/>
    <w:rsid w:val="00544AEF"/>
    <w:rsid w:val="00550283"/>
    <w:rsid w:val="0056253D"/>
    <w:rsid w:val="005B2672"/>
    <w:rsid w:val="005E5CC4"/>
    <w:rsid w:val="0066235A"/>
    <w:rsid w:val="00663B1C"/>
    <w:rsid w:val="00667C9C"/>
    <w:rsid w:val="006E4A48"/>
    <w:rsid w:val="006F0E44"/>
    <w:rsid w:val="00710E16"/>
    <w:rsid w:val="00711E8C"/>
    <w:rsid w:val="00772133"/>
    <w:rsid w:val="00783D66"/>
    <w:rsid w:val="00791E8A"/>
    <w:rsid w:val="007A74FC"/>
    <w:rsid w:val="007B6D21"/>
    <w:rsid w:val="007E210E"/>
    <w:rsid w:val="00800881"/>
    <w:rsid w:val="00834373"/>
    <w:rsid w:val="00841C2F"/>
    <w:rsid w:val="00887CAF"/>
    <w:rsid w:val="008D4335"/>
    <w:rsid w:val="008F1B5D"/>
    <w:rsid w:val="00903299"/>
    <w:rsid w:val="009420BA"/>
    <w:rsid w:val="009A1B03"/>
    <w:rsid w:val="009A1F80"/>
    <w:rsid w:val="009B409D"/>
    <w:rsid w:val="009C3809"/>
    <w:rsid w:val="009D3FC6"/>
    <w:rsid w:val="009D57E3"/>
    <w:rsid w:val="00A01270"/>
    <w:rsid w:val="00A1697B"/>
    <w:rsid w:val="00A335A7"/>
    <w:rsid w:val="00A47405"/>
    <w:rsid w:val="00AA1D8D"/>
    <w:rsid w:val="00AC0CF1"/>
    <w:rsid w:val="00AC4688"/>
    <w:rsid w:val="00AD128A"/>
    <w:rsid w:val="00AD39B7"/>
    <w:rsid w:val="00AD537B"/>
    <w:rsid w:val="00B121AC"/>
    <w:rsid w:val="00B47730"/>
    <w:rsid w:val="00C001AD"/>
    <w:rsid w:val="00C04FD4"/>
    <w:rsid w:val="00C27639"/>
    <w:rsid w:val="00C50057"/>
    <w:rsid w:val="00C5519A"/>
    <w:rsid w:val="00C636D1"/>
    <w:rsid w:val="00C63A1E"/>
    <w:rsid w:val="00C73806"/>
    <w:rsid w:val="00CA2E73"/>
    <w:rsid w:val="00CB0664"/>
    <w:rsid w:val="00CC7B8E"/>
    <w:rsid w:val="00D023A2"/>
    <w:rsid w:val="00D06AA3"/>
    <w:rsid w:val="00D471B4"/>
    <w:rsid w:val="00D4788E"/>
    <w:rsid w:val="00D604D7"/>
    <w:rsid w:val="00D66684"/>
    <w:rsid w:val="00D9446A"/>
    <w:rsid w:val="00DA18FA"/>
    <w:rsid w:val="00DA2080"/>
    <w:rsid w:val="00DB09CB"/>
    <w:rsid w:val="00DD38D1"/>
    <w:rsid w:val="00DD4098"/>
    <w:rsid w:val="00DE2CB4"/>
    <w:rsid w:val="00E14B13"/>
    <w:rsid w:val="00E44EED"/>
    <w:rsid w:val="00E820F0"/>
    <w:rsid w:val="00E83E7F"/>
    <w:rsid w:val="00EC7DCC"/>
    <w:rsid w:val="00F020EE"/>
    <w:rsid w:val="00F57DFD"/>
    <w:rsid w:val="00FC693F"/>
    <w:rsid w:val="00FE5A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BA434FB-2DB9-4520-8A76-FE82F8F1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jc w:val="both"/>
    </w:pPr>
    <w:rPr>
      <w:rFonts w:ascii="Calibri" w:hAnsi="Calibri"/>
      <w:color w:val="1F2937"/>
    </w:rPr>
  </w:style>
  <w:style w:type="paragraph" w:styleId="Heading1">
    <w:name w:val="heading 1"/>
    <w:basedOn w:val="Normal"/>
    <w:next w:val="Normal"/>
    <w:link w:val="Heading1Char"/>
    <w:uiPriority w:val="9"/>
    <w:qFormat/>
    <w:rsid w:val="00FC693F"/>
    <w:pPr>
      <w:keepNext/>
      <w:keepLines/>
      <w:spacing w:before="320" w:after="160" w:line="240" w:lineRule="auto"/>
      <w:outlineLvl w:val="0"/>
    </w:pPr>
    <w:rPr>
      <w:rFonts w:asciiTheme="majorHAnsi" w:eastAsiaTheme="majorEastAsia" w:hAnsiTheme="majorHAnsi" w:cstheme="majorBidi"/>
      <w:b/>
      <w:bCs/>
      <w:color w:val="1F4E78"/>
      <w:sz w:val="32"/>
      <w:szCs w:val="28"/>
    </w:rPr>
  </w:style>
  <w:style w:type="paragraph" w:styleId="Heading2">
    <w:name w:val="heading 2"/>
    <w:basedOn w:val="Normal"/>
    <w:next w:val="Normal"/>
    <w:link w:val="Heading2Char"/>
    <w:uiPriority w:val="9"/>
    <w:unhideWhenUsed/>
    <w:qFormat/>
    <w:rsid w:val="00FC693F"/>
    <w:pPr>
      <w:keepNext/>
      <w:keepLines/>
      <w:spacing w:before="240" w:line="240" w:lineRule="auto"/>
      <w:outlineLvl w:val="1"/>
    </w:pPr>
    <w:rPr>
      <w:rFonts w:asciiTheme="majorHAnsi" w:eastAsiaTheme="majorEastAsia" w:hAnsiTheme="majorHAnsi" w:cstheme="majorBidi"/>
      <w:b/>
      <w:bCs/>
      <w:color w:val="2E75B6"/>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b/>
      <w:bCs/>
      <w:color w:val="1F4E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ind w:hanging="279"/>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spacing w:after="80" w:line="290" w:lineRule="auto"/>
      <w:ind w:left="540" w:hanging="279"/>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4192D"/>
    <w:rPr>
      <w:color w:val="0000FF" w:themeColor="hyperlink"/>
      <w:u w:val="single"/>
    </w:rPr>
  </w:style>
  <w:style w:type="character" w:styleId="UnresolvedMention">
    <w:name w:val="Unresolved Mention"/>
    <w:basedOn w:val="DefaultParagraphFont"/>
    <w:uiPriority w:val="99"/>
    <w:semiHidden/>
    <w:unhideWhenUsed/>
    <w:rsid w:val="00541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artpneumaticslab.e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5029</Words>
  <Characters>29172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34133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Carmen-Cristiana CAZACU (115454)</dc:creator>
  <cp:lastModifiedBy>Mihalache Ghinea (23338)</cp:lastModifiedBy>
  <cp:revision>2</cp:revision>
  <dcterms:created xsi:type="dcterms:W3CDTF">2026-08-07T05:43:00Z</dcterms:created>
  <dcterms:modified xsi:type="dcterms:W3CDTF">2026-08-07T05:43:00Z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b8ac298e-5204-4d49-866f-bead214b7cef</vt:lpwstr>
  </property>
</Properties>
</file>